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OZNÁMENÍ ZÁKONNÉHO ZÁSTUPCE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o ukončení předškolního vzdělávání dítěte v mateřské škole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 xml:space="preserve">Tímto oznamuji mateřské škole ukončení předškolního vzdělávání níže uvedeného </w:t>
            </w:r>
            <w:r>
              <w:rPr>
                <w:rFonts w:eastAsia="Arial" w:cs="Arial"/>
                <w:b/>
                <w:color w:val="104454"/>
                <w:sz w:val="23"/>
              </w:rPr>
              <w:t>dítěte k požadovanému datu.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DÍTĚTI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AF5748" w14:paraId="6097248C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 dítěte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 dítěte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  <w:tr w:rsidR="00AF5748" w14:paraId="6F5B0DFF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Třída MŠ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9E0C7BA" w14:textId="77777777" w:rsidR="00AF5748" w:rsidRDefault="00AF5748">
            <w:pPr>
              <w:spacing w:after="0" w:line="250" w:lineRule="auto"/>
            </w:pPr>
          </w:p>
        </w:tc>
      </w:tr>
      <w:tr w:rsidR="00AF5748" w14:paraId="531F3358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334F144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Poslední den docházky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71187A78" w14:textId="77777777" w:rsidR="00AF5748" w:rsidRDefault="00AF5748">
            <w:pPr>
              <w:spacing w:after="0" w:line="250" w:lineRule="auto"/>
            </w:pPr>
          </w:p>
        </w:tc>
      </w:tr>
    </w:tbl>
    <w:p w14:paraId="6F01AA95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ZÁKONNÝ ZÁSTUPCE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AF5748" w14:paraId="37854D23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DF9FA62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A075CF0" w14:textId="77777777" w:rsidR="00AF5748" w:rsidRDefault="00AF5748">
            <w:pPr>
              <w:spacing w:after="0" w:line="250" w:lineRule="auto"/>
            </w:pPr>
          </w:p>
        </w:tc>
      </w:tr>
      <w:tr w:rsidR="00AF5748" w14:paraId="69514054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FED0B6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Adresa trvalého pobytu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3DB90DE" w14:textId="77777777" w:rsidR="00AF5748" w:rsidRDefault="00AF5748">
            <w:pPr>
              <w:spacing w:after="0" w:line="250" w:lineRule="auto"/>
            </w:pPr>
          </w:p>
        </w:tc>
      </w:tr>
      <w:tr w:rsidR="00AF5748" w14:paraId="007C0F37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D1DD2BF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Telefon / e-mail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C2AC95F" w14:textId="77777777" w:rsidR="00AF5748" w:rsidRDefault="00AF5748">
            <w:pPr>
              <w:spacing w:after="0" w:line="250" w:lineRule="auto"/>
            </w:pPr>
          </w:p>
        </w:tc>
      </w:tr>
    </w:tbl>
    <w:p w14:paraId="32607252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DŮVOD UKONČENÍ (NEPOVINNÝ ÚDAJ)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1BEA1D32" w14:textId="77777777">
        <w:tc>
          <w:tcPr>
            <w:tcW w:w="9360" w:type="dxa"/>
            <w:shd w:val="clear" w:color="auto" w:fill="F5F8F9"/>
            <w:tcMar>
              <w:top w:w="70" w:type="dxa"/>
              <w:left w:w="130" w:type="dxa"/>
              <w:bottom w:w="60" w:type="dxa"/>
              <w:right w:w="130" w:type="dxa"/>
            </w:tcMar>
            <w:vAlign w:val="center"/>
          </w:tcPr>
          <w:p w14:paraId="390E7641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>přestup do jiné mateřské školy</w:t>
            </w:r>
          </w:p>
          <w:p w14:paraId="7ADB5F0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>stěhování</w:t>
            </w:r>
          </w:p>
          <w:p w14:paraId="4CD8CB8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>rodinné důvody</w:t>
            </w:r>
          </w:p>
          <w:p w14:paraId="340416C4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>jiný důvod: __________________________________________</w:t>
            </w:r>
          </w:p>
        </w:tc>
      </w:tr>
    </w:tbl>
    <w:p w14:paraId="7F6EBF48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POVINNÉ PŘEDŠKOLNÍ VZDĚLÁVÁNÍ</w:t>
      </w:r>
    </w:p>
    <w:tbl>
      <w:tblPr>
        <w:tblW w:w="9360" w:type="dxa"/>
        <w:tblInd w:w="130" w:type="dxa"/>
        <w:tblBorders>
          <w:top w:val="single" w:sz="6" w:space="0" w:color="15566A"/>
          <w:left w:val="single" w:sz="6" w:space="0" w:color="15566A"/>
          <w:bottom w:val="single" w:sz="6" w:space="0" w:color="15566A"/>
          <w:right w:val="single" w:sz="6" w:space="0" w:color="15566A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302B6309" w14:textId="77777777">
        <w:tc>
          <w:tcPr>
            <w:tcW w:w="9360" w:type="dxa"/>
            <w:shd w:val="clear" w:color="auto" w:fill="EAF3F5"/>
            <w:tcMar>
              <w:top w:w="80" w:type="dxa"/>
              <w:left w:w="130" w:type="dxa"/>
              <w:bottom w:w="70" w:type="dxa"/>
              <w:right w:w="130" w:type="dxa"/>
            </w:tcMar>
            <w:vAlign w:val="center"/>
          </w:tcPr>
          <w:p w14:paraId="56AD2F3B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>Dítě nepodléhá povinnému předškolnímu vzdělávání.</w:t>
            </w:r>
          </w:p>
          <w:p w14:paraId="4CF9D0DC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2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2"/>
              </w:rPr>
              <w:t xml:space="preserve">  </w:t>
            </w:r>
            <w:r>
              <w:rPr>
                <w:rFonts w:eastAsia="Arial" w:cs="Arial"/>
                <w:sz w:val="22"/>
              </w:rPr>
              <w:t xml:space="preserve">Dítě podléhá povinnému předškolnímu </w:t>
            </w:r>
            <w:r>
              <w:rPr>
                <w:rFonts w:eastAsia="Arial" w:cs="Arial"/>
                <w:sz w:val="22"/>
              </w:rPr>
              <w:t>vzdělávání a od ______________ bude pokračovat:</w:t>
            </w:r>
          </w:p>
          <w:p w14:paraId="26CE6D60" w14:textId="77777777" w:rsidR="00AF5748" w:rsidRDefault="00B70E79">
            <w:pPr>
              <w:spacing w:after="60"/>
              <w:ind w:left="312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 v jiné MŠ: __________________________________________________________</w:t>
            </w:r>
          </w:p>
          <w:p w14:paraId="5846D377" w14:textId="77777777" w:rsidR="00AF5748" w:rsidRDefault="00B70E79">
            <w:pPr>
              <w:ind w:left="312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 jiným zákonným způsobem: ___________________________________________</w:t>
            </w:r>
          </w:p>
        </w:tc>
      </w:tr>
      <w:tr w:rsidR="00AF5748" w14:paraId="3D69FA18" w14:textId="77777777">
        <w:tblPrEx>
          <w:tblBorders>
            <w:top w:val="single" w:sz="5" w:space="0" w:color="E0C077"/>
            <w:left w:val="single" w:sz="5" w:space="0" w:color="E0C077"/>
            <w:bottom w:val="single" w:sz="5" w:space="0" w:color="E0C077"/>
            <w:right w:val="single" w:sz="5" w:space="0" w:color="E0C077"/>
          </w:tblBorders>
        </w:tblPrEx>
        <w:tc>
          <w:tcPr>
            <w:tcW w:w="9360" w:type="dxa"/>
            <w:shd w:val="clear" w:color="auto" w:fill="FBF3DF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0B830BD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 xml:space="preserve">Důležité: </w:t>
            </w:r>
            <w:r>
              <w:rPr>
                <w:rFonts w:eastAsia="Arial" w:cs="Arial"/>
                <w:sz w:val="21"/>
              </w:rPr>
              <w:t xml:space="preserve">U dítěte, které plní povinné předškolní </w:t>
            </w:r>
            <w:r>
              <w:rPr>
                <w:rFonts w:eastAsia="Arial" w:cs="Arial"/>
                <w:sz w:val="21"/>
              </w:rPr>
              <w:t>vzdělávání, zákonný zástupce zajistí jeho pokračování bez přerušení v jiné mateřské škole nebo jiným způsobem dovoleným školským zákonem.</w:t>
            </w:r>
          </w:p>
        </w:tc>
      </w:tr>
    </w:tbl>
    <w:p w14:paraId="25AC2D08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A PODPIS</w:t>
      </w:r>
    </w:p>
    <w:p w14:paraId="59485C3A" w14:textId="77777777" w:rsidR="00AF5748" w:rsidRDefault="00B70E79">
      <w:pPr>
        <w:spacing w:line="254" w:lineRule="auto"/>
      </w:pPr>
      <w:r>
        <w:rPr>
          <w:rFonts w:eastAsia="Arial" w:cs="Arial"/>
          <w:sz w:val="22"/>
        </w:rPr>
        <w:t>Potvrzuji, že jsem školu informoval/a pravdivě a včas. Beru na vědomí potřebu odhlásit stravování, uhradit případné závazky a převzít osobní věci dítěte.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51A5A694" w14:textId="77777777">
        <w:tc>
          <w:tcPr>
            <w:tcW w:w="4680" w:type="dxa"/>
            <w:shd w:val="clear" w:color="auto" w:fill="FFFFFF"/>
            <w:tcMar>
              <w:top w:w="85" w:type="dxa"/>
              <w:left w:w="130" w:type="dxa"/>
              <w:bottom w:w="30" w:type="dxa"/>
              <w:right w:w="130" w:type="dxa"/>
            </w:tcMar>
            <w:vAlign w:val="center"/>
          </w:tcPr>
          <w:p w14:paraId="4807127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V __________________ dne ______________</w:t>
            </w:r>
          </w:p>
        </w:tc>
        <w:tc>
          <w:tcPr>
            <w:tcW w:w="4680" w:type="dxa"/>
            <w:shd w:val="clear" w:color="auto" w:fill="FFFFFF"/>
            <w:tcMar>
              <w:top w:w="85" w:type="dxa"/>
              <w:left w:w="130" w:type="dxa"/>
              <w:bottom w:w="30" w:type="dxa"/>
              <w:right w:w="130" w:type="dxa"/>
            </w:tcMar>
            <w:vAlign w:val="center"/>
          </w:tcPr>
          <w:p w14:paraId="525CEAB9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</w:tc>
      </w:tr>
      <w:tr w:rsidR="00AF5748" w14:paraId="377FD448" w14:textId="77777777">
        <w:tc>
          <w:tcPr>
            <w:tcW w:w="4680" w:type="dxa"/>
            <w:shd w:val="clear" w:color="auto" w:fill="FFFFFF"/>
            <w:tcMar>
              <w:top w:w="20" w:type="dxa"/>
              <w:left w:w="130" w:type="dxa"/>
              <w:bottom w:w="50" w:type="dxa"/>
              <w:right w:w="130" w:type="dxa"/>
            </w:tcMar>
            <w:vAlign w:val="center"/>
          </w:tcPr>
          <w:p w14:paraId="5AF460C5" w14:textId="77777777" w:rsidR="00AF5748" w:rsidRDefault="00AF5748">
            <w:pPr>
              <w:spacing w:after="0" w:line="250" w:lineRule="auto"/>
              <w:jc w:val="center"/>
            </w:pPr>
          </w:p>
        </w:tc>
        <w:tc>
          <w:tcPr>
            <w:tcW w:w="4680" w:type="dxa"/>
            <w:shd w:val="clear" w:color="auto" w:fill="FFFFFF"/>
            <w:tcMar>
              <w:top w:w="20" w:type="dxa"/>
              <w:left w:w="130" w:type="dxa"/>
              <w:bottom w:w="50" w:type="dxa"/>
              <w:right w:w="130" w:type="dxa"/>
            </w:tcMar>
            <w:vAlign w:val="center"/>
          </w:tcPr>
          <w:p w14:paraId="6C3139B5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3DFFADFD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POTVRZENÍ O PŘEVZETÍ – VYPLNÍ ŠKOLA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3A70CBCD" w14:textId="77777777"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4C2A8F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Oznámení přijato dne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AD8CE5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</w:t>
            </w:r>
          </w:p>
        </w:tc>
      </w:tr>
      <w:tr w:rsidR="00AF5748" w14:paraId="6440AC81" w14:textId="77777777"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4475C67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lastRenderedPageBreak/>
              <w:t>Docházka evidenčně ukončena k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0B0A899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</w:t>
            </w:r>
          </w:p>
        </w:tc>
      </w:tr>
      <w:tr w:rsidR="00AF5748" w14:paraId="7297AA38" w14:textId="77777777"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026B02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Převzal/a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74163A0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</w:t>
            </w:r>
          </w:p>
        </w:tc>
      </w:tr>
    </w:tbl>
    <w:p w14:paraId="3F6A0FEB" w14:textId="77777777" w:rsidR="00B70E79" w:rsidRDefault="00B70E79"/>
    <w:sectPr w:rsidR="00000000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A202D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4877B873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66D5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0C773F55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0FE9D4F2" w14:textId="77777777" w:rsidR="00AF5748" w:rsidRDefault="00B70E79">
          <w:r>
            <w:rPr>
              <w:rFonts w:eastAsia="Arial" w:cs="Arial"/>
              <w:color w:val="5F6B73"/>
              <w:sz w:val="18"/>
            </w:rPr>
            <w:t xml:space="preserve">Oznámení o </w:t>
          </w:r>
          <w:r>
            <w:rPr>
              <w:rFonts w:eastAsia="Arial" w:cs="Arial"/>
              <w:color w:val="5F6B73"/>
              <w:sz w:val="18"/>
            </w:rPr>
            <w:t>ukončení předškolního vzdělávání | MŠ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189AFA0B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821AF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048E59C4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8A9E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74A63D02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73FCC88E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43A6E4D9" w14:textId="77777777" w:rsidR="00AF5748" w:rsidRDefault="00B70E79">
          <w:pPr>
            <w:pBdr>
              <w:bottom w:val="single" w:sz="7" w:space="3" w:color="AFC1C7"/>
            </w:pBdr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MATEŘSKÁ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B6C45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2026-08-09T18:41:00Z</dcterms:created>
  <dcterms:modified xsi:type="dcterms:W3CDTF">2026-08-09T18:41:00Z</dcterms:modified>
  <cp:category/>
</cp:coreProperties>
</file>