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3CFA" w14:textId="77777777" w:rsidR="00AF5748" w:rsidRDefault="00B70E79">
      <w:pPr>
        <w:spacing w:after="20" w:line="259" w:lineRule="auto"/>
        <w:jc w:val="center"/>
      </w:pPr>
      <w:r>
        <w:rPr>
          <w:rFonts w:eastAsia="Arial" w:cs="Arial"/>
          <w:b/>
          <w:color w:val="15566A"/>
          <w:sz w:val="21"/>
        </w:rPr>
        <w:t>ZÁKLADNÍ ŠKOLA A MATEŘSKÁ ŠKOLA ROSOVICE</w:t>
      </w:r>
    </w:p>
    <w:p w14:paraId="2DA4EB0F" w14:textId="77777777" w:rsidR="00AF5748" w:rsidRDefault="00B70E79">
      <w:pPr>
        <w:spacing w:after="100" w:line="259" w:lineRule="auto"/>
        <w:jc w:val="center"/>
      </w:pPr>
      <w:r>
        <w:rPr>
          <w:rFonts w:eastAsia="Arial" w:cs="Arial"/>
          <w:color w:val="5F6B73"/>
          <w:sz w:val="19"/>
        </w:rPr>
        <w:t>okres Příbram, příspěvková organizace</w:t>
      </w:r>
    </w:p>
    <w:p w14:paraId="2ADA66AF" w14:textId="77777777" w:rsidR="00AF5748" w:rsidRDefault="00B70E79">
      <w:pPr>
        <w:spacing w:after="20" w:line="259" w:lineRule="auto"/>
        <w:jc w:val="center"/>
      </w:pPr>
      <w:r>
        <w:rPr>
          <w:rFonts w:eastAsia="Arial" w:cs="Arial"/>
          <w:b/>
          <w:color w:val="15566A"/>
          <w:sz w:val="38"/>
        </w:rPr>
        <w:t>POVĚŘENÍ K VYZVEDÁVÁNÍ DÍTĚTE</w:t>
      </w:r>
    </w:p>
    <w:p w14:paraId="17A1FEF3" w14:textId="77777777" w:rsidR="00AF5748" w:rsidRDefault="00B70E79">
      <w:pPr>
        <w:spacing w:after="40" w:line="259" w:lineRule="auto"/>
        <w:jc w:val="center"/>
      </w:pPr>
      <w:r>
        <w:rPr>
          <w:rFonts w:eastAsia="Arial" w:cs="Arial"/>
          <w:b/>
          <w:color w:val="104454"/>
          <w:sz w:val="29"/>
        </w:rPr>
        <w:t>z mateřské školy</w:t>
      </w:r>
    </w:p>
    <w:p w14:paraId="3CBE6CAC" w14:textId="77777777" w:rsidR="00AF5748" w:rsidRDefault="00B70E79">
      <w:pPr>
        <w:spacing w:after="120" w:line="259" w:lineRule="auto"/>
        <w:jc w:val="center"/>
      </w:pPr>
      <w:r>
        <w:rPr>
          <w:rFonts w:eastAsia="Arial" w:cs="Arial"/>
          <w:i/>
          <w:color w:val="5F6B73"/>
          <w:sz w:val="21"/>
        </w:rPr>
        <w:t>školní rok 2026/2027</w:t>
      </w:r>
    </w:p>
    <w:p w14:paraId="705BC565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ÚDAJE O DÍTĚTI A ZÁKONNÉM ZÁSTUPCI</w:t>
      </w:r>
    </w:p>
    <w:tbl>
      <w:tblPr>
        <w:tblW w:w="9360" w:type="dxa"/>
        <w:tblInd w:w="12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2161E87A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0BB09567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19"/>
              </w:rPr>
              <w:t>Jméno a příjmení dítěte</w:t>
            </w:r>
          </w:p>
          <w:p w14:paraId="10603E81" w14:textId="77777777" w:rsidR="00AF5748" w:rsidRDefault="00B70E79">
            <w:pPr>
              <w:spacing w:before="40" w:after="0"/>
            </w:pPr>
            <w:r>
              <w:rPr>
                <w:rFonts w:eastAsia="Arial" w:cs="Arial"/>
                <w:sz w:val="21"/>
              </w:rPr>
              <w:t>________________________________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574A832C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19"/>
              </w:rPr>
              <w:t>Datum narození dítěte</w:t>
            </w:r>
          </w:p>
          <w:p w14:paraId="6097248C" w14:textId="77777777" w:rsidR="00AF5748" w:rsidRDefault="00B70E79">
            <w:pPr>
              <w:spacing w:before="40" w:after="0"/>
            </w:pPr>
            <w:r>
              <w:rPr>
                <w:rFonts w:eastAsia="Arial" w:cs="Arial"/>
                <w:sz w:val="21"/>
              </w:rPr>
              <w:t>________________________________</w:t>
            </w:r>
          </w:p>
        </w:tc>
      </w:tr>
      <w:tr w:rsidR="00AF5748" w14:paraId="6F5B0DFF" w14:textId="77777777">
        <w:trPr>
          <w:cantSplit/>
        </w:trPr>
        <w:tc>
          <w:tcPr>
            <w:tcW w:w="4680" w:type="dxa"/>
            <w:shd w:val="clear" w:color="auto" w:fill="F5F8F9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44204D16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19"/>
              </w:rPr>
              <w:t>Jméno a příjmení zákonného zástupce</w:t>
            </w:r>
          </w:p>
          <w:p w14:paraId="263A2ABF" w14:textId="77777777" w:rsidR="00AF5748" w:rsidRDefault="00B70E79">
            <w:pPr>
              <w:spacing w:before="40" w:after="0"/>
            </w:pPr>
            <w:r>
              <w:rPr>
                <w:rFonts w:eastAsia="Arial" w:cs="Arial"/>
                <w:sz w:val="21"/>
              </w:rPr>
              <w:t>________________________________</w:t>
            </w:r>
          </w:p>
        </w:tc>
        <w:tc>
          <w:tcPr>
            <w:tcW w:w="4680" w:type="dxa"/>
            <w:shd w:val="clear" w:color="auto" w:fill="F5F8F9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2086AE7D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19"/>
              </w:rPr>
              <w:t>Telefon zákonného zástupce</w:t>
            </w:r>
          </w:p>
          <w:p w14:paraId="69E0C7BA" w14:textId="77777777" w:rsidR="00AF5748" w:rsidRDefault="00B70E79">
            <w:pPr>
              <w:spacing w:before="40" w:after="0"/>
            </w:pPr>
            <w:r>
              <w:rPr>
                <w:rFonts w:eastAsia="Arial" w:cs="Arial"/>
                <w:sz w:val="21"/>
              </w:rPr>
              <w:t>________________________________</w:t>
            </w:r>
          </w:p>
        </w:tc>
      </w:tr>
      <w:tr w:rsidR="00AF5748" w14:paraId="2DF9FA62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1334F144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19"/>
              </w:rPr>
              <w:t>Adresa bydliště dítěte</w:t>
            </w:r>
          </w:p>
          <w:p w14:paraId="71187A78" w14:textId="77777777" w:rsidR="00AF5748" w:rsidRDefault="00B70E79">
            <w:pPr>
              <w:spacing w:before="40" w:after="0"/>
            </w:pPr>
            <w:r>
              <w:rPr>
                <w:rFonts w:eastAsia="Arial" w:cs="Arial"/>
                <w:sz w:val="21"/>
              </w:rPr>
              <w:t>________________________________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531F3358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19"/>
              </w:rPr>
              <w:t>E-mail zákonného zástupce</w:t>
            </w:r>
          </w:p>
          <w:p w14:paraId="6F01AA95" w14:textId="77777777" w:rsidR="00AF5748" w:rsidRDefault="00B70E79">
            <w:pPr>
              <w:spacing w:before="40" w:after="0"/>
            </w:pPr>
            <w:r>
              <w:rPr>
                <w:rFonts w:eastAsia="Arial" w:cs="Arial"/>
                <w:sz w:val="21"/>
              </w:rPr>
              <w:t>________________________________</w:t>
            </w:r>
          </w:p>
        </w:tc>
      </w:tr>
    </w:tbl>
    <w:p w14:paraId="6A075CF0" w14:textId="77777777" w:rsidR="00AF5748" w:rsidRDefault="00B70E79">
      <w:pPr>
        <w:spacing w:before="100" w:after="60" w:line="259" w:lineRule="auto"/>
      </w:pPr>
      <w:r>
        <w:rPr>
          <w:rFonts w:eastAsia="Arial" w:cs="Arial"/>
          <w:sz w:val="23"/>
        </w:rPr>
        <w:t>Jako zákonný zástupce výše uvedeného dítěte tímto pověřuji následující osoby k jeho převzetí od zaměstnance mateřské školy:</w:t>
      </w:r>
    </w:p>
    <w:p w14:paraId="37854D23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POVĚŘENÉ OSOBY</w:t>
      </w:r>
    </w:p>
    <w:tbl>
      <w:tblPr>
        <w:tblW w:w="9360" w:type="dxa"/>
        <w:tblInd w:w="12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2987"/>
        <w:gridCol w:w="1418"/>
        <w:gridCol w:w="1723"/>
        <w:gridCol w:w="2675"/>
      </w:tblGrid>
      <w:tr w:rsidR="00AF5748" w14:paraId="007C0F37" w14:textId="77777777" w:rsidTr="00B70E79">
        <w:trPr>
          <w:cantSplit/>
          <w:tblHeader/>
        </w:trPr>
        <w:tc>
          <w:tcPr>
            <w:tcW w:w="557" w:type="dxa"/>
            <w:shd w:val="clear" w:color="auto" w:fill="15566A"/>
            <w:tcMar>
              <w:top w:w="68" w:type="dxa"/>
              <w:left w:w="120" w:type="dxa"/>
              <w:bottom w:w="68" w:type="dxa"/>
              <w:right w:w="120" w:type="dxa"/>
            </w:tcMar>
            <w:vAlign w:val="center"/>
          </w:tcPr>
          <w:p w14:paraId="0FED0B6A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FFFFFF"/>
                <w:sz w:val="19"/>
              </w:rPr>
              <w:t>Č.</w:t>
            </w:r>
          </w:p>
        </w:tc>
        <w:tc>
          <w:tcPr>
            <w:tcW w:w="2987" w:type="dxa"/>
            <w:shd w:val="clear" w:color="auto" w:fill="15566A"/>
            <w:tcMar>
              <w:top w:w="68" w:type="dxa"/>
              <w:left w:w="120" w:type="dxa"/>
              <w:bottom w:w="68" w:type="dxa"/>
              <w:right w:w="120" w:type="dxa"/>
            </w:tcMar>
            <w:vAlign w:val="center"/>
          </w:tcPr>
          <w:p w14:paraId="13DB90DE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FFFFFF"/>
                <w:sz w:val="19"/>
              </w:rPr>
              <w:t xml:space="preserve">Jméno a </w:t>
            </w:r>
            <w:r>
              <w:rPr>
                <w:rFonts w:eastAsia="Arial" w:cs="Arial"/>
                <w:b/>
                <w:color w:val="FFFFFF"/>
                <w:sz w:val="19"/>
              </w:rPr>
              <w:t>příjmení</w:t>
            </w:r>
          </w:p>
        </w:tc>
        <w:tc>
          <w:tcPr>
            <w:tcW w:w="1418" w:type="dxa"/>
            <w:shd w:val="clear" w:color="auto" w:fill="15566A"/>
            <w:tcMar>
              <w:top w:w="68" w:type="dxa"/>
              <w:left w:w="120" w:type="dxa"/>
              <w:bottom w:w="68" w:type="dxa"/>
              <w:right w:w="120" w:type="dxa"/>
            </w:tcMar>
            <w:vAlign w:val="center"/>
          </w:tcPr>
          <w:p w14:paraId="69514054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FFFFFF"/>
                <w:sz w:val="19"/>
              </w:rPr>
              <w:t>Vztah k dítěti</w:t>
            </w:r>
          </w:p>
        </w:tc>
        <w:tc>
          <w:tcPr>
            <w:tcW w:w="1723" w:type="dxa"/>
            <w:shd w:val="clear" w:color="auto" w:fill="15566A"/>
            <w:tcMar>
              <w:top w:w="68" w:type="dxa"/>
              <w:left w:w="120" w:type="dxa"/>
              <w:bottom w:w="68" w:type="dxa"/>
              <w:right w:w="120" w:type="dxa"/>
            </w:tcMar>
            <w:vAlign w:val="center"/>
          </w:tcPr>
          <w:p w14:paraId="6D1DD2BF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FFFFFF"/>
                <w:sz w:val="19"/>
              </w:rPr>
              <w:t>Datum narození</w:t>
            </w:r>
          </w:p>
        </w:tc>
        <w:tc>
          <w:tcPr>
            <w:tcW w:w="2675" w:type="dxa"/>
            <w:shd w:val="clear" w:color="auto" w:fill="15566A"/>
            <w:tcMar>
              <w:top w:w="68" w:type="dxa"/>
              <w:left w:w="120" w:type="dxa"/>
              <w:bottom w:w="68" w:type="dxa"/>
              <w:right w:w="120" w:type="dxa"/>
            </w:tcMar>
            <w:vAlign w:val="center"/>
          </w:tcPr>
          <w:p w14:paraId="2C2AC95F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FFFFFF"/>
                <w:sz w:val="19"/>
              </w:rPr>
              <w:t>Telefon</w:t>
            </w:r>
          </w:p>
        </w:tc>
      </w:tr>
      <w:tr w:rsidR="00AF5748" w14:paraId="1BEA1D32" w14:textId="77777777" w:rsidTr="00B70E79">
        <w:trPr>
          <w:cantSplit/>
        </w:trPr>
        <w:tc>
          <w:tcPr>
            <w:tcW w:w="557" w:type="dxa"/>
            <w:shd w:val="clear" w:color="auto" w:fill="FFFFFF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32607252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104454"/>
                <w:sz w:val="21"/>
              </w:rPr>
              <w:t>1</w:t>
            </w:r>
          </w:p>
        </w:tc>
        <w:tc>
          <w:tcPr>
            <w:tcW w:w="2987" w:type="dxa"/>
            <w:shd w:val="clear" w:color="auto" w:fill="FFFFFF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390E7641" w14:textId="77777777" w:rsidR="00AF5748" w:rsidRDefault="00AF5748">
            <w:pPr>
              <w:spacing w:after="0" w:line="250" w:lineRule="auto"/>
            </w:pPr>
          </w:p>
        </w:tc>
        <w:tc>
          <w:tcPr>
            <w:tcW w:w="1418" w:type="dxa"/>
            <w:shd w:val="clear" w:color="auto" w:fill="FFFFFF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7ADB5F02" w14:textId="77777777" w:rsidR="00AF5748" w:rsidRDefault="00AF5748">
            <w:pPr>
              <w:spacing w:after="0" w:line="250" w:lineRule="auto"/>
              <w:jc w:val="center"/>
            </w:pPr>
          </w:p>
        </w:tc>
        <w:tc>
          <w:tcPr>
            <w:tcW w:w="1723" w:type="dxa"/>
            <w:shd w:val="clear" w:color="auto" w:fill="FFFFFF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4CD8CB82" w14:textId="77777777" w:rsidR="00AF5748" w:rsidRDefault="00AF5748">
            <w:pPr>
              <w:spacing w:after="0" w:line="250" w:lineRule="auto"/>
              <w:jc w:val="center"/>
            </w:pPr>
          </w:p>
        </w:tc>
        <w:tc>
          <w:tcPr>
            <w:tcW w:w="2675" w:type="dxa"/>
            <w:shd w:val="clear" w:color="auto" w:fill="FFFFFF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340416C4" w14:textId="77777777" w:rsidR="00AF5748" w:rsidRDefault="00AF5748">
            <w:pPr>
              <w:spacing w:after="0" w:line="250" w:lineRule="auto"/>
            </w:pPr>
          </w:p>
        </w:tc>
      </w:tr>
      <w:tr w:rsidR="00AF5748" w14:paraId="302B6309" w14:textId="77777777" w:rsidTr="00B70E79">
        <w:trPr>
          <w:cantSplit/>
        </w:trPr>
        <w:tc>
          <w:tcPr>
            <w:tcW w:w="557" w:type="dxa"/>
            <w:shd w:val="clear" w:color="auto" w:fill="F5F8F9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7F6EBF48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104454"/>
                <w:sz w:val="21"/>
              </w:rPr>
              <w:t>2</w:t>
            </w:r>
          </w:p>
        </w:tc>
        <w:tc>
          <w:tcPr>
            <w:tcW w:w="2987" w:type="dxa"/>
            <w:shd w:val="clear" w:color="auto" w:fill="F5F8F9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56AD2F3B" w14:textId="77777777" w:rsidR="00AF5748" w:rsidRDefault="00AF5748">
            <w:pPr>
              <w:spacing w:after="0" w:line="250" w:lineRule="auto"/>
            </w:pPr>
          </w:p>
        </w:tc>
        <w:tc>
          <w:tcPr>
            <w:tcW w:w="1418" w:type="dxa"/>
            <w:shd w:val="clear" w:color="auto" w:fill="F5F8F9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4CF9D0DC" w14:textId="77777777" w:rsidR="00AF5748" w:rsidRDefault="00AF5748">
            <w:pPr>
              <w:spacing w:after="0" w:line="250" w:lineRule="auto"/>
              <w:jc w:val="center"/>
            </w:pPr>
          </w:p>
        </w:tc>
        <w:tc>
          <w:tcPr>
            <w:tcW w:w="1723" w:type="dxa"/>
            <w:shd w:val="clear" w:color="auto" w:fill="F5F8F9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26CE6D60" w14:textId="77777777" w:rsidR="00AF5748" w:rsidRDefault="00AF5748">
            <w:pPr>
              <w:spacing w:after="0" w:line="250" w:lineRule="auto"/>
              <w:jc w:val="center"/>
            </w:pPr>
          </w:p>
        </w:tc>
        <w:tc>
          <w:tcPr>
            <w:tcW w:w="2675" w:type="dxa"/>
            <w:shd w:val="clear" w:color="auto" w:fill="F5F8F9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5846D377" w14:textId="77777777" w:rsidR="00AF5748" w:rsidRDefault="00AF5748">
            <w:pPr>
              <w:spacing w:after="0" w:line="250" w:lineRule="auto"/>
            </w:pPr>
          </w:p>
        </w:tc>
      </w:tr>
      <w:tr w:rsidR="00AF5748" w14:paraId="525CEAB9" w14:textId="77777777" w:rsidTr="00B70E79">
        <w:trPr>
          <w:cantSplit/>
        </w:trPr>
        <w:tc>
          <w:tcPr>
            <w:tcW w:w="557" w:type="dxa"/>
            <w:shd w:val="clear" w:color="auto" w:fill="FFFFFF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0B830BD7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104454"/>
                <w:sz w:val="21"/>
              </w:rPr>
              <w:t>3</w:t>
            </w:r>
          </w:p>
        </w:tc>
        <w:tc>
          <w:tcPr>
            <w:tcW w:w="2987" w:type="dxa"/>
            <w:shd w:val="clear" w:color="auto" w:fill="FFFFFF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3D69FA18" w14:textId="77777777" w:rsidR="00AF5748" w:rsidRDefault="00AF5748">
            <w:pPr>
              <w:spacing w:after="0" w:line="250" w:lineRule="auto"/>
            </w:pPr>
          </w:p>
        </w:tc>
        <w:tc>
          <w:tcPr>
            <w:tcW w:w="1418" w:type="dxa"/>
            <w:shd w:val="clear" w:color="auto" w:fill="FFFFFF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25AC2D08" w14:textId="77777777" w:rsidR="00AF5748" w:rsidRDefault="00AF5748">
            <w:pPr>
              <w:spacing w:after="0" w:line="250" w:lineRule="auto"/>
              <w:jc w:val="center"/>
            </w:pPr>
          </w:p>
        </w:tc>
        <w:tc>
          <w:tcPr>
            <w:tcW w:w="1723" w:type="dxa"/>
            <w:shd w:val="clear" w:color="auto" w:fill="FFFFFF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59485C3A" w14:textId="77777777" w:rsidR="00AF5748" w:rsidRDefault="00AF5748">
            <w:pPr>
              <w:spacing w:after="0" w:line="250" w:lineRule="auto"/>
              <w:jc w:val="center"/>
            </w:pPr>
          </w:p>
        </w:tc>
        <w:tc>
          <w:tcPr>
            <w:tcW w:w="2675" w:type="dxa"/>
            <w:shd w:val="clear" w:color="auto" w:fill="FFFFFF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4807127C" w14:textId="77777777" w:rsidR="00AF5748" w:rsidRDefault="00AF5748">
            <w:pPr>
              <w:spacing w:after="0" w:line="250" w:lineRule="auto"/>
            </w:pPr>
          </w:p>
        </w:tc>
      </w:tr>
      <w:tr w:rsidR="00AF5748" w14:paraId="14C2A8F7" w14:textId="77777777" w:rsidTr="00B70E79">
        <w:trPr>
          <w:cantSplit/>
        </w:trPr>
        <w:tc>
          <w:tcPr>
            <w:tcW w:w="557" w:type="dxa"/>
            <w:shd w:val="clear" w:color="auto" w:fill="F5F8F9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51A5A694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104454"/>
                <w:sz w:val="21"/>
              </w:rPr>
              <w:t>4</w:t>
            </w:r>
          </w:p>
        </w:tc>
        <w:tc>
          <w:tcPr>
            <w:tcW w:w="2987" w:type="dxa"/>
            <w:shd w:val="clear" w:color="auto" w:fill="F5F8F9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5AF460C5" w14:textId="77777777" w:rsidR="00AF5748" w:rsidRDefault="00AF5748">
            <w:pPr>
              <w:spacing w:after="0" w:line="250" w:lineRule="auto"/>
            </w:pPr>
          </w:p>
        </w:tc>
        <w:tc>
          <w:tcPr>
            <w:tcW w:w="1418" w:type="dxa"/>
            <w:shd w:val="clear" w:color="auto" w:fill="F5F8F9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6C3139B5" w14:textId="77777777" w:rsidR="00AF5748" w:rsidRDefault="00AF5748">
            <w:pPr>
              <w:spacing w:after="0" w:line="250" w:lineRule="auto"/>
              <w:jc w:val="center"/>
            </w:pPr>
          </w:p>
        </w:tc>
        <w:tc>
          <w:tcPr>
            <w:tcW w:w="1723" w:type="dxa"/>
            <w:shd w:val="clear" w:color="auto" w:fill="F5F8F9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377FD448" w14:textId="77777777" w:rsidR="00AF5748" w:rsidRDefault="00AF5748">
            <w:pPr>
              <w:spacing w:after="0" w:line="250" w:lineRule="auto"/>
              <w:jc w:val="center"/>
            </w:pPr>
          </w:p>
        </w:tc>
        <w:tc>
          <w:tcPr>
            <w:tcW w:w="2675" w:type="dxa"/>
            <w:shd w:val="clear" w:color="auto" w:fill="F5F8F9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3DFFADFD" w14:textId="77777777" w:rsidR="00AF5748" w:rsidRDefault="00AF5748">
            <w:pPr>
              <w:spacing w:after="0" w:line="250" w:lineRule="auto"/>
            </w:pPr>
          </w:p>
        </w:tc>
      </w:tr>
      <w:tr w:rsidR="00AF5748" w14:paraId="2026B02D" w14:textId="77777777" w:rsidTr="00B70E79">
        <w:trPr>
          <w:cantSplit/>
        </w:trPr>
        <w:tc>
          <w:tcPr>
            <w:tcW w:w="557" w:type="dxa"/>
            <w:shd w:val="clear" w:color="auto" w:fill="FFFFFF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0AD8CE58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104454"/>
                <w:sz w:val="21"/>
              </w:rPr>
              <w:t>5</w:t>
            </w:r>
          </w:p>
        </w:tc>
        <w:tc>
          <w:tcPr>
            <w:tcW w:w="2987" w:type="dxa"/>
            <w:shd w:val="clear" w:color="auto" w:fill="FFFFFF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3A70CBCD" w14:textId="77777777" w:rsidR="00AF5748" w:rsidRDefault="00AF5748">
            <w:pPr>
              <w:spacing w:after="0" w:line="250" w:lineRule="auto"/>
            </w:pPr>
          </w:p>
        </w:tc>
        <w:tc>
          <w:tcPr>
            <w:tcW w:w="1418" w:type="dxa"/>
            <w:shd w:val="clear" w:color="auto" w:fill="FFFFFF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14475C67" w14:textId="77777777" w:rsidR="00AF5748" w:rsidRDefault="00AF5748">
            <w:pPr>
              <w:spacing w:after="0" w:line="250" w:lineRule="auto"/>
              <w:jc w:val="center"/>
            </w:pPr>
          </w:p>
        </w:tc>
        <w:tc>
          <w:tcPr>
            <w:tcW w:w="1723" w:type="dxa"/>
            <w:shd w:val="clear" w:color="auto" w:fill="FFFFFF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10B0A899" w14:textId="77777777" w:rsidR="00AF5748" w:rsidRDefault="00AF5748">
            <w:pPr>
              <w:spacing w:after="0" w:line="250" w:lineRule="auto"/>
              <w:jc w:val="center"/>
            </w:pPr>
          </w:p>
        </w:tc>
        <w:tc>
          <w:tcPr>
            <w:tcW w:w="2675" w:type="dxa"/>
            <w:shd w:val="clear" w:color="auto" w:fill="FFFFFF"/>
            <w:tcMar>
              <w:top w:w="112" w:type="dxa"/>
              <w:left w:w="120" w:type="dxa"/>
              <w:bottom w:w="112" w:type="dxa"/>
              <w:right w:w="120" w:type="dxa"/>
            </w:tcMar>
            <w:vAlign w:val="center"/>
          </w:tcPr>
          <w:p w14:paraId="6440AC81" w14:textId="77777777" w:rsidR="00AF5748" w:rsidRDefault="00AF5748">
            <w:pPr>
              <w:spacing w:after="0" w:line="250" w:lineRule="auto"/>
            </w:pPr>
          </w:p>
        </w:tc>
      </w:tr>
    </w:tbl>
    <w:p w14:paraId="074163A0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DOBA PLATNOSTI POVĚŘENÍ</w:t>
      </w:r>
    </w:p>
    <w:tbl>
      <w:tblPr>
        <w:tblW w:w="9360" w:type="dxa"/>
        <w:tblInd w:w="120" w:type="dxa"/>
        <w:tblBorders>
          <w:top w:val="single" w:sz="4" w:space="0" w:color="D6E1E4"/>
          <w:left w:val="single" w:sz="4" w:space="0" w:color="D6E1E4"/>
          <w:bottom w:val="single" w:sz="4" w:space="0" w:color="D6E1E4"/>
          <w:right w:val="single" w:sz="4" w:space="0" w:color="D6E1E4"/>
          <w:insideH w:val="single" w:sz="4" w:space="0" w:color="D6E1E4"/>
          <w:insideV w:val="single" w:sz="4" w:space="0" w:color="D6E1E4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AF5748" w14:paraId="660821AF" w14:textId="77777777">
        <w:trPr>
          <w:cantSplit/>
        </w:trPr>
        <w:tc>
          <w:tcPr>
            <w:tcW w:w="3120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7297AA38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>☐</w:t>
            </w:r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 xml:space="preserve"> po dobu docházky dítěte do MŠ</w:t>
            </w:r>
          </w:p>
        </w:tc>
        <w:tc>
          <w:tcPr>
            <w:tcW w:w="3120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3F6A0FEB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>☐</w:t>
            </w:r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 xml:space="preserve"> od __________ do __________</w:t>
            </w:r>
          </w:p>
        </w:tc>
        <w:tc>
          <w:tcPr>
            <w:tcW w:w="3120" w:type="dxa"/>
            <w:shd w:val="clear" w:color="auto" w:fill="EAF3F5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62F181A9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>☐</w:t>
            </w:r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 xml:space="preserve"> jednorázově dne __________</w:t>
            </w:r>
          </w:p>
        </w:tc>
      </w:tr>
    </w:tbl>
    <w:p w14:paraId="610128FD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PROHLÁŠENÍ ZÁKONNÉHO ZÁSTUPCE</w:t>
      </w:r>
    </w:p>
    <w:tbl>
      <w:tblPr>
        <w:tblW w:w="9360" w:type="dxa"/>
        <w:tblInd w:w="12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70214C44" w14:textId="77777777">
        <w:tc>
          <w:tcPr>
            <w:tcW w:w="9360" w:type="dxa"/>
            <w:gridSpan w:val="2"/>
            <w:shd w:val="clear" w:color="auto" w:fill="F5F8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48E59C4" w14:textId="77777777" w:rsidR="00AF5748" w:rsidRDefault="00B70E79">
            <w:pPr>
              <w:spacing w:after="40" w:line="250" w:lineRule="auto"/>
              <w:ind w:left="312" w:hanging="227"/>
            </w:pP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✓</w:t>
            </w: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 xml:space="preserve"> </w:t>
            </w:r>
            <w:r>
              <w:rPr>
                <w:rFonts w:eastAsia="Arial" w:cs="Arial"/>
                <w:sz w:val="20"/>
              </w:rPr>
              <w:t xml:space="preserve">Potvrzuji, že </w:t>
            </w:r>
            <w:r>
              <w:rPr>
                <w:rFonts w:eastAsia="Arial" w:cs="Arial"/>
                <w:sz w:val="20"/>
              </w:rPr>
              <w:t>uvedené osoby jsou oprávněny dítě převzít a byly poučeny o povinnosti převzít je osobně od zaměstnance mateřské školy.</w:t>
            </w:r>
          </w:p>
          <w:p w14:paraId="64165E3C" w14:textId="77777777" w:rsidR="00AF5748" w:rsidRDefault="00B70E79">
            <w:pPr>
              <w:spacing w:after="40"/>
              <w:ind w:left="312" w:hanging="227"/>
            </w:pP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✓</w:t>
            </w: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 xml:space="preserve"> </w:t>
            </w:r>
            <w:r>
              <w:rPr>
                <w:rFonts w:eastAsia="Arial" w:cs="Arial"/>
                <w:sz w:val="20"/>
              </w:rPr>
              <w:t>Beru na vědomí, že mateřská škola může při pochybnostech požadovat prokázání totožnosti pověřené osoby; nepodaří-li se totožnost ověřit, dítě nebude předáno.</w:t>
            </w:r>
          </w:p>
          <w:p w14:paraId="492A202D" w14:textId="77777777" w:rsidR="00AF5748" w:rsidRDefault="00B70E79">
            <w:pPr>
              <w:spacing w:after="0"/>
              <w:ind w:left="312" w:hanging="227"/>
            </w:pP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✓</w:t>
            </w: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 xml:space="preserve"> </w:t>
            </w:r>
            <w:r>
              <w:rPr>
                <w:rFonts w:eastAsia="Arial" w:cs="Arial"/>
                <w:sz w:val="20"/>
              </w:rPr>
              <w:t>Každou změnu nebo odvolání tohoto pověření oznámím škole bezodkladně písemně. Ústní či telefonické sdělení bez písemného pověření není pro předání dítěte dostačující.</w:t>
            </w:r>
          </w:p>
        </w:tc>
      </w:tr>
      <w:tr w:rsidR="00AF5748" w14:paraId="33EBF569" w14:textId="77777777">
        <w:tblPrEx>
          <w:tblBorders>
            <w:top w:val="single" w:sz="5" w:space="0" w:color="C6D7DC"/>
            <w:left w:val="single" w:sz="5" w:space="0" w:color="C6D7DC"/>
            <w:bottom w:val="single" w:sz="5" w:space="0" w:color="C6D7DC"/>
            <w:right w:val="single" w:sz="5" w:space="0" w:color="C6D7DC"/>
            <w:insideH w:val="single" w:sz="5" w:space="0" w:color="C6D7DC"/>
            <w:insideV w:val="single" w:sz="5" w:space="0" w:color="C6D7DC"/>
          </w:tblBorders>
        </w:tblPrEx>
        <w:tc>
          <w:tcPr>
            <w:tcW w:w="9360" w:type="dxa"/>
            <w:gridSpan w:val="2"/>
            <w:shd w:val="clear" w:color="auto" w:fill="EAF3F5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77B873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18"/>
              </w:rPr>
              <w:t xml:space="preserve">Ochrana údajů: </w:t>
            </w:r>
            <w:r>
              <w:rPr>
                <w:rFonts w:eastAsia="Arial" w:cs="Arial"/>
                <w:color w:val="5F6B73"/>
                <w:sz w:val="18"/>
              </w:rPr>
              <w:t xml:space="preserve">Údaje jsou používány pouze k ověření </w:t>
            </w:r>
            <w:r>
              <w:rPr>
                <w:rFonts w:eastAsia="Arial" w:cs="Arial"/>
                <w:color w:val="5F6B73"/>
                <w:sz w:val="18"/>
              </w:rPr>
              <w:t>oprávnění a totožnosti osob při předávání dítěte a jsou zpracovávány podle informačního memoranda školy.</w:t>
            </w:r>
          </w:p>
        </w:tc>
      </w:tr>
      <w:tr w:rsidR="00AF5748" w14:paraId="43A6E4D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80" w:type="dxa"/>
            <w:tcMar>
              <w:top w:w="58" w:type="dxa"/>
              <w:left w:w="50" w:type="dxa"/>
              <w:bottom w:w="20" w:type="dxa"/>
              <w:right w:w="50" w:type="dxa"/>
            </w:tcMar>
          </w:tcPr>
          <w:p w14:paraId="7A051B52" w14:textId="77777777" w:rsidR="00B70E79" w:rsidRDefault="00B70E79">
            <w:pPr>
              <w:spacing w:after="0"/>
              <w:rPr>
                <w:rFonts w:eastAsia="Arial" w:cs="Arial"/>
                <w:sz w:val="20"/>
              </w:rPr>
            </w:pPr>
          </w:p>
          <w:p w14:paraId="3B0A00DA" w14:textId="77777777" w:rsidR="00B70E79" w:rsidRDefault="00B70E79">
            <w:pPr>
              <w:spacing w:after="0"/>
              <w:rPr>
                <w:rFonts w:eastAsia="Arial" w:cs="Arial"/>
                <w:sz w:val="20"/>
              </w:rPr>
            </w:pPr>
          </w:p>
          <w:p w14:paraId="786EE49A" w14:textId="77777777" w:rsidR="00B70E79" w:rsidRDefault="00B70E79">
            <w:pPr>
              <w:spacing w:after="0"/>
              <w:rPr>
                <w:rFonts w:eastAsia="Arial" w:cs="Arial"/>
                <w:sz w:val="20"/>
              </w:rPr>
            </w:pPr>
          </w:p>
          <w:p w14:paraId="7E328A9E" w14:textId="09CF8005" w:rsidR="00AF5748" w:rsidRDefault="00B70E79">
            <w:pPr>
              <w:spacing w:after="0"/>
            </w:pPr>
            <w:r>
              <w:rPr>
                <w:rFonts w:eastAsia="Arial" w:cs="Arial"/>
                <w:sz w:val="20"/>
              </w:rPr>
              <w:t xml:space="preserve">V __________________ </w:t>
            </w:r>
            <w:proofErr w:type="spellStart"/>
            <w:r>
              <w:rPr>
                <w:rFonts w:eastAsia="Arial" w:cs="Arial"/>
                <w:sz w:val="20"/>
              </w:rPr>
              <w:t>dne</w:t>
            </w:r>
            <w:proofErr w:type="spellEnd"/>
            <w:r>
              <w:rPr>
                <w:rFonts w:eastAsia="Arial" w:cs="Arial"/>
                <w:sz w:val="20"/>
              </w:rPr>
              <w:t xml:space="preserve"> ________________</w:t>
            </w:r>
          </w:p>
        </w:tc>
        <w:tc>
          <w:tcPr>
            <w:tcW w:w="4680" w:type="dxa"/>
            <w:tcMar>
              <w:top w:w="58" w:type="dxa"/>
              <w:left w:w="50" w:type="dxa"/>
              <w:bottom w:w="20" w:type="dxa"/>
              <w:right w:w="50" w:type="dxa"/>
            </w:tcMar>
          </w:tcPr>
          <w:p w14:paraId="5C9BDF57" w14:textId="77777777" w:rsidR="00B70E79" w:rsidRDefault="00B70E79">
            <w:pPr>
              <w:spacing w:after="0"/>
              <w:jc w:val="center"/>
              <w:rPr>
                <w:rFonts w:eastAsia="Arial" w:cs="Arial"/>
                <w:sz w:val="20"/>
              </w:rPr>
            </w:pPr>
            <w:proofErr w:type="spellStart"/>
            <w:r>
              <w:rPr>
                <w:rFonts w:eastAsia="Arial" w:cs="Arial"/>
                <w:sz w:val="20"/>
              </w:rPr>
              <w:t>Podpis</w:t>
            </w:r>
            <w:proofErr w:type="spellEnd"/>
            <w:r>
              <w:rPr>
                <w:rFonts w:eastAsia="Arial" w:cs="Arial"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sz w:val="20"/>
              </w:rPr>
              <w:t>zákonného</w:t>
            </w:r>
            <w:proofErr w:type="spellEnd"/>
            <w:r>
              <w:rPr>
                <w:rFonts w:eastAsia="Arial" w:cs="Arial"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sz w:val="20"/>
              </w:rPr>
              <w:t>zástupce</w:t>
            </w:r>
            <w:proofErr w:type="spellEnd"/>
            <w:r>
              <w:rPr>
                <w:rFonts w:eastAsia="Arial" w:cs="Arial"/>
                <w:sz w:val="20"/>
              </w:rPr>
              <w:t>:</w:t>
            </w:r>
          </w:p>
          <w:p w14:paraId="77140B62" w14:textId="77777777" w:rsidR="00B70E79" w:rsidRDefault="00B70E79">
            <w:pPr>
              <w:spacing w:after="0"/>
              <w:jc w:val="center"/>
              <w:rPr>
                <w:rFonts w:eastAsia="Arial" w:cs="Arial"/>
                <w:sz w:val="20"/>
              </w:rPr>
            </w:pPr>
          </w:p>
          <w:p w14:paraId="73FCC88E" w14:textId="62D3EC10" w:rsidR="00AF5748" w:rsidRDefault="00B70E79">
            <w:pPr>
              <w:spacing w:after="0"/>
              <w:jc w:val="center"/>
            </w:pPr>
            <w:r>
              <w:rPr>
                <w:rFonts w:eastAsia="Arial" w:cs="Arial"/>
                <w:sz w:val="20"/>
              </w:rPr>
              <w:br/>
              <w:t>____________________________</w:t>
            </w:r>
          </w:p>
        </w:tc>
      </w:tr>
      <w:tr w:rsidR="00AF5748" w14:paraId="3C0466D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680" w:type="dxa"/>
            <w:tcMar>
              <w:top w:w="58" w:type="dxa"/>
              <w:left w:w="50" w:type="dxa"/>
              <w:bottom w:w="20" w:type="dxa"/>
              <w:right w:w="50" w:type="dxa"/>
            </w:tcMar>
          </w:tcPr>
          <w:p w14:paraId="690D5DEB" w14:textId="77777777" w:rsidR="00B70E79" w:rsidRDefault="00B70E79">
            <w:pPr>
              <w:spacing w:after="0"/>
              <w:rPr>
                <w:rFonts w:eastAsia="Arial" w:cs="Arial"/>
                <w:sz w:val="20"/>
              </w:rPr>
            </w:pPr>
          </w:p>
          <w:p w14:paraId="42359E87" w14:textId="77777777" w:rsidR="00B70E79" w:rsidRDefault="00B70E79">
            <w:pPr>
              <w:spacing w:after="0"/>
              <w:rPr>
                <w:rFonts w:eastAsia="Arial" w:cs="Arial"/>
                <w:sz w:val="20"/>
              </w:rPr>
            </w:pPr>
          </w:p>
          <w:p w14:paraId="74A63D02" w14:textId="396A6872" w:rsidR="00AF5748" w:rsidRDefault="00B70E79">
            <w:pPr>
              <w:spacing w:after="0"/>
            </w:pPr>
            <w:proofErr w:type="spellStart"/>
            <w:r>
              <w:rPr>
                <w:rFonts w:eastAsia="Arial" w:cs="Arial"/>
                <w:sz w:val="20"/>
              </w:rPr>
              <w:t>Převzala</w:t>
            </w:r>
            <w:proofErr w:type="spellEnd"/>
            <w:r>
              <w:rPr>
                <w:rFonts w:eastAsia="Arial" w:cs="Arial"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sz w:val="20"/>
              </w:rPr>
              <w:t>mateřská</w:t>
            </w:r>
            <w:proofErr w:type="spellEnd"/>
            <w:r>
              <w:rPr>
                <w:rFonts w:eastAsia="Arial" w:cs="Arial"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sz w:val="20"/>
              </w:rPr>
              <w:t>škola</w:t>
            </w:r>
            <w:proofErr w:type="spellEnd"/>
            <w:r>
              <w:rPr>
                <w:rFonts w:eastAsia="Arial" w:cs="Arial"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sz w:val="20"/>
              </w:rPr>
              <w:t>dne</w:t>
            </w:r>
            <w:proofErr w:type="spellEnd"/>
            <w:r>
              <w:rPr>
                <w:rFonts w:eastAsia="Arial" w:cs="Arial"/>
                <w:sz w:val="20"/>
              </w:rPr>
              <w:t xml:space="preserve">: </w:t>
            </w:r>
            <w:r>
              <w:rPr>
                <w:rFonts w:eastAsia="Arial" w:cs="Arial"/>
                <w:sz w:val="20"/>
              </w:rPr>
              <w:t>______________</w:t>
            </w:r>
          </w:p>
        </w:tc>
        <w:tc>
          <w:tcPr>
            <w:tcW w:w="4680" w:type="dxa"/>
            <w:tcMar>
              <w:top w:w="58" w:type="dxa"/>
              <w:left w:w="50" w:type="dxa"/>
              <w:bottom w:w="20" w:type="dxa"/>
              <w:right w:w="50" w:type="dxa"/>
            </w:tcMar>
          </w:tcPr>
          <w:p w14:paraId="0FAB4B0A" w14:textId="77777777" w:rsidR="00B70E79" w:rsidRDefault="00B70E79">
            <w:pPr>
              <w:spacing w:after="0"/>
              <w:jc w:val="center"/>
              <w:rPr>
                <w:rFonts w:eastAsia="Arial" w:cs="Arial"/>
                <w:sz w:val="20"/>
              </w:rPr>
            </w:pPr>
            <w:proofErr w:type="spellStart"/>
            <w:r>
              <w:rPr>
                <w:rFonts w:eastAsia="Arial" w:cs="Arial"/>
                <w:sz w:val="20"/>
              </w:rPr>
              <w:t>Podpis</w:t>
            </w:r>
            <w:proofErr w:type="spellEnd"/>
            <w:r>
              <w:rPr>
                <w:rFonts w:eastAsia="Arial" w:cs="Arial"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sz w:val="20"/>
              </w:rPr>
              <w:t>zaměstnance</w:t>
            </w:r>
            <w:proofErr w:type="spellEnd"/>
            <w:r>
              <w:rPr>
                <w:rFonts w:eastAsia="Arial" w:cs="Arial"/>
                <w:sz w:val="20"/>
              </w:rPr>
              <w:t xml:space="preserve"> </w:t>
            </w:r>
            <w:proofErr w:type="spellStart"/>
            <w:r>
              <w:rPr>
                <w:rFonts w:eastAsia="Arial" w:cs="Arial"/>
                <w:sz w:val="20"/>
              </w:rPr>
              <w:t>školy</w:t>
            </w:r>
            <w:proofErr w:type="spellEnd"/>
            <w:r>
              <w:rPr>
                <w:rFonts w:eastAsia="Arial" w:cs="Arial"/>
                <w:sz w:val="20"/>
              </w:rPr>
              <w:t>:</w:t>
            </w:r>
          </w:p>
          <w:p w14:paraId="287F7050" w14:textId="5705AC2E" w:rsidR="00AF5748" w:rsidRDefault="00B70E79">
            <w:pPr>
              <w:spacing w:after="0"/>
              <w:jc w:val="center"/>
            </w:pPr>
            <w:r>
              <w:rPr>
                <w:rFonts w:eastAsia="Arial" w:cs="Arial"/>
                <w:sz w:val="20"/>
              </w:rPr>
              <w:br/>
              <w:t>____________________________</w:t>
            </w:r>
          </w:p>
        </w:tc>
      </w:tr>
    </w:tbl>
    <w:p w14:paraId="5AD6342D" w14:textId="77777777" w:rsidR="00B70E79" w:rsidRDefault="00B70E79">
      <w:pPr>
        <w:spacing w:before="20" w:after="0" w:line="259" w:lineRule="auto"/>
        <w:jc w:val="center"/>
        <w:rPr>
          <w:rFonts w:eastAsia="Arial" w:cs="Arial"/>
          <w:i/>
          <w:color w:val="5F6B73"/>
          <w:sz w:val="17"/>
        </w:rPr>
      </w:pPr>
    </w:p>
    <w:p w14:paraId="1CCAE9CF" w14:textId="77777777" w:rsidR="00B70E79" w:rsidRDefault="00B70E79">
      <w:pPr>
        <w:spacing w:before="20" w:after="0" w:line="259" w:lineRule="auto"/>
        <w:jc w:val="center"/>
        <w:rPr>
          <w:rFonts w:eastAsia="Arial" w:cs="Arial"/>
          <w:i/>
          <w:color w:val="5F6B73"/>
          <w:sz w:val="17"/>
        </w:rPr>
      </w:pPr>
    </w:p>
    <w:p w14:paraId="0FE9D4F2" w14:textId="669C7F42" w:rsidR="00AF5748" w:rsidRDefault="00B70E79">
      <w:pPr>
        <w:spacing w:before="20" w:after="0" w:line="259" w:lineRule="auto"/>
        <w:jc w:val="center"/>
      </w:pPr>
      <w:proofErr w:type="spellStart"/>
      <w:r>
        <w:rPr>
          <w:rFonts w:eastAsia="Arial" w:cs="Arial"/>
          <w:i/>
          <w:color w:val="5F6B73"/>
          <w:sz w:val="17"/>
        </w:rPr>
        <w:t>Právní</w:t>
      </w:r>
      <w:proofErr w:type="spellEnd"/>
      <w:r>
        <w:rPr>
          <w:rFonts w:eastAsia="Arial" w:cs="Arial"/>
          <w:i/>
          <w:color w:val="5F6B73"/>
          <w:sz w:val="17"/>
        </w:rPr>
        <w:t xml:space="preserve"> </w:t>
      </w:r>
      <w:proofErr w:type="spellStart"/>
      <w:r>
        <w:rPr>
          <w:rFonts w:eastAsia="Arial" w:cs="Arial"/>
          <w:i/>
          <w:color w:val="5F6B73"/>
          <w:sz w:val="17"/>
        </w:rPr>
        <w:t>základ</w:t>
      </w:r>
      <w:proofErr w:type="spellEnd"/>
      <w:r>
        <w:rPr>
          <w:rFonts w:eastAsia="Arial" w:cs="Arial"/>
          <w:i/>
          <w:color w:val="5F6B73"/>
          <w:sz w:val="17"/>
        </w:rPr>
        <w:t xml:space="preserve">: § 5 </w:t>
      </w:r>
      <w:proofErr w:type="spellStart"/>
      <w:r>
        <w:rPr>
          <w:rFonts w:eastAsia="Arial" w:cs="Arial"/>
          <w:i/>
          <w:color w:val="5F6B73"/>
          <w:sz w:val="17"/>
        </w:rPr>
        <w:t>odst</w:t>
      </w:r>
      <w:proofErr w:type="spellEnd"/>
      <w:r>
        <w:rPr>
          <w:rFonts w:eastAsia="Arial" w:cs="Arial"/>
          <w:i/>
          <w:color w:val="5F6B73"/>
          <w:sz w:val="17"/>
        </w:rPr>
        <w:t>. 1 vyhlášky č. 14/2005 Sb., o předškolním vzdělávání, ve znění pozdějších předpisů.</w:t>
      </w:r>
    </w:p>
    <w:sectPr w:rsidR="00AF5748" w:rsidSect="00034616">
      <w:headerReference w:type="default" r:id="rId8"/>
      <w:footerReference w:type="default" r:id="rId9"/>
      <w:pgSz w:w="11906" w:h="16838"/>
      <w:pgMar w:top="822" w:right="1162" w:bottom="765" w:left="116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B6C45" w14:textId="77777777" w:rsidR="00B70E79" w:rsidRDefault="00B70E79">
      <w:pPr>
        <w:spacing w:after="0" w:line="240" w:lineRule="auto"/>
      </w:pPr>
      <w:r>
        <w:separator/>
      </w:r>
    </w:p>
  </w:endnote>
  <w:endnote w:type="continuationSeparator" w:id="0">
    <w:p w14:paraId="21207FFF" w14:textId="77777777" w:rsidR="00B70E79" w:rsidRDefault="00B7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3522C" w14:textId="77777777" w:rsidR="00AF5748" w:rsidRDefault="00AF5748">
    <w:pPr>
      <w:pStyle w:val="Zpat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40"/>
      <w:gridCol w:w="3120"/>
    </w:tblGrid>
    <w:tr w:rsidR="00AF5748" w14:paraId="2FCD0B74" w14:textId="77777777">
      <w:tc>
        <w:tcPr>
          <w:tcW w:w="6240" w:type="dxa"/>
          <w:tcMar>
            <w:top w:w="35" w:type="dxa"/>
            <w:left w:w="0" w:type="dxa"/>
            <w:bottom w:w="0" w:type="dxa"/>
            <w:right w:w="0" w:type="dxa"/>
          </w:tcMar>
        </w:tcPr>
        <w:p w14:paraId="6DF45299" w14:textId="77777777" w:rsidR="00AF5748" w:rsidRDefault="00B70E79">
          <w:pPr>
            <w:spacing w:after="0"/>
          </w:pPr>
          <w:r>
            <w:rPr>
              <w:rFonts w:eastAsia="Arial" w:cs="Arial"/>
              <w:color w:val="5F6B73"/>
              <w:sz w:val="18"/>
            </w:rPr>
            <w:t>Pověření k vyzvedávání dítěte z MŠ | školní rok 2026/2027</w:t>
          </w:r>
        </w:p>
      </w:tc>
      <w:tc>
        <w:tcPr>
          <w:tcW w:w="3120" w:type="dxa"/>
          <w:tcMar>
            <w:top w:w="35" w:type="dxa"/>
            <w:left w:w="0" w:type="dxa"/>
            <w:bottom w:w="0" w:type="dxa"/>
            <w:right w:w="0" w:type="dxa"/>
          </w:tcMar>
        </w:tcPr>
        <w:p w14:paraId="5111B802" w14:textId="77777777" w:rsidR="00AF5748" w:rsidRDefault="00B70E79">
          <w:pPr>
            <w:spacing w:after="0"/>
            <w:jc w:val="right"/>
          </w:pPr>
          <w:r>
            <w:rPr>
              <w:rFonts w:eastAsia="Arial" w:cs="Arial"/>
              <w:color w:val="5F6B73"/>
              <w:sz w:val="18"/>
            </w:rPr>
            <w:t xml:space="preserve">Strana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PAGE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  <w:r>
            <w:rPr>
              <w:rFonts w:eastAsia="Arial" w:cs="Arial"/>
              <w:color w:val="5F6B73"/>
              <w:sz w:val="18"/>
            </w:rPr>
            <w:t xml:space="preserve"> z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NUMPAGES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73F55" w14:textId="77777777" w:rsidR="00B70E79" w:rsidRDefault="00B70E79">
      <w:pPr>
        <w:spacing w:after="0" w:line="240" w:lineRule="auto"/>
      </w:pPr>
      <w:r>
        <w:separator/>
      </w:r>
    </w:p>
  </w:footnote>
  <w:footnote w:type="continuationSeparator" w:id="0">
    <w:p w14:paraId="0DA8A0E8" w14:textId="77777777" w:rsidR="00B70E79" w:rsidRDefault="00B7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613F2" w14:textId="77777777" w:rsidR="00AF5748" w:rsidRDefault="00AF5748">
    <w:pPr>
      <w:pStyle w:val="Zhlav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40"/>
      <w:gridCol w:w="3120"/>
    </w:tblGrid>
    <w:tr w:rsidR="00AF5748" w14:paraId="43B3F3EA" w14:textId="77777777">
      <w:tc>
        <w:tcPr>
          <w:tcW w:w="6240" w:type="dxa"/>
          <w:tcMar>
            <w:top w:w="0" w:type="dxa"/>
            <w:left w:w="0" w:type="dxa"/>
            <w:bottom w:w="35" w:type="dxa"/>
            <w:right w:w="0" w:type="dxa"/>
          </w:tcMar>
        </w:tcPr>
        <w:p w14:paraId="0E9810BF" w14:textId="77777777" w:rsidR="00AF5748" w:rsidRDefault="00B70E79">
          <w:pPr>
            <w:pBdr>
              <w:bottom w:val="single" w:sz="7" w:space="3" w:color="AFC1C7"/>
            </w:pBdr>
            <w:spacing w:after="0"/>
          </w:pPr>
          <w:r>
            <w:rPr>
              <w:rFonts w:eastAsia="Arial" w:cs="Arial"/>
              <w:color w:val="5F6B73"/>
              <w:sz w:val="18"/>
            </w:rPr>
            <w:t>Základní škola a Mateřská škola Rosovice</w:t>
          </w:r>
        </w:p>
      </w:tc>
      <w:tc>
        <w:tcPr>
          <w:tcW w:w="3120" w:type="dxa"/>
          <w:tcMar>
            <w:top w:w="0" w:type="dxa"/>
            <w:left w:w="0" w:type="dxa"/>
            <w:bottom w:w="35" w:type="dxa"/>
            <w:right w:w="0" w:type="dxa"/>
          </w:tcMar>
        </w:tcPr>
        <w:p w14:paraId="7AC71D17" w14:textId="77777777" w:rsidR="00AF5748" w:rsidRDefault="00B70E79">
          <w:pPr>
            <w:pBdr>
              <w:bottom w:val="single" w:sz="7" w:space="3" w:color="AFC1C7"/>
            </w:pBdr>
            <w:spacing w:after="0"/>
            <w:jc w:val="right"/>
          </w:pPr>
          <w:r>
            <w:rPr>
              <w:rFonts w:eastAsia="Arial" w:cs="Arial"/>
              <w:b/>
              <w:color w:val="5F6B73"/>
              <w:sz w:val="18"/>
            </w:rPr>
            <w:t xml:space="preserve">MATEŘSKÁ </w:t>
          </w:r>
          <w:r>
            <w:rPr>
              <w:rFonts w:eastAsia="Arial" w:cs="Arial"/>
              <w:b/>
              <w:color w:val="5F6B73"/>
              <w:sz w:val="18"/>
            </w:rPr>
            <w:t>ŠKOLA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9706901">
    <w:abstractNumId w:val="8"/>
  </w:num>
  <w:num w:numId="2" w16cid:durableId="289824269">
    <w:abstractNumId w:val="6"/>
  </w:num>
  <w:num w:numId="3" w16cid:durableId="1612007889">
    <w:abstractNumId w:val="5"/>
  </w:num>
  <w:num w:numId="4" w16cid:durableId="493955995">
    <w:abstractNumId w:val="4"/>
  </w:num>
  <w:num w:numId="5" w16cid:durableId="1031998737">
    <w:abstractNumId w:val="7"/>
  </w:num>
  <w:num w:numId="6" w16cid:durableId="1313290660">
    <w:abstractNumId w:val="3"/>
  </w:num>
  <w:num w:numId="7" w16cid:durableId="936594963">
    <w:abstractNumId w:val="2"/>
  </w:num>
  <w:num w:numId="8" w16cid:durableId="1363677318">
    <w:abstractNumId w:val="1"/>
  </w:num>
  <w:num w:numId="9" w16cid:durableId="145675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F5748"/>
    <w:rsid w:val="00B47730"/>
    <w:rsid w:val="00B70E79"/>
    <w:rsid w:val="00C22D2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CD2D8B"/>
  <w14:defaultImageDpi w14:val="300"/>
  <w15:docId w15:val="{82103FE0-66C7-4A7E-8015-3DD10C28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80" w:line="257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Pověření k vyzvedávání dítěte z mateřské školy 2026/2027</dc:title>
  <dc:subject>Formulář pro zákonné zástupce – ZŠ a MŠ Rosovice</dc:subject>
  <dc:creator>Základní škola a Mateřská škola Rosovice</dc:creator>
  <cp:keywords/>
  <dc:description>generated by python-docx</dc:description>
  <cp:lastModifiedBy>Reditelka</cp:lastModifiedBy>
  <cp:revision>2</cp:revision>
  <dcterms:created xsi:type="dcterms:W3CDTF">2026-08-09T16:13:00Z</dcterms:created>
  <dcterms:modified xsi:type="dcterms:W3CDTF">2026-08-09T16:13:00Z</dcterms:modified>
  <cp:category/>
</cp:coreProperties>
</file>