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B70E79">
      <w:pPr>
        <w:spacing w:after="60" w:line="254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35"/>
        </w:rPr>
        <w:t>ODHLÁŠENÍ ZE ŠKOLNÍ DRUŽINY</w:t>
      </w:r>
    </w:p>
    <w:p w14:paraId="17A1FEF3" w14:textId="77777777" w:rsidR="00AF5748" w:rsidRDefault="00B70E79">
      <w:pPr>
        <w:spacing w:after="100" w:line="254" w:lineRule="auto"/>
        <w:jc w:val="center"/>
      </w:pPr>
      <w:r>
        <w:rPr>
          <w:rFonts w:eastAsia="Arial" w:cs="Arial"/>
          <w:i/>
          <w:color w:val="5F6B73"/>
          <w:sz w:val="21"/>
        </w:rPr>
        <w:t>Oznámení zákonného zástupce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5BC565" w14:textId="77777777">
        <w:trPr>
          <w:cantSplit/>
        </w:trPr>
        <w:tc>
          <w:tcPr>
            <w:tcW w:w="9360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3CBE6CAC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3"/>
              </w:rPr>
              <w:t>Tímto odhlašuji níže uvedeného účastníka ze školní družiny ke dni uvedenému v tomto formuláři.</w:t>
            </w:r>
          </w:p>
        </w:tc>
      </w:tr>
    </w:tbl>
    <w:p w14:paraId="0BB09567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 xml:space="preserve">ÚDAJE O </w:t>
      </w:r>
      <w:r>
        <w:rPr>
          <w:rFonts w:eastAsia="Arial" w:cs="Arial"/>
          <w:b/>
          <w:color w:val="FFFFFF"/>
        </w:rPr>
        <w:t>ÚČASTNÍKOVI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064"/>
        <w:gridCol w:w="6296"/>
      </w:tblGrid>
      <w:tr w:rsidR="00AF5748" w14:paraId="6097248C" w14:textId="77777777">
        <w:trPr>
          <w:cantSplit/>
          <w:trHeight w:val="351"/>
        </w:trPr>
        <w:tc>
          <w:tcPr>
            <w:tcW w:w="3064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0603E81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Jméno a příjmení</w:t>
            </w:r>
          </w:p>
        </w:tc>
        <w:tc>
          <w:tcPr>
            <w:tcW w:w="62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74A832C" w14:textId="77777777" w:rsidR="00AF5748" w:rsidRDefault="00AF5748">
            <w:pPr>
              <w:spacing w:after="0" w:line="250" w:lineRule="auto"/>
            </w:pPr>
          </w:p>
        </w:tc>
      </w:tr>
      <w:tr w:rsidR="00AF5748" w14:paraId="263A2ABF" w14:textId="77777777">
        <w:trPr>
          <w:cantSplit/>
          <w:trHeight w:val="351"/>
        </w:trPr>
        <w:tc>
          <w:tcPr>
            <w:tcW w:w="3064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161E87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Datum narození</w:t>
            </w:r>
          </w:p>
        </w:tc>
        <w:tc>
          <w:tcPr>
            <w:tcW w:w="62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44204D16" w14:textId="77777777" w:rsidR="00AF5748" w:rsidRDefault="00AF5748">
            <w:pPr>
              <w:spacing w:after="0" w:line="250" w:lineRule="auto"/>
            </w:pPr>
          </w:p>
        </w:tc>
      </w:tr>
      <w:tr w:rsidR="00AF5748" w14:paraId="6F5B0DFF" w14:textId="77777777">
        <w:trPr>
          <w:cantSplit/>
          <w:trHeight w:val="351"/>
        </w:trPr>
        <w:tc>
          <w:tcPr>
            <w:tcW w:w="3064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086AE7D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Třída / ročník</w:t>
            </w:r>
          </w:p>
        </w:tc>
        <w:tc>
          <w:tcPr>
            <w:tcW w:w="62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9E0C7BA" w14:textId="77777777" w:rsidR="00AF5748" w:rsidRDefault="00AF5748">
            <w:pPr>
              <w:spacing w:after="0" w:line="250" w:lineRule="auto"/>
            </w:pPr>
          </w:p>
        </w:tc>
      </w:tr>
    </w:tbl>
    <w:p w14:paraId="1334F144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UKONČENÍ DOCHÁZKY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961"/>
      </w:tblGrid>
      <w:tr w:rsidR="00AF5748" w14:paraId="6F01AA95" w14:textId="77777777">
        <w:trPr>
          <w:cantSplit/>
        </w:trPr>
        <w:tc>
          <w:tcPr>
            <w:tcW w:w="3399" w:type="dxa"/>
            <w:shd w:val="clear" w:color="auto" w:fill="EAF3F5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1187A7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Poslední den docházky do ŠD</w:t>
            </w:r>
          </w:p>
        </w:tc>
        <w:tc>
          <w:tcPr>
            <w:tcW w:w="5961" w:type="dxa"/>
            <w:shd w:val="clear" w:color="auto" w:fill="FFFFFF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531F335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2"/>
              </w:rPr>
              <w:t>____________________________________________</w:t>
            </w:r>
          </w:p>
        </w:tc>
      </w:tr>
      <w:tr w:rsidR="00AF5748" w14:paraId="37854D23" w14:textId="77777777">
        <w:trPr>
          <w:cantSplit/>
        </w:trPr>
        <w:tc>
          <w:tcPr>
            <w:tcW w:w="3399" w:type="dxa"/>
            <w:shd w:val="clear" w:color="auto" w:fill="EAF3F5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2DF9FA62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Odhlášení účinné od</w:t>
            </w:r>
          </w:p>
        </w:tc>
        <w:tc>
          <w:tcPr>
            <w:tcW w:w="5961" w:type="dxa"/>
            <w:shd w:val="clear" w:color="auto" w:fill="FFFFFF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6A075CF0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2"/>
              </w:rPr>
              <w:t>____________________________________________</w:t>
            </w:r>
          </w:p>
        </w:tc>
      </w:tr>
    </w:tbl>
    <w:p w14:paraId="0FED0B6A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REŽIM DÍTĚTE PO UKONČENÍ DOCHÁZKY DO ŠD</w:t>
      </w:r>
    </w:p>
    <w:tbl>
      <w:tblPr>
        <w:tblW w:w="9360" w:type="dxa"/>
        <w:tblInd w:w="130" w:type="dxa"/>
        <w:tblBorders>
          <w:top w:val="single" w:sz="6" w:space="0" w:color="15566A"/>
          <w:left w:val="single" w:sz="6" w:space="0" w:color="15566A"/>
          <w:bottom w:val="single" w:sz="6" w:space="0" w:color="15566A"/>
          <w:right w:val="single" w:sz="6" w:space="0" w:color="15566A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007C0F37" w14:textId="77777777">
        <w:trPr>
          <w:cantSplit/>
        </w:trPr>
        <w:tc>
          <w:tcPr>
            <w:tcW w:w="9360" w:type="dxa"/>
            <w:shd w:val="clear" w:color="auto" w:fill="F5F8F9"/>
            <w:tcMar>
              <w:top w:w="70" w:type="dxa"/>
              <w:left w:w="130" w:type="dxa"/>
              <w:bottom w:w="55" w:type="dxa"/>
              <w:right w:w="130" w:type="dxa"/>
            </w:tcMar>
            <w:vAlign w:val="center"/>
          </w:tcPr>
          <w:p w14:paraId="13DB90DE" w14:textId="77777777" w:rsidR="00AF5748" w:rsidRDefault="00B70E79">
            <w:pPr>
              <w:spacing w:after="60" w:line="250" w:lineRule="auto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>Po skončení vyučování bude dítě odcházet ze školy samostatně.</w:t>
            </w:r>
          </w:p>
          <w:p w14:paraId="69514054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>Po skončení vyučování bude dítě přebíráno zákonným zástupcem nebo pověřenou osobou.</w:t>
            </w:r>
          </w:p>
          <w:p w14:paraId="6D1DD2BF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 xml:space="preserve">Dítě se </w:t>
            </w:r>
            <w:r>
              <w:rPr>
                <w:rFonts w:eastAsia="Arial" w:cs="Arial"/>
                <w:sz w:val="21"/>
              </w:rPr>
              <w:t>naobědvá ve školní jídelně a poté odejde samostatně.</w:t>
            </w:r>
          </w:p>
          <w:p w14:paraId="2C2AC95F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>Jiný režim: _________________________________________________________________</w:t>
            </w:r>
          </w:p>
        </w:tc>
      </w:tr>
    </w:tbl>
    <w:p w14:paraId="32607252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DŮVOD ODHLÁŠENÍ (NEPOVINNÝ ÚDAJ)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340416C4" w14:textId="77777777">
        <w:trPr>
          <w:cantSplit/>
        </w:trPr>
        <w:tc>
          <w:tcPr>
            <w:tcW w:w="9360" w:type="dxa"/>
            <w:shd w:val="clear" w:color="auto" w:fill="F5F8F9"/>
            <w:tcMar>
              <w:top w:w="75" w:type="dxa"/>
              <w:left w:w="130" w:type="dxa"/>
              <w:bottom w:w="60" w:type="dxa"/>
              <w:right w:w="130" w:type="dxa"/>
            </w:tcMar>
            <w:vAlign w:val="center"/>
          </w:tcPr>
          <w:p w14:paraId="390E7641" w14:textId="77777777" w:rsidR="00AF5748" w:rsidRDefault="00B70E79">
            <w:pPr>
              <w:spacing w:after="60" w:line="250" w:lineRule="auto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>změna rodinných nebo pracovních podmínek</w:t>
            </w:r>
          </w:p>
          <w:p w14:paraId="7ADB5F02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 xml:space="preserve">změna způsobu dopravy či </w:t>
            </w:r>
            <w:r>
              <w:rPr>
                <w:rFonts w:eastAsia="Arial" w:cs="Arial"/>
                <w:sz w:val="21"/>
              </w:rPr>
              <w:t>vyzvedávání</w:t>
            </w:r>
          </w:p>
          <w:p w14:paraId="4CD8CB82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>jiný důvod: ________________________________________________________________</w:t>
            </w:r>
          </w:p>
        </w:tc>
      </w:tr>
    </w:tbl>
    <w:p w14:paraId="1BEA1D32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PROHLÁŠENÍ A PODPIS</w:t>
      </w:r>
    </w:p>
    <w:p w14:paraId="7F6EBF48" w14:textId="77777777" w:rsidR="00AF5748" w:rsidRDefault="00B70E79">
      <w:pPr>
        <w:spacing w:line="254" w:lineRule="auto"/>
      </w:pPr>
      <w:r>
        <w:rPr>
          <w:rFonts w:eastAsia="Arial" w:cs="Arial"/>
          <w:sz w:val="22"/>
        </w:rPr>
        <w:t xml:space="preserve">Beru na vědomí, že úplata za školní družinu bude vypořádána podle pravidel školy a data ukončení docházky. Odhlášení ze školní družiny </w:t>
      </w:r>
      <w:r>
        <w:rPr>
          <w:rFonts w:eastAsia="Arial" w:cs="Arial"/>
          <w:sz w:val="22"/>
        </w:rPr>
        <w:t>neznamená automatické odhlášení školního stravování; změnu stravování je nutné provést samostatně.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5846D377" w14:textId="77777777">
        <w:trPr>
          <w:cantSplit/>
        </w:trPr>
        <w:tc>
          <w:tcPr>
            <w:tcW w:w="4680" w:type="dxa"/>
            <w:shd w:val="clear" w:color="auto" w:fill="FFFFFF"/>
            <w:tcMar>
              <w:top w:w="70" w:type="dxa"/>
              <w:left w:w="130" w:type="dxa"/>
              <w:bottom w:w="55" w:type="dxa"/>
              <w:right w:w="130" w:type="dxa"/>
            </w:tcMar>
            <w:vAlign w:val="center"/>
          </w:tcPr>
          <w:p w14:paraId="55C5505B" w14:textId="77777777" w:rsidR="00B70E79" w:rsidRDefault="00B70E79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 xml:space="preserve">V __________________ </w:t>
            </w:r>
          </w:p>
          <w:p w14:paraId="1931A2B3" w14:textId="77777777" w:rsidR="00B70E79" w:rsidRDefault="00B70E79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</w:p>
          <w:p w14:paraId="56AD2F3B" w14:textId="0C773F55" w:rsidR="00AF5748" w:rsidRDefault="00B70E79" w:rsidP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sz w:val="22"/>
              </w:rPr>
              <w:t>dne</w:t>
            </w:r>
            <w:proofErr w:type="spellEnd"/>
            <w:r>
              <w:rPr>
                <w:rFonts w:eastAsia="Arial" w:cs="Arial"/>
                <w:sz w:val="22"/>
              </w:rPr>
              <w:t xml:space="preserve"> ______________</w:t>
            </w:r>
          </w:p>
        </w:tc>
        <w:tc>
          <w:tcPr>
            <w:tcW w:w="4680" w:type="dxa"/>
            <w:shd w:val="clear" w:color="auto" w:fill="FFFFFF"/>
            <w:tcMar>
              <w:top w:w="70" w:type="dxa"/>
              <w:left w:w="130" w:type="dxa"/>
              <w:bottom w:w="55" w:type="dxa"/>
              <w:right w:w="130" w:type="dxa"/>
            </w:tcMar>
            <w:vAlign w:val="center"/>
          </w:tcPr>
          <w:p w14:paraId="22B5523C" w14:textId="77777777" w:rsidR="00B70E79" w:rsidRDefault="00B70E79">
            <w:pPr>
              <w:spacing w:after="0" w:line="250" w:lineRule="auto"/>
              <w:jc w:val="center"/>
              <w:rPr>
                <w:rFonts w:eastAsia="Arial" w:cs="Arial"/>
                <w:sz w:val="22"/>
              </w:rPr>
            </w:pPr>
          </w:p>
          <w:p w14:paraId="4CF9D0DC" w14:textId="203B6C45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__________________________________</w:t>
            </w:r>
          </w:p>
          <w:p w14:paraId="26CE6D60" w14:textId="77777777" w:rsidR="00AF5748" w:rsidRDefault="00B70E79">
            <w:pPr>
              <w:spacing w:before="20" w:after="0"/>
              <w:jc w:val="center"/>
            </w:pPr>
            <w:r>
              <w:rPr>
                <w:rFonts w:eastAsia="Arial" w:cs="Arial"/>
                <w:i/>
                <w:color w:val="5F6B73"/>
                <w:sz w:val="20"/>
              </w:rPr>
              <w:t>podpis zákonného zástupce</w:t>
            </w:r>
          </w:p>
        </w:tc>
      </w:tr>
    </w:tbl>
    <w:p w14:paraId="302B6309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ZÁZNAM ŠKOLY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961"/>
      </w:tblGrid>
      <w:tr w:rsidR="00AF5748" w14:paraId="25AC2D08" w14:textId="77777777">
        <w:trPr>
          <w:cantSplit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B830BD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Oznámení přijato dne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D69FA1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AF5748" w14:paraId="525CEAB9" w14:textId="77777777">
        <w:trPr>
          <w:cantSplit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9485C3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Docházka ukončena ke dni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4807127C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AF5748" w14:paraId="6C3139B5" w14:textId="77777777">
        <w:trPr>
          <w:cantSplit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1A5A694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Vychovatelka informována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AF460C5" w14:textId="77777777" w:rsidR="00AF5748" w:rsidRDefault="00B70E79">
            <w:pPr>
              <w:spacing w:after="0" w:line="250" w:lineRule="auto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ano   dne ______________</w:t>
            </w:r>
          </w:p>
        </w:tc>
      </w:tr>
      <w:tr w:rsidR="00AF5748" w14:paraId="14C2A8F7" w14:textId="77777777" w:rsidTr="00B70E79">
        <w:trPr>
          <w:cantSplit/>
          <w:trHeight w:val="848"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77FD44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Úplata / inkaso upraveno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DFFADFD" w14:textId="77777777" w:rsidR="00AF5748" w:rsidRDefault="00B70E79">
            <w:pPr>
              <w:spacing w:after="0" w:line="250" w:lineRule="auto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ano   od ______________   ☐ bude dořešeno</w:t>
            </w:r>
          </w:p>
        </w:tc>
      </w:tr>
    </w:tbl>
    <w:p w14:paraId="0AD8CE58" w14:textId="77777777" w:rsidR="00AF5748" w:rsidRDefault="00B70E79">
      <w:pPr>
        <w:spacing w:before="60" w:after="0" w:line="254" w:lineRule="auto"/>
        <w:jc w:val="center"/>
      </w:pPr>
      <w:r>
        <w:rPr>
          <w:rFonts w:eastAsia="Arial" w:cs="Arial"/>
          <w:i/>
          <w:color w:val="5F6B73"/>
          <w:sz w:val="18"/>
        </w:rPr>
        <w:t xml:space="preserve">Podle </w:t>
      </w:r>
      <w:r>
        <w:rPr>
          <w:rFonts w:eastAsia="Arial" w:cs="Arial"/>
          <w:i/>
          <w:color w:val="5F6B73"/>
          <w:sz w:val="18"/>
        </w:rPr>
        <w:t>vnitřního řádu školní družiny končí účast písemným odhlášením ke dni uvedenému zákonným zástupcem.</w:t>
      </w:r>
    </w:p>
    <w:sectPr w:rsidR="00AF5748" w:rsidSect="00034616">
      <w:headerReference w:type="default" r:id="rId8"/>
      <w:footerReference w:type="default" r:id="rId9"/>
      <w:pgSz w:w="11906" w:h="16838"/>
      <w:pgMar w:top="726" w:right="1162" w:bottom="669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163A0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3F6A0FEB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4C44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686"/>
      <w:gridCol w:w="2674"/>
    </w:tblGrid>
    <w:tr w:rsidR="00AF5748" w14:paraId="7E328A9E" w14:textId="77777777">
      <w:tc>
        <w:tcPr>
          <w:tcW w:w="6686" w:type="dxa"/>
          <w:tcMar>
            <w:top w:w="30" w:type="dxa"/>
            <w:left w:w="0" w:type="dxa"/>
            <w:bottom w:w="0" w:type="dxa"/>
            <w:right w:w="0" w:type="dxa"/>
          </w:tcMar>
        </w:tcPr>
        <w:p w14:paraId="4877B873" w14:textId="77777777" w:rsidR="00AF5748" w:rsidRDefault="00B70E79">
          <w:r>
            <w:rPr>
              <w:rFonts w:eastAsia="Arial" w:cs="Arial"/>
              <w:color w:val="5F6B73"/>
              <w:sz w:val="18"/>
            </w:rPr>
            <w:t>Odhlášení ze školní družiny | ZŠ Rosovice</w:t>
          </w:r>
        </w:p>
      </w:tc>
      <w:tc>
        <w:tcPr>
          <w:tcW w:w="2674" w:type="dxa"/>
          <w:tcMar>
            <w:top w:w="30" w:type="dxa"/>
            <w:left w:w="0" w:type="dxa"/>
            <w:bottom w:w="0" w:type="dxa"/>
            <w:right w:w="0" w:type="dxa"/>
          </w:tcMar>
        </w:tcPr>
        <w:p w14:paraId="33EBF569" w14:textId="77777777" w:rsidR="00AF5748" w:rsidRDefault="00B70E79">
          <w:pPr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75C67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6440AC81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21AF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96"/>
      <w:gridCol w:w="3064"/>
    </w:tblGrid>
    <w:tr w:rsidR="00AF5748" w14:paraId="64165E3C" w14:textId="77777777">
      <w:tc>
        <w:tcPr>
          <w:tcW w:w="6296" w:type="dxa"/>
          <w:tcMar>
            <w:top w:w="0" w:type="dxa"/>
            <w:left w:w="0" w:type="dxa"/>
            <w:bottom w:w="30" w:type="dxa"/>
            <w:right w:w="0" w:type="dxa"/>
          </w:tcMar>
        </w:tcPr>
        <w:p w14:paraId="610128FD" w14:textId="77777777" w:rsidR="00AF5748" w:rsidRDefault="00B70E79">
          <w:pPr>
            <w:pBdr>
              <w:bottom w:val="single" w:sz="7" w:space="3" w:color="AFC1C7"/>
            </w:pBdr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064" w:type="dxa"/>
          <w:tcMar>
            <w:top w:w="0" w:type="dxa"/>
            <w:left w:w="0" w:type="dxa"/>
            <w:bottom w:w="30" w:type="dxa"/>
            <w:right w:w="0" w:type="dxa"/>
          </w:tcMar>
        </w:tcPr>
        <w:p w14:paraId="048E59C4" w14:textId="77777777" w:rsidR="00AF5748" w:rsidRDefault="00B70E79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ŠKOLNÍ DRUŽINA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F7050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4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Reditelka</cp:lastModifiedBy>
  <cp:revision>2</cp:revision>
  <dcterms:created xsi:type="dcterms:W3CDTF">2026-08-09T19:03:00Z</dcterms:created>
  <dcterms:modified xsi:type="dcterms:W3CDTF">2026-08-09T19:03:00Z</dcterms:modified>
  <cp:category/>
</cp:coreProperties>
</file>