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2CEB7" w14:textId="77777777" w:rsidR="002E371D" w:rsidRDefault="001B5211">
      <w:pPr>
        <w:spacing w:after="20" w:line="259" w:lineRule="auto"/>
        <w:jc w:val="center"/>
      </w:pPr>
      <w:r>
        <w:rPr>
          <w:rFonts w:eastAsia="Arial" w:cs="Arial"/>
          <w:b/>
          <w:color w:val="15566A"/>
          <w:sz w:val="20"/>
        </w:rPr>
        <w:t>ZÁKLADNÍ ŠKOLA A MATEŘSKÁ ŠKOLA ROSOVICE</w:t>
      </w:r>
    </w:p>
    <w:p w14:paraId="6B612AB4" w14:textId="77777777" w:rsidR="002E371D" w:rsidRDefault="001B5211">
      <w:pPr>
        <w:spacing w:after="100" w:line="259" w:lineRule="auto"/>
        <w:jc w:val="center"/>
      </w:pPr>
      <w:r>
        <w:rPr>
          <w:rFonts w:eastAsia="Arial" w:cs="Arial"/>
          <w:color w:val="5F6B73"/>
          <w:sz w:val="18"/>
        </w:rPr>
        <w:t>okres Příbram, příspěvková organizace</w:t>
      </w:r>
    </w:p>
    <w:p w14:paraId="09B02EB5" w14:textId="77777777" w:rsidR="002E371D" w:rsidRDefault="001B5211">
      <w:pPr>
        <w:spacing w:after="20" w:line="259" w:lineRule="auto"/>
        <w:jc w:val="center"/>
      </w:pPr>
      <w:r>
        <w:rPr>
          <w:rFonts w:eastAsia="Arial" w:cs="Arial"/>
          <w:b/>
          <w:color w:val="15566A"/>
          <w:sz w:val="36"/>
        </w:rPr>
        <w:t>ŽÁDOST O OSVOBOZENÍ NEBO SNÍŽENÍ ÚPLATY</w:t>
      </w:r>
    </w:p>
    <w:p w14:paraId="46FC9E36" w14:textId="77777777" w:rsidR="002E371D" w:rsidRDefault="001B5211">
      <w:pPr>
        <w:spacing w:after="20" w:line="259" w:lineRule="auto"/>
        <w:jc w:val="center"/>
      </w:pPr>
      <w:r>
        <w:rPr>
          <w:rFonts w:eastAsia="Arial" w:cs="Arial"/>
          <w:b/>
          <w:color w:val="104454"/>
        </w:rPr>
        <w:t>za zájmové vzdělávání ve školní družině</w:t>
      </w:r>
    </w:p>
    <w:p w14:paraId="644E49E4" w14:textId="77777777" w:rsidR="002E371D" w:rsidRDefault="001B5211">
      <w:pPr>
        <w:spacing w:after="100" w:line="259" w:lineRule="auto"/>
        <w:jc w:val="center"/>
      </w:pPr>
      <w:r>
        <w:rPr>
          <w:rFonts w:eastAsia="Arial" w:cs="Arial"/>
          <w:i/>
          <w:color w:val="5F6B73"/>
          <w:sz w:val="20"/>
        </w:rPr>
        <w:t>školní rok 2026/2027</w:t>
      </w:r>
    </w:p>
    <w:tbl>
      <w:tblPr>
        <w:tblW w:w="9360" w:type="dxa"/>
        <w:tblInd w:w="120" w:type="dxa"/>
        <w:tblBorders>
          <w:top w:val="single" w:sz="5" w:space="0" w:color="C6D7DC"/>
          <w:left w:val="single" w:sz="5" w:space="0" w:color="C6D7DC"/>
          <w:bottom w:val="single" w:sz="5" w:space="0" w:color="C6D7DC"/>
          <w:right w:val="single" w:sz="5" w:space="0" w:color="C6D7DC"/>
          <w:insideH w:val="single" w:sz="5" w:space="0" w:color="C6D7DC"/>
          <w:insideV w:val="single" w:sz="5" w:space="0" w:color="C6D7D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2E371D" w14:paraId="7F6ABA86" w14:textId="77777777">
        <w:tc>
          <w:tcPr>
            <w:tcW w:w="9360" w:type="dxa"/>
            <w:shd w:val="clear" w:color="auto" w:fill="EAF3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A75AC96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eastAsia="Arial" w:cs="Arial"/>
                <w:b/>
                <w:color w:val="104454"/>
                <w:sz w:val="20"/>
              </w:rPr>
              <w:t xml:space="preserve">Žádost je posouzena po doložení skutečností rozhodných podle § 11 </w:t>
            </w:r>
            <w:r>
              <w:rPr>
                <w:rFonts w:eastAsia="Arial" w:cs="Arial"/>
                <w:b/>
                <w:color w:val="104454"/>
                <w:sz w:val="20"/>
              </w:rPr>
              <w:t>vyhlášky č. 74/2005 Sb.</w:t>
            </w:r>
          </w:p>
        </w:tc>
      </w:tr>
    </w:tbl>
    <w:p w14:paraId="3C82A42F" w14:textId="77777777" w:rsidR="002E371D" w:rsidRDefault="001B5211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A. ÚDAJE O ŽADATELI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2E371D" w14:paraId="5946AEC0" w14:textId="77777777">
        <w:trPr>
          <w:cantSplit/>
        </w:trPr>
        <w:tc>
          <w:tcPr>
            <w:tcW w:w="4680" w:type="dxa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7AE18280" w14:textId="77777777" w:rsidR="002E371D" w:rsidRDefault="001B5211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Jméno a příjmení zákonného zástupce</w:t>
            </w:r>
          </w:p>
          <w:p w14:paraId="38586A20" w14:textId="77777777" w:rsidR="002E371D" w:rsidRDefault="001B5211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32EC30C2" w14:textId="77777777" w:rsidR="002E371D" w:rsidRDefault="001B5211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Telefon / e-mail</w:t>
            </w:r>
          </w:p>
          <w:p w14:paraId="2A1741DE" w14:textId="77777777" w:rsidR="002E371D" w:rsidRDefault="001B5211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2E371D" w14:paraId="0A624A93" w14:textId="77777777">
        <w:trPr>
          <w:cantSplit/>
        </w:trPr>
        <w:tc>
          <w:tcPr>
            <w:tcW w:w="9360" w:type="dxa"/>
            <w:gridSpan w:val="2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07AAD212" w14:textId="77777777" w:rsidR="002E371D" w:rsidRDefault="001B5211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Adresa bydliště</w:t>
            </w:r>
          </w:p>
          <w:p w14:paraId="3F49B99B" w14:textId="77777777" w:rsidR="002E371D" w:rsidRDefault="001B5211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</w:tbl>
    <w:p w14:paraId="77D3A604" w14:textId="77777777" w:rsidR="002E371D" w:rsidRDefault="001B5211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B. ÚDAJE O ÚČASTNÍKOVI ŠKOLNÍ DRUŽINY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5683"/>
        <w:gridCol w:w="3677"/>
      </w:tblGrid>
      <w:tr w:rsidR="002E371D" w14:paraId="76234FF7" w14:textId="77777777">
        <w:trPr>
          <w:cantSplit/>
        </w:trPr>
        <w:tc>
          <w:tcPr>
            <w:tcW w:w="5683" w:type="dxa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0D94E5A3" w14:textId="77777777" w:rsidR="002E371D" w:rsidRDefault="001B5211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Jméno a příjmení dítěte / žáka</w:t>
            </w:r>
          </w:p>
          <w:p w14:paraId="243A4D32" w14:textId="77777777" w:rsidR="002E371D" w:rsidRDefault="001B5211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3677" w:type="dxa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6BB04CBB" w14:textId="77777777" w:rsidR="002E371D" w:rsidRDefault="001B5211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Třída</w:t>
            </w:r>
          </w:p>
          <w:p w14:paraId="657C8C68" w14:textId="77777777" w:rsidR="002E371D" w:rsidRDefault="001B5211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2E371D" w14:paraId="3F491977" w14:textId="77777777">
        <w:trPr>
          <w:cantSplit/>
        </w:trPr>
        <w:tc>
          <w:tcPr>
            <w:tcW w:w="5683" w:type="dxa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43BF9CEF" w14:textId="77777777" w:rsidR="002E371D" w:rsidRDefault="001B5211">
            <w:pPr>
              <w:spacing w:after="0" w:line="245" w:lineRule="auto"/>
            </w:pP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Rozsah docházky:  ☐ celodenní 200 Kč/měsíc</w:t>
            </w:r>
          </w:p>
        </w:tc>
        <w:tc>
          <w:tcPr>
            <w:tcW w:w="3677" w:type="dxa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28F44D60" w14:textId="77777777" w:rsidR="002E371D" w:rsidRDefault="001B5211">
            <w:pPr>
              <w:spacing w:after="0" w:line="245" w:lineRule="auto"/>
            </w:pP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 xml:space="preserve"> </w:t>
            </w: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pouze ranní 100 Kč/měsíc</w:t>
            </w:r>
          </w:p>
        </w:tc>
      </w:tr>
    </w:tbl>
    <w:p w14:paraId="7262CFE8" w14:textId="77777777" w:rsidR="002E371D" w:rsidRDefault="001B5211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C. POŽADOVANÝ ZPŮSOB A OBDOBÍ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2E371D" w14:paraId="37389FFD" w14:textId="77777777">
        <w:trPr>
          <w:cantSplit/>
        </w:trPr>
        <w:tc>
          <w:tcPr>
            <w:tcW w:w="4680" w:type="dxa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53CEE3C7" w14:textId="4EA3194F" w:rsidR="002E371D" w:rsidRDefault="001B5211">
            <w:pPr>
              <w:spacing w:after="0" w:line="245" w:lineRule="auto"/>
            </w:pPr>
            <w:proofErr w:type="spellStart"/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Žádám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 xml:space="preserve"> o:  </w:t>
            </w: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 xml:space="preserve"> ☐ 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osvobození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 xml:space="preserve"> 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od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 xml:space="preserve"> 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úplaty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br/>
              <w:t xml:space="preserve">                  </w:t>
            </w: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 xml:space="preserve"> 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snížení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 xml:space="preserve"> 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úplaty</w:t>
            </w:r>
            <w:proofErr w:type="spellEnd"/>
          </w:p>
        </w:tc>
        <w:tc>
          <w:tcPr>
            <w:tcW w:w="4680" w:type="dxa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430523BB" w14:textId="77777777" w:rsidR="002E371D" w:rsidRDefault="001B5211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Požadované období:</w:t>
            </w:r>
            <w:r>
              <w:rPr>
                <w:rFonts w:eastAsia="Arial" w:cs="Arial"/>
                <w:b/>
                <w:color w:val="104454"/>
                <w:sz w:val="21"/>
              </w:rPr>
              <w:br/>
              <w:t>od __________ do __________</w:t>
            </w:r>
          </w:p>
        </w:tc>
      </w:tr>
    </w:tbl>
    <w:p w14:paraId="125E8BB3" w14:textId="77777777" w:rsidR="002E371D" w:rsidRDefault="001B5211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D. DŮVOD ŽÁDOSTI – OZNAČTE A DOLOŽTE</w:t>
      </w:r>
    </w:p>
    <w:tbl>
      <w:tblPr>
        <w:tblW w:w="9360" w:type="dxa"/>
        <w:tblInd w:w="120" w:type="dxa"/>
        <w:tblBorders>
          <w:top w:val="single" w:sz="4" w:space="0" w:color="D6E1E4"/>
          <w:left w:val="single" w:sz="4" w:space="0" w:color="D6E1E4"/>
          <w:bottom w:val="single" w:sz="4" w:space="0" w:color="D6E1E4"/>
          <w:right w:val="single" w:sz="4" w:space="0" w:color="D6E1E4"/>
          <w:insideH w:val="single" w:sz="4" w:space="0" w:color="D6E1E4"/>
          <w:insideV w:val="single" w:sz="4" w:space="0" w:color="D6E1E4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8923"/>
        <w:gridCol w:w="20"/>
      </w:tblGrid>
      <w:tr w:rsidR="002E371D" w14:paraId="75388ABB" w14:textId="77777777">
        <w:trPr>
          <w:cantSplit/>
        </w:trPr>
        <w:tc>
          <w:tcPr>
            <w:tcW w:w="418" w:type="dxa"/>
            <w:shd w:val="clear" w:color="auto" w:fill="F5F8F9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5021FCE3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gridSpan w:val="2"/>
            <w:shd w:val="clear" w:color="auto" w:fill="F5F8F9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2EF6668" w14:textId="77777777" w:rsidR="002E371D" w:rsidRDefault="001B5211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 xml:space="preserve">Účastník nebo jeho zákonný zástupce je </w:t>
            </w:r>
            <w:r>
              <w:rPr>
                <w:rFonts w:eastAsia="Arial" w:cs="Arial"/>
                <w:sz w:val="21"/>
              </w:rPr>
              <w:t>příjemcem dávky státní sociální pomoci, jejíž součástí je složka na živobytí, nebo je členem domácnosti tohoto příjemce.</w:t>
            </w:r>
          </w:p>
        </w:tc>
      </w:tr>
      <w:tr w:rsidR="002E371D" w14:paraId="01A69B11" w14:textId="77777777">
        <w:trPr>
          <w:cantSplit/>
        </w:trPr>
        <w:tc>
          <w:tcPr>
            <w:tcW w:w="418" w:type="dxa"/>
            <w:shd w:val="clear" w:color="auto" w:fill="EAF3F5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152F17CE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gridSpan w:val="2"/>
            <w:shd w:val="clear" w:color="auto" w:fill="EAF3F5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AB0F4A8" w14:textId="77777777" w:rsidR="002E371D" w:rsidRDefault="001B5211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>Účastníkovi nebo jeho zákonnému zástupci náleží zvýšení příspěvku na péči.</w:t>
            </w:r>
          </w:p>
        </w:tc>
      </w:tr>
      <w:tr w:rsidR="002E371D" w14:paraId="25D3BAB6" w14:textId="77777777">
        <w:trPr>
          <w:cantSplit/>
        </w:trPr>
        <w:tc>
          <w:tcPr>
            <w:tcW w:w="418" w:type="dxa"/>
            <w:shd w:val="clear" w:color="auto" w:fill="F5F8F9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6F9779F8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gridSpan w:val="2"/>
            <w:shd w:val="clear" w:color="auto" w:fill="F5F8F9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212F120A" w14:textId="77777777" w:rsidR="002E371D" w:rsidRDefault="001B5211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 xml:space="preserve">Účastník svěřený do pěstounské péče má nárok na </w:t>
            </w:r>
            <w:r>
              <w:rPr>
                <w:rFonts w:eastAsia="Arial" w:cs="Arial"/>
                <w:sz w:val="21"/>
              </w:rPr>
              <w:t>příspěvek na úhradu potřeb dítěte.</w:t>
            </w:r>
          </w:p>
        </w:tc>
      </w:tr>
      <w:tr w:rsidR="002E371D" w14:paraId="4397C6A9" w14:textId="77777777">
        <w:trPr>
          <w:cantSplit/>
        </w:trPr>
        <w:tc>
          <w:tcPr>
            <w:tcW w:w="418" w:type="dxa"/>
            <w:shd w:val="clear" w:color="auto" w:fill="EAF3F5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46AEB0FB" w14:textId="77777777" w:rsidR="002E371D" w:rsidRDefault="001B5211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gridSpan w:val="2"/>
            <w:shd w:val="clear" w:color="auto" w:fill="EAF3F5"/>
            <w:tcMar>
              <w:top w:w="55" w:type="dxa"/>
              <w:left w:w="85" w:type="dxa"/>
              <w:bottom w:w="55" w:type="dxa"/>
              <w:right w:w="85" w:type="dxa"/>
            </w:tcMar>
            <w:vAlign w:val="center"/>
          </w:tcPr>
          <w:p w14:paraId="36C8775C" w14:textId="77777777" w:rsidR="002E371D" w:rsidRDefault="001B5211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>Účastník je členem domácnosti, které se poskytuje dávka státní sociální pomoci, jejíž součástí je bonus na dítě.</w:t>
            </w:r>
          </w:p>
        </w:tc>
      </w:tr>
      <w:tr w:rsidR="002E371D" w14:paraId="141B3B0A" w14:textId="77777777">
        <w:tblPrEx>
          <w:tblBorders>
            <w:top w:val="single" w:sz="5" w:space="0" w:color="AFC1C7"/>
            <w:left w:val="single" w:sz="5" w:space="0" w:color="AFC1C7"/>
            <w:bottom w:val="single" w:sz="5" w:space="0" w:color="AFC1C7"/>
            <w:right w:val="single" w:sz="5" w:space="0" w:color="AFC1C7"/>
            <w:insideH w:val="single" w:sz="5" w:space="0" w:color="AFC1C7"/>
            <w:insideV w:val="single" w:sz="5" w:space="0" w:color="AFC1C7"/>
          </w:tblBorders>
        </w:tblPrEx>
        <w:trPr>
          <w:gridAfter w:val="1"/>
          <w:wAfter w:w="20" w:type="dxa"/>
          <w:cantSplit/>
        </w:trPr>
        <w:tc>
          <w:tcPr>
            <w:tcW w:w="9360" w:type="dxa"/>
            <w:gridSpan w:val="2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30AD0AC0" w14:textId="77777777" w:rsidR="002E371D" w:rsidRDefault="001B5211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Přiložený doklad / doklady prokazující důvod žádosti</w:t>
            </w:r>
          </w:p>
          <w:p w14:paraId="79823AEB" w14:textId="77777777" w:rsidR="002E371D" w:rsidRDefault="001B5211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</w:tbl>
    <w:p w14:paraId="73B4B73C" w14:textId="77777777" w:rsidR="002E371D" w:rsidRDefault="001B5211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E. PROHLÁŠENÍ A PODPIS ŽADATELE</w:t>
      </w:r>
    </w:p>
    <w:p w14:paraId="76E6795F" w14:textId="77777777" w:rsidR="002E371D" w:rsidRDefault="001B5211">
      <w:pPr>
        <w:spacing w:after="40" w:line="259" w:lineRule="auto"/>
      </w:pPr>
      <w:r>
        <w:rPr>
          <w:rFonts w:eastAsia="Arial" w:cs="Arial"/>
          <w:sz w:val="20"/>
        </w:rPr>
        <w:t>Prohlašuji, že uvedené údaje jsou pravdivé. Změnu rozhodných skutečností oznámím škole bez zbytečného odkladu. Beru na vědomí, že podání žádosti samo o sobě nezakládá nárok na osvobození nebo snížení úplaty.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2E371D" w14:paraId="02B6097E" w14:textId="77777777">
        <w:trPr>
          <w:cantSplit/>
        </w:trPr>
        <w:tc>
          <w:tcPr>
            <w:tcW w:w="4680" w:type="dxa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49897AF9" w14:textId="77777777" w:rsidR="001B5211" w:rsidRDefault="001B5211">
            <w:pPr>
              <w:spacing w:after="0" w:line="245" w:lineRule="auto"/>
              <w:rPr>
                <w:rFonts w:eastAsia="Arial" w:cs="Arial"/>
                <w:b/>
                <w:color w:val="104454"/>
                <w:sz w:val="20"/>
              </w:rPr>
            </w:pPr>
          </w:p>
          <w:p w14:paraId="02CB2607" w14:textId="39428F8A" w:rsidR="002E371D" w:rsidRDefault="001B5211">
            <w:pPr>
              <w:spacing w:after="0" w:line="245" w:lineRule="auto"/>
            </w:pPr>
            <w:proofErr w:type="spellStart"/>
            <w:r>
              <w:rPr>
                <w:rFonts w:eastAsia="Arial" w:cs="Arial"/>
                <w:b/>
                <w:color w:val="104454"/>
                <w:sz w:val="20"/>
              </w:rPr>
              <w:t>Místo</w:t>
            </w:r>
            <w:proofErr w:type="spellEnd"/>
            <w:r>
              <w:rPr>
                <w:rFonts w:eastAsia="Arial" w:cs="Arial"/>
                <w:b/>
                <w:color w:val="104454"/>
                <w:sz w:val="20"/>
              </w:rPr>
              <w:t xml:space="preserve"> a datum: _______________________</w:t>
            </w:r>
          </w:p>
        </w:tc>
        <w:tc>
          <w:tcPr>
            <w:tcW w:w="4680" w:type="dxa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467E9F67" w14:textId="77777777" w:rsidR="002E371D" w:rsidRDefault="001B5211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Podpis zákonného zástupce: __________________</w:t>
            </w:r>
          </w:p>
        </w:tc>
      </w:tr>
    </w:tbl>
    <w:p w14:paraId="1C96CD70" w14:textId="77777777" w:rsidR="002E371D" w:rsidRDefault="001B5211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F. ZÁZNAM ŠKOLY – VYPLNÍ ŠKOLA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2953"/>
        <w:gridCol w:w="3231"/>
        <w:gridCol w:w="3176"/>
      </w:tblGrid>
      <w:tr w:rsidR="002E371D" w14:paraId="272B243D" w14:textId="77777777">
        <w:trPr>
          <w:cantSplit/>
        </w:trPr>
        <w:tc>
          <w:tcPr>
            <w:tcW w:w="2953" w:type="dxa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6054110A" w14:textId="77777777" w:rsidR="002E371D" w:rsidRDefault="001B5211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Žádost přijata dne</w:t>
            </w:r>
          </w:p>
          <w:p w14:paraId="141E84D4" w14:textId="77777777" w:rsidR="002E371D" w:rsidRDefault="001B5211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3231" w:type="dxa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71DA6479" w14:textId="77777777" w:rsidR="002E371D" w:rsidRDefault="001B5211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Číslo jednací</w:t>
            </w:r>
          </w:p>
          <w:p w14:paraId="624D5D48" w14:textId="77777777" w:rsidR="002E371D" w:rsidRDefault="001B5211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3176" w:type="dxa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4D007F94" w14:textId="7B71010F" w:rsidR="002E371D" w:rsidRDefault="001B5211">
            <w:pPr>
              <w:spacing w:after="0" w:line="245" w:lineRule="auto"/>
            </w:pPr>
            <w:proofErr w:type="spellStart"/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>Doklady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 xml:space="preserve">:   </w:t>
            </w:r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>☐</w:t>
            </w:r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 xml:space="preserve"> 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>úplné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br/>
              <w:t xml:space="preserve">                 </w:t>
            </w:r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>☐</w:t>
            </w:r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 xml:space="preserve"> 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>doplnit</w:t>
            </w:r>
            <w:proofErr w:type="spellEnd"/>
          </w:p>
        </w:tc>
      </w:tr>
      <w:tr w:rsidR="002E371D" w14:paraId="6E2EF1E0" w14:textId="77777777">
        <w:trPr>
          <w:cantSplit/>
        </w:trPr>
        <w:tc>
          <w:tcPr>
            <w:tcW w:w="2953" w:type="dxa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3D19F8F9" w14:textId="77777777" w:rsidR="002E371D" w:rsidRDefault="001B5211">
            <w:pPr>
              <w:spacing w:after="0" w:line="245" w:lineRule="auto"/>
            </w:pPr>
            <w:r>
              <w:rPr>
                <w:rFonts w:ascii="DejaVu Sans" w:eastAsia="DejaVu Sans" w:hAnsi="DejaVu Sans" w:cs="DejaVu Sans"/>
                <w:b/>
                <w:color w:val="104454"/>
                <w:sz w:val="18"/>
              </w:rPr>
              <w:t>Výsledek:  ☐ osvobozen/a</w:t>
            </w:r>
          </w:p>
        </w:tc>
        <w:tc>
          <w:tcPr>
            <w:tcW w:w="3231" w:type="dxa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287146DE" w14:textId="77777777" w:rsidR="002E371D" w:rsidRDefault="001B5211">
            <w:pPr>
              <w:spacing w:after="0" w:line="245" w:lineRule="auto"/>
            </w:pPr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>☐</w:t>
            </w:r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 xml:space="preserve"> sníženo na ______ Kč/měsíc</w:t>
            </w:r>
          </w:p>
        </w:tc>
        <w:tc>
          <w:tcPr>
            <w:tcW w:w="3176" w:type="dxa"/>
            <w:shd w:val="clear" w:color="auto" w:fill="FFFFFF"/>
            <w:tcMar>
              <w:top w:w="54" w:type="dxa"/>
              <w:left w:w="105" w:type="dxa"/>
              <w:bottom w:w="54" w:type="dxa"/>
              <w:right w:w="105" w:type="dxa"/>
            </w:tcMar>
            <w:vAlign w:val="center"/>
          </w:tcPr>
          <w:p w14:paraId="1CB88765" w14:textId="77777777" w:rsidR="002E371D" w:rsidRDefault="001B5211">
            <w:pPr>
              <w:spacing w:after="0" w:line="245" w:lineRule="auto"/>
            </w:pPr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>☐</w:t>
            </w:r>
            <w:r>
              <w:rPr>
                <w:rFonts w:ascii="DejaVu Sans" w:eastAsia="DejaVu Sans" w:hAnsi="DejaVu Sans" w:cs="DejaVu Sans"/>
                <w:b/>
                <w:color w:val="104454"/>
                <w:sz w:val="19"/>
              </w:rPr>
              <w:t xml:space="preserve"> nevyhověno</w:t>
            </w:r>
          </w:p>
        </w:tc>
      </w:tr>
    </w:tbl>
    <w:p w14:paraId="4CA02072" w14:textId="77777777" w:rsidR="001B5211" w:rsidRDefault="001B5211">
      <w:pPr>
        <w:spacing w:before="40" w:after="0" w:line="259" w:lineRule="auto"/>
        <w:rPr>
          <w:rFonts w:eastAsia="Arial" w:cs="Arial"/>
          <w:sz w:val="19"/>
        </w:rPr>
      </w:pPr>
    </w:p>
    <w:p w14:paraId="6AE85A5F" w14:textId="1BA2B901" w:rsidR="001B5211" w:rsidRDefault="001B5211">
      <w:pPr>
        <w:spacing w:before="40" w:after="0" w:line="259" w:lineRule="auto"/>
        <w:rPr>
          <w:rFonts w:eastAsia="Arial" w:cs="Arial"/>
          <w:sz w:val="19"/>
        </w:rPr>
      </w:pPr>
      <w:proofErr w:type="spellStart"/>
      <w:r>
        <w:rPr>
          <w:rFonts w:eastAsia="Arial" w:cs="Arial"/>
          <w:sz w:val="19"/>
        </w:rPr>
        <w:t>Období</w:t>
      </w:r>
      <w:proofErr w:type="spellEnd"/>
      <w:r>
        <w:rPr>
          <w:rFonts w:eastAsia="Arial" w:cs="Arial"/>
          <w:sz w:val="19"/>
        </w:rPr>
        <w:t xml:space="preserve"> </w:t>
      </w:r>
      <w:proofErr w:type="spellStart"/>
      <w:r>
        <w:rPr>
          <w:rFonts w:eastAsia="Arial" w:cs="Arial"/>
          <w:sz w:val="19"/>
        </w:rPr>
        <w:t>rozhodnutí</w:t>
      </w:r>
      <w:proofErr w:type="spellEnd"/>
      <w:r>
        <w:rPr>
          <w:rFonts w:eastAsia="Arial" w:cs="Arial"/>
          <w:sz w:val="19"/>
        </w:rPr>
        <w:t xml:space="preserve">: od </w:t>
      </w:r>
      <w:r>
        <w:rPr>
          <w:rFonts w:eastAsia="Arial" w:cs="Arial"/>
          <w:sz w:val="19"/>
        </w:rPr>
        <w:t xml:space="preserve">______________ do ______________     </w:t>
      </w:r>
    </w:p>
    <w:p w14:paraId="1F79B85E" w14:textId="77777777" w:rsidR="001B5211" w:rsidRDefault="001B5211">
      <w:pPr>
        <w:spacing w:before="40" w:after="0" w:line="259" w:lineRule="auto"/>
        <w:rPr>
          <w:rFonts w:eastAsia="Arial" w:cs="Arial"/>
          <w:sz w:val="19"/>
        </w:rPr>
      </w:pPr>
    </w:p>
    <w:p w14:paraId="1A020375" w14:textId="6EDFEC50" w:rsidR="002E371D" w:rsidRDefault="001B5211">
      <w:pPr>
        <w:spacing w:before="40" w:after="0" w:line="259" w:lineRule="auto"/>
      </w:pPr>
      <w:r>
        <w:rPr>
          <w:rFonts w:eastAsia="Arial" w:cs="Arial"/>
          <w:sz w:val="19"/>
        </w:rPr>
        <w:t xml:space="preserve">Datum a </w:t>
      </w:r>
      <w:proofErr w:type="spellStart"/>
      <w:r>
        <w:rPr>
          <w:rFonts w:eastAsia="Arial" w:cs="Arial"/>
          <w:sz w:val="19"/>
        </w:rPr>
        <w:t>podpis</w:t>
      </w:r>
      <w:proofErr w:type="spellEnd"/>
      <w:r>
        <w:rPr>
          <w:rFonts w:eastAsia="Arial" w:cs="Arial"/>
          <w:sz w:val="19"/>
        </w:rPr>
        <w:t xml:space="preserve"> </w:t>
      </w:r>
      <w:proofErr w:type="spellStart"/>
      <w:r>
        <w:rPr>
          <w:rFonts w:eastAsia="Arial" w:cs="Arial"/>
          <w:sz w:val="19"/>
        </w:rPr>
        <w:t>ředitelky</w:t>
      </w:r>
      <w:proofErr w:type="spellEnd"/>
      <w:r>
        <w:rPr>
          <w:rFonts w:eastAsia="Arial" w:cs="Arial"/>
          <w:sz w:val="19"/>
        </w:rPr>
        <w:t>: ______________________________</w:t>
      </w:r>
    </w:p>
    <w:p w14:paraId="2A8122FD" w14:textId="77777777" w:rsidR="001B5211" w:rsidRDefault="001B5211">
      <w:pPr>
        <w:spacing w:before="40" w:after="0" w:line="259" w:lineRule="auto"/>
        <w:jc w:val="center"/>
        <w:rPr>
          <w:rFonts w:eastAsia="Arial" w:cs="Arial"/>
          <w:i/>
          <w:color w:val="5F6B73"/>
          <w:sz w:val="17"/>
        </w:rPr>
      </w:pPr>
    </w:p>
    <w:p w14:paraId="5A4B5454" w14:textId="3609A163" w:rsidR="002E371D" w:rsidRDefault="001B5211">
      <w:pPr>
        <w:spacing w:before="40" w:after="0" w:line="259" w:lineRule="auto"/>
        <w:jc w:val="center"/>
      </w:pPr>
      <w:proofErr w:type="spellStart"/>
      <w:r>
        <w:rPr>
          <w:rFonts w:eastAsia="Arial" w:cs="Arial"/>
          <w:i/>
          <w:color w:val="5F6B73"/>
          <w:sz w:val="17"/>
        </w:rPr>
        <w:t>Právní</w:t>
      </w:r>
      <w:proofErr w:type="spellEnd"/>
      <w:r>
        <w:rPr>
          <w:rFonts w:eastAsia="Arial" w:cs="Arial"/>
          <w:i/>
          <w:color w:val="5F6B73"/>
          <w:sz w:val="17"/>
        </w:rPr>
        <w:t xml:space="preserve"> </w:t>
      </w:r>
      <w:proofErr w:type="spellStart"/>
      <w:r>
        <w:rPr>
          <w:rFonts w:eastAsia="Arial" w:cs="Arial"/>
          <w:i/>
          <w:color w:val="5F6B73"/>
          <w:sz w:val="17"/>
        </w:rPr>
        <w:t>základ</w:t>
      </w:r>
      <w:proofErr w:type="spellEnd"/>
      <w:r>
        <w:rPr>
          <w:rFonts w:eastAsia="Arial" w:cs="Arial"/>
          <w:i/>
          <w:color w:val="5F6B73"/>
          <w:sz w:val="17"/>
        </w:rPr>
        <w:t xml:space="preserve">: § 11 </w:t>
      </w:r>
      <w:proofErr w:type="spellStart"/>
      <w:r>
        <w:rPr>
          <w:rFonts w:eastAsia="Arial" w:cs="Arial"/>
          <w:i/>
          <w:color w:val="5F6B73"/>
          <w:sz w:val="17"/>
        </w:rPr>
        <w:t>odst</w:t>
      </w:r>
      <w:proofErr w:type="spellEnd"/>
      <w:r>
        <w:rPr>
          <w:rFonts w:eastAsia="Arial" w:cs="Arial"/>
          <w:i/>
          <w:color w:val="5F6B73"/>
          <w:sz w:val="17"/>
        </w:rPr>
        <w:t>. 3 a 4 vyhlášky č. 74/2005 Sb., o zájmovém vzdělávání, ve znění pozdějších předpisů.</w:t>
      </w:r>
    </w:p>
    <w:sectPr w:rsidR="002E371D" w:rsidSect="00034616">
      <w:headerReference w:type="default" r:id="rId8"/>
      <w:footerReference w:type="default" r:id="rId9"/>
      <w:pgSz w:w="11906" w:h="16838"/>
      <w:pgMar w:top="822" w:right="1162" w:bottom="765" w:left="1162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69589" w14:textId="77777777" w:rsidR="001B5211" w:rsidRDefault="001B5211">
      <w:pPr>
        <w:spacing w:after="0" w:line="240" w:lineRule="auto"/>
      </w:pPr>
      <w:r>
        <w:separator/>
      </w:r>
    </w:p>
  </w:endnote>
  <w:endnote w:type="continuationSeparator" w:id="0">
    <w:p w14:paraId="3DAB5D03" w14:textId="77777777" w:rsidR="001B5211" w:rsidRDefault="001B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31D7B" w14:textId="77777777" w:rsidR="002E371D" w:rsidRDefault="002E371D">
    <w:pPr>
      <w:pStyle w:val="Zpat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40"/>
      <w:gridCol w:w="3120"/>
    </w:tblGrid>
    <w:tr w:rsidR="002E371D" w14:paraId="5D06362E" w14:textId="77777777">
      <w:tc>
        <w:tcPr>
          <w:tcW w:w="6240" w:type="dxa"/>
          <w:tcMar>
            <w:top w:w="30" w:type="dxa"/>
            <w:left w:w="0" w:type="dxa"/>
            <w:bottom w:w="0" w:type="dxa"/>
            <w:right w:w="0" w:type="dxa"/>
          </w:tcMar>
        </w:tcPr>
        <w:p w14:paraId="36BEB979" w14:textId="77777777" w:rsidR="002E371D" w:rsidRDefault="001B5211">
          <w:pPr>
            <w:spacing w:after="0" w:line="245" w:lineRule="auto"/>
          </w:pPr>
          <w:r>
            <w:rPr>
              <w:rFonts w:eastAsia="Arial" w:cs="Arial"/>
              <w:color w:val="5F6B73"/>
              <w:sz w:val="17"/>
            </w:rPr>
            <w:t>Žádost o osvobození nebo snížení úplaty ŠD | 2026/2027</w:t>
          </w:r>
        </w:p>
      </w:tc>
      <w:tc>
        <w:tcPr>
          <w:tcW w:w="3120" w:type="dxa"/>
          <w:tcMar>
            <w:top w:w="30" w:type="dxa"/>
            <w:left w:w="0" w:type="dxa"/>
            <w:bottom w:w="0" w:type="dxa"/>
            <w:right w:w="0" w:type="dxa"/>
          </w:tcMar>
        </w:tcPr>
        <w:p w14:paraId="4DDE1CDD" w14:textId="77777777" w:rsidR="002E371D" w:rsidRDefault="001B5211">
          <w:pPr>
            <w:spacing w:after="0" w:line="245" w:lineRule="auto"/>
            <w:jc w:val="right"/>
          </w:pPr>
          <w:r>
            <w:rPr>
              <w:rFonts w:eastAsia="Arial" w:cs="Arial"/>
              <w:color w:val="5F6B73"/>
              <w:sz w:val="17"/>
            </w:rPr>
            <w:t xml:space="preserve">Strana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PAGE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  <w:r>
            <w:rPr>
              <w:rFonts w:eastAsia="Arial" w:cs="Arial"/>
              <w:color w:val="5F6B73"/>
              <w:sz w:val="17"/>
            </w:rPr>
            <w:t xml:space="preserve"> z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NUMPAGES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474FA" w14:textId="77777777" w:rsidR="001B5211" w:rsidRDefault="001B5211">
      <w:pPr>
        <w:spacing w:after="0" w:line="240" w:lineRule="auto"/>
      </w:pPr>
      <w:r>
        <w:separator/>
      </w:r>
    </w:p>
  </w:footnote>
  <w:footnote w:type="continuationSeparator" w:id="0">
    <w:p w14:paraId="02652F43" w14:textId="77777777" w:rsidR="001B5211" w:rsidRDefault="001B5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4EE8" w14:textId="77777777" w:rsidR="002E371D" w:rsidRDefault="002E371D">
    <w:pPr>
      <w:pStyle w:val="Zhlav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40"/>
      <w:gridCol w:w="3120"/>
    </w:tblGrid>
    <w:tr w:rsidR="002E371D" w14:paraId="73F18297" w14:textId="77777777">
      <w:tc>
        <w:tcPr>
          <w:tcW w:w="6240" w:type="dxa"/>
          <w:tcMar>
            <w:top w:w="0" w:type="dxa"/>
            <w:left w:w="0" w:type="dxa"/>
            <w:bottom w:w="30" w:type="dxa"/>
            <w:right w:w="0" w:type="dxa"/>
          </w:tcMar>
        </w:tcPr>
        <w:p w14:paraId="0EE5FAB8" w14:textId="77777777" w:rsidR="002E371D" w:rsidRDefault="001B5211">
          <w:pPr>
            <w:pBdr>
              <w:bottom w:val="single" w:sz="7" w:space="3" w:color="AFC1C7"/>
            </w:pBdr>
            <w:spacing w:after="0" w:line="245" w:lineRule="auto"/>
          </w:pPr>
          <w:r>
            <w:rPr>
              <w:rFonts w:eastAsia="Arial" w:cs="Arial"/>
              <w:color w:val="5F6B73"/>
              <w:sz w:val="18"/>
            </w:rPr>
            <w:t xml:space="preserve">Základní škola a Mateřská </w:t>
          </w:r>
          <w:r>
            <w:rPr>
              <w:rFonts w:eastAsia="Arial" w:cs="Arial"/>
              <w:color w:val="5F6B73"/>
              <w:sz w:val="18"/>
            </w:rPr>
            <w:t>škola Rosovice</w:t>
          </w:r>
        </w:p>
      </w:tc>
      <w:tc>
        <w:tcPr>
          <w:tcW w:w="3120" w:type="dxa"/>
          <w:tcMar>
            <w:top w:w="0" w:type="dxa"/>
            <w:left w:w="0" w:type="dxa"/>
            <w:bottom w:w="30" w:type="dxa"/>
            <w:right w:w="0" w:type="dxa"/>
          </w:tcMar>
        </w:tcPr>
        <w:p w14:paraId="27D00F8E" w14:textId="77777777" w:rsidR="002E371D" w:rsidRDefault="001B5211">
          <w:pPr>
            <w:pBdr>
              <w:bottom w:val="single" w:sz="7" w:space="3" w:color="AFC1C7"/>
            </w:pBdr>
            <w:spacing w:after="0" w:line="245" w:lineRule="auto"/>
            <w:jc w:val="right"/>
          </w:pPr>
          <w:r>
            <w:rPr>
              <w:rFonts w:eastAsia="Arial" w:cs="Arial"/>
              <w:b/>
              <w:color w:val="5F6B73"/>
              <w:sz w:val="18"/>
            </w:rPr>
            <w:t>ŠKOLNÍ DRUŽINA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9048125">
    <w:abstractNumId w:val="8"/>
  </w:num>
  <w:num w:numId="2" w16cid:durableId="829560649">
    <w:abstractNumId w:val="6"/>
  </w:num>
  <w:num w:numId="3" w16cid:durableId="607741220">
    <w:abstractNumId w:val="5"/>
  </w:num>
  <w:num w:numId="4" w16cid:durableId="2113351096">
    <w:abstractNumId w:val="4"/>
  </w:num>
  <w:num w:numId="5" w16cid:durableId="1884170380">
    <w:abstractNumId w:val="7"/>
  </w:num>
  <w:num w:numId="6" w16cid:durableId="615330342">
    <w:abstractNumId w:val="3"/>
  </w:num>
  <w:num w:numId="7" w16cid:durableId="203098791">
    <w:abstractNumId w:val="2"/>
  </w:num>
  <w:num w:numId="8" w16cid:durableId="49885815">
    <w:abstractNumId w:val="1"/>
  </w:num>
  <w:num w:numId="9" w16cid:durableId="76199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5211"/>
    <w:rsid w:val="0029639D"/>
    <w:rsid w:val="002E371D"/>
    <w:rsid w:val="00326F90"/>
    <w:rsid w:val="00AA1D8D"/>
    <w:rsid w:val="00B47730"/>
    <w:rsid w:val="00C147B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4B6CC0"/>
  <w14:defaultImageDpi w14:val="300"/>
  <w15:docId w15:val="{3194BBDD-93BA-427B-85E7-A18BF9DE4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80" w:line="252" w:lineRule="auto"/>
    </w:pPr>
    <w:rPr>
      <w:rFonts w:ascii="Arial" w:hAnsi="Arial"/>
      <w:color w:val="263238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5566A"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04454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10445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osvobození nebo snížení úplaty za školní družinu</dc:title>
  <dc:subject>Formulář pro školní rok 2026/2027 – ZŠ a MŠ Rosovice</dc:subject>
  <dc:creator>Základní škola a Mateřská škola Rosovice</dc:creator>
  <cp:keywords/>
  <dc:description>generated by python-docx</dc:description>
  <cp:lastModifiedBy>Reditelka</cp:lastModifiedBy>
  <cp:revision>2</cp:revision>
  <dcterms:created xsi:type="dcterms:W3CDTF">2026-08-09T09:54:00Z</dcterms:created>
  <dcterms:modified xsi:type="dcterms:W3CDTF">2026-08-09T09:54:00Z</dcterms:modified>
  <cp:category/>
</cp:coreProperties>
</file>