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93CFA" w14:textId="77777777" w:rsidR="00AF5748" w:rsidRDefault="00B70E79">
      <w:pPr>
        <w:spacing w:after="20" w:line="254" w:lineRule="auto"/>
        <w:jc w:val="center"/>
      </w:pPr>
      <w:r>
        <w:rPr>
          <w:rFonts w:eastAsia="Arial" w:cs="Arial"/>
          <w:b/>
          <w:color w:val="15566A"/>
          <w:sz w:val="21"/>
        </w:rPr>
        <w:t>ZÁKLADNÍ ŠKOLA A MATEŘSKÁ ŠKOLA ROSOVICE</w:t>
      </w:r>
    </w:p>
    <w:p w14:paraId="2DA4EB0F" w14:textId="77777777" w:rsidR="00AF5748" w:rsidRDefault="00B70E79">
      <w:pPr>
        <w:spacing w:after="60" w:line="254" w:lineRule="auto"/>
        <w:jc w:val="center"/>
      </w:pPr>
      <w:r>
        <w:rPr>
          <w:rFonts w:eastAsia="Arial" w:cs="Arial"/>
          <w:color w:val="5F6B73"/>
          <w:sz w:val="19"/>
        </w:rPr>
        <w:t>okres Příbram, příspěvková organizace</w:t>
      </w:r>
    </w:p>
    <w:p w14:paraId="2ADA66AF" w14:textId="77777777" w:rsidR="00AF5748" w:rsidRDefault="00B70E79">
      <w:pPr>
        <w:spacing w:after="20" w:line="254" w:lineRule="auto"/>
        <w:jc w:val="center"/>
      </w:pPr>
      <w:r>
        <w:rPr>
          <w:rFonts w:eastAsia="Arial" w:cs="Arial"/>
          <w:b/>
          <w:color w:val="15566A"/>
          <w:sz w:val="35"/>
        </w:rPr>
        <w:t>ODHLÁŠENÍ ZE ZÁJMOVÉHO KROUŽKU</w:t>
      </w:r>
    </w:p>
    <w:p w14:paraId="17A1FEF3" w14:textId="77777777" w:rsidR="00AF5748" w:rsidRDefault="00B70E79">
      <w:pPr>
        <w:spacing w:after="100" w:line="254" w:lineRule="auto"/>
        <w:jc w:val="center"/>
      </w:pPr>
      <w:r>
        <w:rPr>
          <w:rFonts w:eastAsia="Arial" w:cs="Arial"/>
          <w:i/>
          <w:color w:val="5F6B73"/>
          <w:sz w:val="21"/>
        </w:rPr>
        <w:t>Oznámení zákonného zástupce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AF5748" w14:paraId="705BC565" w14:textId="77777777">
        <w:trPr>
          <w:cantSplit/>
        </w:trPr>
        <w:tc>
          <w:tcPr>
            <w:tcW w:w="9360" w:type="dxa"/>
            <w:shd w:val="clear" w:color="auto" w:fill="EAF3F5"/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</w:tcPr>
          <w:p w14:paraId="3CBE6CAC" w14:textId="77777777" w:rsidR="00AF5748" w:rsidRDefault="00B70E79">
            <w:pPr>
              <w:spacing w:after="0" w:line="250" w:lineRule="auto"/>
              <w:jc w:val="center"/>
            </w:pPr>
            <w:r>
              <w:rPr>
                <w:rFonts w:eastAsia="Arial" w:cs="Arial"/>
                <w:b/>
                <w:color w:val="104454"/>
                <w:sz w:val="23"/>
              </w:rPr>
              <w:t xml:space="preserve">Tímto odhlašuji níže uvedené dítě ze zájmového kroužku organizovaného školou, a to ke dni uvedenému v tomto </w:t>
            </w:r>
            <w:r>
              <w:rPr>
                <w:rFonts w:eastAsia="Arial" w:cs="Arial"/>
                <w:b/>
                <w:color w:val="104454"/>
                <w:sz w:val="23"/>
              </w:rPr>
              <w:t>formuláři.</w:t>
            </w:r>
          </w:p>
        </w:tc>
      </w:tr>
    </w:tbl>
    <w:p w14:paraId="0BB09567" w14:textId="77777777" w:rsidR="00AF5748" w:rsidRDefault="00B70E79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ÚDAJE O DÍTĚTI / ŽÁKOVI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3064"/>
        <w:gridCol w:w="6296"/>
      </w:tblGrid>
      <w:tr w:rsidR="00AF5748" w14:paraId="6097248C" w14:textId="77777777">
        <w:trPr>
          <w:cantSplit/>
          <w:trHeight w:val="351"/>
        </w:trPr>
        <w:tc>
          <w:tcPr>
            <w:tcW w:w="3064" w:type="dxa"/>
            <w:shd w:val="clear" w:color="auto" w:fill="EAF3F5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10603E81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3"/>
              </w:rPr>
              <w:t>Jméno a příjmení</w:t>
            </w:r>
          </w:p>
        </w:tc>
        <w:tc>
          <w:tcPr>
            <w:tcW w:w="6296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574A832C" w14:textId="77777777" w:rsidR="00AF5748" w:rsidRDefault="00AF5748">
            <w:pPr>
              <w:spacing w:after="0" w:line="250" w:lineRule="auto"/>
            </w:pPr>
          </w:p>
        </w:tc>
      </w:tr>
      <w:tr w:rsidR="00AF5748" w14:paraId="263A2ABF" w14:textId="77777777">
        <w:trPr>
          <w:cantSplit/>
          <w:trHeight w:val="351"/>
        </w:trPr>
        <w:tc>
          <w:tcPr>
            <w:tcW w:w="3064" w:type="dxa"/>
            <w:shd w:val="clear" w:color="auto" w:fill="EAF3F5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2161E87A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3"/>
              </w:rPr>
              <w:t>Datum narození</w:t>
            </w:r>
          </w:p>
        </w:tc>
        <w:tc>
          <w:tcPr>
            <w:tcW w:w="6296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44204D16" w14:textId="77777777" w:rsidR="00AF5748" w:rsidRDefault="00AF5748">
            <w:pPr>
              <w:spacing w:after="0" w:line="250" w:lineRule="auto"/>
            </w:pPr>
          </w:p>
        </w:tc>
      </w:tr>
      <w:tr w:rsidR="00AF5748" w14:paraId="6F5B0DFF" w14:textId="77777777">
        <w:trPr>
          <w:cantSplit/>
          <w:trHeight w:val="351"/>
        </w:trPr>
        <w:tc>
          <w:tcPr>
            <w:tcW w:w="3064" w:type="dxa"/>
            <w:shd w:val="clear" w:color="auto" w:fill="EAF3F5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2086AE7D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3"/>
              </w:rPr>
              <w:t>Třída / ročník</w:t>
            </w:r>
          </w:p>
        </w:tc>
        <w:tc>
          <w:tcPr>
            <w:tcW w:w="6296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69E0C7BA" w14:textId="77777777" w:rsidR="00AF5748" w:rsidRDefault="00AF5748">
            <w:pPr>
              <w:spacing w:after="0" w:line="250" w:lineRule="auto"/>
            </w:pPr>
          </w:p>
        </w:tc>
      </w:tr>
    </w:tbl>
    <w:p w14:paraId="1334F144" w14:textId="77777777" w:rsidR="00AF5748" w:rsidRDefault="00B70E79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ÚDAJE O ZÁJMOVÉM KROUŽKU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5961"/>
      </w:tblGrid>
      <w:tr w:rsidR="00AF5748" w14:paraId="6F01AA95" w14:textId="77777777">
        <w:trPr>
          <w:cantSplit/>
          <w:trHeight w:val="351"/>
        </w:trPr>
        <w:tc>
          <w:tcPr>
            <w:tcW w:w="3399" w:type="dxa"/>
            <w:shd w:val="clear" w:color="auto" w:fill="EAF3F5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71187A78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3"/>
              </w:rPr>
              <w:t>Název kroužku</w:t>
            </w:r>
          </w:p>
        </w:tc>
        <w:tc>
          <w:tcPr>
            <w:tcW w:w="5961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531F3358" w14:textId="77777777" w:rsidR="00AF5748" w:rsidRDefault="00AF5748">
            <w:pPr>
              <w:spacing w:after="0" w:line="250" w:lineRule="auto"/>
            </w:pPr>
          </w:p>
        </w:tc>
      </w:tr>
      <w:tr w:rsidR="00AF5748" w14:paraId="37854D23" w14:textId="77777777">
        <w:trPr>
          <w:cantSplit/>
          <w:trHeight w:val="351"/>
        </w:trPr>
        <w:tc>
          <w:tcPr>
            <w:tcW w:w="3399" w:type="dxa"/>
            <w:shd w:val="clear" w:color="auto" w:fill="EAF3F5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2DF9FA62" w14:textId="1931A2B3" w:rsidR="00AF5748" w:rsidRDefault="00B70E79">
            <w:pPr>
              <w:spacing w:after="0" w:line="250" w:lineRule="auto"/>
            </w:pPr>
            <w:proofErr w:type="spellStart"/>
            <w:r>
              <w:rPr>
                <w:rFonts w:eastAsia="Arial" w:cs="Arial"/>
                <w:b/>
                <w:color w:val="104454"/>
                <w:sz w:val="23"/>
              </w:rPr>
              <w:t>Vedoucí</w:t>
            </w:r>
            <w:proofErr w:type="spellEnd"/>
            <w:r>
              <w:rPr>
                <w:rFonts w:eastAsia="Arial" w:cs="Arial"/>
                <w:b/>
                <w:color w:val="104454"/>
                <w:sz w:val="23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color w:val="104454"/>
                <w:sz w:val="23"/>
              </w:rPr>
              <w:t>kroužku</w:t>
            </w:r>
            <w:proofErr w:type="spellEnd"/>
            <w:r>
              <w:rPr>
                <w:rFonts w:eastAsia="Arial" w:cs="Arial"/>
                <w:b/>
                <w:color w:val="104454"/>
                <w:sz w:val="23"/>
              </w:rPr>
              <w:t xml:space="preserve"> </w:t>
            </w:r>
          </w:p>
        </w:tc>
        <w:tc>
          <w:tcPr>
            <w:tcW w:w="5961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6A075CF0" w14:textId="77777777" w:rsidR="00AF5748" w:rsidRDefault="00AF5748">
            <w:pPr>
              <w:spacing w:after="0" w:line="250" w:lineRule="auto"/>
            </w:pPr>
          </w:p>
        </w:tc>
      </w:tr>
      <w:tr w:rsidR="00AF5748" w14:paraId="007C0F37" w14:textId="77777777">
        <w:trPr>
          <w:cantSplit/>
          <w:trHeight w:val="351"/>
        </w:trPr>
        <w:tc>
          <w:tcPr>
            <w:tcW w:w="3399" w:type="dxa"/>
            <w:shd w:val="clear" w:color="auto" w:fill="EAF3F5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6D1DD2BF" w14:textId="77777777" w:rsidR="00AF5748" w:rsidRDefault="00B70E79">
            <w:pPr>
              <w:spacing w:after="0" w:line="250" w:lineRule="auto"/>
            </w:pPr>
            <w:proofErr w:type="spellStart"/>
            <w:r>
              <w:rPr>
                <w:rFonts w:eastAsia="Arial" w:cs="Arial"/>
                <w:b/>
                <w:color w:val="104454"/>
                <w:sz w:val="23"/>
              </w:rPr>
              <w:t>Odhlášení</w:t>
            </w:r>
            <w:proofErr w:type="spellEnd"/>
            <w:r>
              <w:rPr>
                <w:rFonts w:eastAsia="Arial" w:cs="Arial"/>
                <w:b/>
                <w:color w:val="104454"/>
                <w:sz w:val="23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color w:val="104454"/>
                <w:sz w:val="23"/>
              </w:rPr>
              <w:t>účinné</w:t>
            </w:r>
            <w:proofErr w:type="spellEnd"/>
            <w:r>
              <w:rPr>
                <w:rFonts w:eastAsia="Arial" w:cs="Arial"/>
                <w:b/>
                <w:color w:val="104454"/>
                <w:sz w:val="23"/>
              </w:rPr>
              <w:t xml:space="preserve"> od</w:t>
            </w:r>
          </w:p>
        </w:tc>
        <w:tc>
          <w:tcPr>
            <w:tcW w:w="5961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2C2AC95F" w14:textId="77777777" w:rsidR="00AF5748" w:rsidRDefault="00AF5748">
            <w:pPr>
              <w:spacing w:after="0" w:line="250" w:lineRule="auto"/>
            </w:pPr>
          </w:p>
        </w:tc>
      </w:tr>
    </w:tbl>
    <w:p w14:paraId="32607252" w14:textId="77777777" w:rsidR="00AF5748" w:rsidRDefault="00B70E79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DŮVOD ODHLÁŠENÍ (NEPOVINNÝ ÚDAJ)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AF5748" w14:paraId="1BEA1D32" w14:textId="77777777">
        <w:trPr>
          <w:cantSplit/>
        </w:trPr>
        <w:tc>
          <w:tcPr>
            <w:tcW w:w="9360" w:type="dxa"/>
            <w:shd w:val="clear" w:color="auto" w:fill="F5F8F9"/>
            <w:tcMar>
              <w:top w:w="75" w:type="dxa"/>
              <w:left w:w="130" w:type="dxa"/>
              <w:bottom w:w="60" w:type="dxa"/>
              <w:right w:w="130" w:type="dxa"/>
            </w:tcMar>
            <w:vAlign w:val="center"/>
          </w:tcPr>
          <w:p w14:paraId="390E7641" w14:textId="77777777" w:rsidR="00AF5748" w:rsidRDefault="00B70E79">
            <w:pPr>
              <w:spacing w:after="60" w:line="250" w:lineRule="auto"/>
            </w:pPr>
            <w:r>
              <w:rPr>
                <w:rFonts w:ascii="DejaVu Sans" w:eastAsia="DejaVu Sans" w:hAnsi="DejaVu Sans" w:cs="DejaVu Sans"/>
                <w:color w:val="104454"/>
                <w:sz w:val="21"/>
              </w:rPr>
              <w:t>☐</w:t>
            </w:r>
            <w:r>
              <w:rPr>
                <w:rFonts w:ascii="DejaVu Sans" w:eastAsia="DejaVu Sans" w:hAnsi="DejaVu Sans" w:cs="DejaVu Sans"/>
                <w:color w:val="104454"/>
                <w:sz w:val="21"/>
              </w:rPr>
              <w:t xml:space="preserve">  </w:t>
            </w:r>
            <w:r>
              <w:rPr>
                <w:rFonts w:eastAsia="Arial" w:cs="Arial"/>
                <w:sz w:val="21"/>
              </w:rPr>
              <w:t xml:space="preserve">časové nebo </w:t>
            </w:r>
            <w:r>
              <w:rPr>
                <w:rFonts w:eastAsia="Arial" w:cs="Arial"/>
                <w:sz w:val="21"/>
              </w:rPr>
              <w:t>organizační důvody</w:t>
            </w:r>
          </w:p>
          <w:p w14:paraId="7ADB5F02" w14:textId="77777777" w:rsidR="00AF5748" w:rsidRDefault="00B70E79">
            <w:pPr>
              <w:spacing w:after="60"/>
            </w:pPr>
            <w:r>
              <w:rPr>
                <w:rFonts w:ascii="DejaVu Sans" w:eastAsia="DejaVu Sans" w:hAnsi="DejaVu Sans" w:cs="DejaVu Sans"/>
                <w:color w:val="104454"/>
                <w:sz w:val="21"/>
              </w:rPr>
              <w:t>☐</w:t>
            </w:r>
            <w:r>
              <w:rPr>
                <w:rFonts w:ascii="DejaVu Sans" w:eastAsia="DejaVu Sans" w:hAnsi="DejaVu Sans" w:cs="DejaVu Sans"/>
                <w:color w:val="104454"/>
                <w:sz w:val="21"/>
              </w:rPr>
              <w:t xml:space="preserve">  </w:t>
            </w:r>
            <w:r>
              <w:rPr>
                <w:rFonts w:eastAsia="Arial" w:cs="Arial"/>
                <w:sz w:val="21"/>
              </w:rPr>
              <w:t>zdravotní důvody</w:t>
            </w:r>
          </w:p>
          <w:p w14:paraId="4CD8CB82" w14:textId="77777777" w:rsidR="00AF5748" w:rsidRDefault="00B70E79">
            <w:pPr>
              <w:spacing w:after="60"/>
            </w:pPr>
            <w:r>
              <w:rPr>
                <w:rFonts w:ascii="DejaVu Sans" w:eastAsia="DejaVu Sans" w:hAnsi="DejaVu Sans" w:cs="DejaVu Sans"/>
                <w:color w:val="104454"/>
                <w:sz w:val="21"/>
              </w:rPr>
              <w:t>☐</w:t>
            </w:r>
            <w:r>
              <w:rPr>
                <w:rFonts w:ascii="DejaVu Sans" w:eastAsia="DejaVu Sans" w:hAnsi="DejaVu Sans" w:cs="DejaVu Sans"/>
                <w:color w:val="104454"/>
                <w:sz w:val="21"/>
              </w:rPr>
              <w:t xml:space="preserve">  </w:t>
            </w:r>
            <w:r>
              <w:rPr>
                <w:rFonts w:eastAsia="Arial" w:cs="Arial"/>
                <w:sz w:val="21"/>
              </w:rPr>
              <w:t>změna zájmu dítěte</w:t>
            </w:r>
          </w:p>
          <w:p w14:paraId="340416C4" w14:textId="77777777" w:rsidR="00AF5748" w:rsidRDefault="00B70E79">
            <w:pPr>
              <w:spacing w:after="60"/>
            </w:pPr>
            <w:r>
              <w:rPr>
                <w:rFonts w:ascii="DejaVu Sans" w:eastAsia="DejaVu Sans" w:hAnsi="DejaVu Sans" w:cs="DejaVu Sans"/>
                <w:color w:val="104454"/>
                <w:sz w:val="21"/>
              </w:rPr>
              <w:t>☐</w:t>
            </w:r>
            <w:r>
              <w:rPr>
                <w:rFonts w:ascii="DejaVu Sans" w:eastAsia="DejaVu Sans" w:hAnsi="DejaVu Sans" w:cs="DejaVu Sans"/>
                <w:color w:val="104454"/>
                <w:sz w:val="21"/>
              </w:rPr>
              <w:t xml:space="preserve">  </w:t>
            </w:r>
            <w:r>
              <w:rPr>
                <w:rFonts w:eastAsia="Arial" w:cs="Arial"/>
                <w:sz w:val="21"/>
              </w:rPr>
              <w:t>jiný důvod: ________________________________________________________________</w:t>
            </w:r>
          </w:p>
        </w:tc>
      </w:tr>
    </w:tbl>
    <w:p w14:paraId="7F6EBF48" w14:textId="77777777" w:rsidR="00AF5748" w:rsidRDefault="00B70E79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PROHLÁŠENÍ A PODPIS</w:t>
      </w:r>
    </w:p>
    <w:p w14:paraId="56AD2F3B" w14:textId="77777777" w:rsidR="00AF5748" w:rsidRDefault="00B70E79">
      <w:pPr>
        <w:spacing w:line="254" w:lineRule="auto"/>
      </w:pPr>
      <w:r>
        <w:rPr>
          <w:rFonts w:eastAsia="Arial" w:cs="Arial"/>
          <w:sz w:val="22"/>
        </w:rPr>
        <w:t>Beru na vědomí, že případná úplata a její vypořádání se řídí podmínkami daného kroužku. Odhlášení samo o sobě nezakládá automatický nárok na vrácení již uhrazené úplaty; případný přeplatek posoudí škola podle příslušných pravidel.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AF5748" w14:paraId="302B6309" w14:textId="77777777">
        <w:trPr>
          <w:cantSplit/>
        </w:trPr>
        <w:tc>
          <w:tcPr>
            <w:tcW w:w="4680" w:type="dxa"/>
            <w:shd w:val="clear" w:color="auto" w:fill="FFFFFF"/>
            <w:tcMar>
              <w:top w:w="70" w:type="dxa"/>
              <w:left w:w="130" w:type="dxa"/>
              <w:bottom w:w="55" w:type="dxa"/>
              <w:right w:w="130" w:type="dxa"/>
            </w:tcMar>
            <w:vAlign w:val="center"/>
          </w:tcPr>
          <w:p w14:paraId="43B3F3EA" w14:textId="77777777" w:rsidR="00B70E79" w:rsidRDefault="00B70E79" w:rsidP="00B70E79">
            <w:pPr>
              <w:spacing w:after="0" w:line="250" w:lineRule="auto"/>
              <w:rPr>
                <w:rFonts w:eastAsia="Arial" w:cs="Arial"/>
                <w:sz w:val="22"/>
              </w:rPr>
            </w:pPr>
          </w:p>
          <w:p w14:paraId="22B5523C" w14:textId="7AC71D17" w:rsidR="00B70E79" w:rsidRDefault="00B70E79" w:rsidP="00B70E79">
            <w:pPr>
              <w:spacing w:after="0" w:line="250" w:lineRule="auto"/>
              <w:rPr>
                <w:rFonts w:eastAsia="Arial" w:cs="Arial"/>
                <w:sz w:val="22"/>
              </w:rPr>
            </w:pPr>
            <w:r>
              <w:rPr>
                <w:rFonts w:eastAsia="Arial" w:cs="Arial"/>
                <w:sz w:val="22"/>
              </w:rPr>
              <w:t xml:space="preserve">V __________________ </w:t>
            </w:r>
          </w:p>
          <w:p w14:paraId="76DB15F3" w14:textId="77777777" w:rsidR="00B70E79" w:rsidRDefault="00B70E79" w:rsidP="00B70E79">
            <w:pPr>
              <w:spacing w:after="0" w:line="250" w:lineRule="auto"/>
              <w:rPr>
                <w:rFonts w:eastAsia="Arial" w:cs="Arial"/>
                <w:sz w:val="22"/>
              </w:rPr>
            </w:pPr>
          </w:p>
          <w:p w14:paraId="4CF9D0DC" w14:textId="21207FFF" w:rsidR="00AF5748" w:rsidRDefault="00B70E79" w:rsidP="00B70E79">
            <w:pPr>
              <w:spacing w:after="0" w:line="250" w:lineRule="auto"/>
            </w:pPr>
            <w:proofErr w:type="spellStart"/>
            <w:r>
              <w:rPr>
                <w:rFonts w:eastAsia="Arial" w:cs="Arial"/>
                <w:sz w:val="22"/>
              </w:rPr>
              <w:t>dne</w:t>
            </w:r>
            <w:proofErr w:type="spellEnd"/>
            <w:r>
              <w:rPr>
                <w:rFonts w:eastAsia="Arial" w:cs="Arial"/>
                <w:sz w:val="22"/>
              </w:rPr>
              <w:t xml:space="preserve"> ______________</w:t>
            </w:r>
          </w:p>
        </w:tc>
        <w:tc>
          <w:tcPr>
            <w:tcW w:w="4680" w:type="dxa"/>
            <w:shd w:val="clear" w:color="auto" w:fill="FFFFFF"/>
            <w:tcMar>
              <w:top w:w="70" w:type="dxa"/>
              <w:left w:w="130" w:type="dxa"/>
              <w:bottom w:w="55" w:type="dxa"/>
              <w:right w:w="130" w:type="dxa"/>
            </w:tcMar>
            <w:vAlign w:val="center"/>
          </w:tcPr>
          <w:p w14:paraId="0E9810BF" w14:textId="77777777" w:rsidR="00B70E79" w:rsidRDefault="00B70E79">
            <w:pPr>
              <w:spacing w:after="0" w:line="250" w:lineRule="auto"/>
              <w:jc w:val="center"/>
              <w:rPr>
                <w:rFonts w:eastAsia="Arial" w:cs="Arial"/>
                <w:sz w:val="22"/>
              </w:rPr>
            </w:pPr>
          </w:p>
          <w:p w14:paraId="26CE6D60" w14:textId="4DE613F2" w:rsidR="00AF5748" w:rsidRDefault="00B70E79">
            <w:pPr>
              <w:spacing w:after="0" w:line="250" w:lineRule="auto"/>
              <w:jc w:val="center"/>
            </w:pPr>
            <w:r>
              <w:rPr>
                <w:rFonts w:eastAsia="Arial" w:cs="Arial"/>
                <w:sz w:val="22"/>
              </w:rPr>
              <w:t>__________________________________</w:t>
            </w:r>
          </w:p>
          <w:p w14:paraId="5846D377" w14:textId="77777777" w:rsidR="00AF5748" w:rsidRDefault="00B70E79">
            <w:pPr>
              <w:spacing w:before="20" w:after="0"/>
              <w:jc w:val="center"/>
            </w:pPr>
            <w:r>
              <w:rPr>
                <w:rFonts w:eastAsia="Arial" w:cs="Arial"/>
                <w:i/>
                <w:color w:val="5F6B73"/>
                <w:sz w:val="20"/>
              </w:rPr>
              <w:t>podpis zákonného zástupce</w:t>
            </w:r>
          </w:p>
        </w:tc>
      </w:tr>
    </w:tbl>
    <w:p w14:paraId="0B830BD7" w14:textId="77777777" w:rsidR="00AF5748" w:rsidRDefault="00B70E79">
      <w:pPr>
        <w:keepNext/>
        <w:shd w:val="clear" w:color="auto" w:fill="15566A"/>
        <w:spacing w:before="40" w:after="40" w:line="254" w:lineRule="auto"/>
        <w:ind w:left="100" w:right="100"/>
      </w:pPr>
      <w:r>
        <w:rPr>
          <w:rFonts w:eastAsia="Arial" w:cs="Arial"/>
          <w:b/>
          <w:color w:val="FFFFFF"/>
        </w:rPr>
        <w:t>ZÁZNAM ŠKOLY</w:t>
      </w:r>
    </w:p>
    <w:tbl>
      <w:tblPr>
        <w:tblW w:w="9360" w:type="dxa"/>
        <w:tblInd w:w="130" w:type="dxa"/>
        <w:tblBorders>
          <w:top w:val="single" w:sz="5" w:space="0" w:color="AFC1C7"/>
          <w:left w:val="single" w:sz="5" w:space="0" w:color="AFC1C7"/>
          <w:bottom w:val="single" w:sz="5" w:space="0" w:color="AFC1C7"/>
          <w:right w:val="single" w:sz="5" w:space="0" w:color="AFC1C7"/>
          <w:insideH w:val="single" w:sz="5" w:space="0" w:color="AFC1C7"/>
          <w:insideV w:val="single" w:sz="5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3399"/>
        <w:gridCol w:w="5961"/>
      </w:tblGrid>
      <w:tr w:rsidR="00AF5748" w14:paraId="59485C3A" w14:textId="77777777">
        <w:trPr>
          <w:cantSplit/>
        </w:trPr>
        <w:tc>
          <w:tcPr>
            <w:tcW w:w="3399" w:type="dxa"/>
            <w:shd w:val="clear" w:color="auto" w:fill="EAF3F5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3D69FA18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Oznámení přijato dne</w:t>
            </w:r>
          </w:p>
        </w:tc>
        <w:tc>
          <w:tcPr>
            <w:tcW w:w="5961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25AC2D08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sz w:val="21"/>
              </w:rPr>
              <w:t>____________________________________________</w:t>
            </w:r>
          </w:p>
        </w:tc>
      </w:tr>
      <w:tr w:rsidR="00AF5748" w14:paraId="51A5A694" w14:textId="77777777">
        <w:trPr>
          <w:cantSplit/>
        </w:trPr>
        <w:tc>
          <w:tcPr>
            <w:tcW w:w="3399" w:type="dxa"/>
            <w:shd w:val="clear" w:color="auto" w:fill="EAF3F5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4807127C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Účast ukončena ke dni</w:t>
            </w:r>
          </w:p>
        </w:tc>
        <w:tc>
          <w:tcPr>
            <w:tcW w:w="5961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525CEAB9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sz w:val="21"/>
              </w:rPr>
              <w:t>____________________________________________</w:t>
            </w:r>
          </w:p>
        </w:tc>
      </w:tr>
      <w:tr w:rsidR="00AF5748" w14:paraId="377FD448" w14:textId="77777777">
        <w:trPr>
          <w:cantSplit/>
        </w:trPr>
        <w:tc>
          <w:tcPr>
            <w:tcW w:w="3399" w:type="dxa"/>
            <w:shd w:val="clear" w:color="auto" w:fill="EAF3F5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5AF460C5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Vedoucí kroužku informován/a</w:t>
            </w:r>
          </w:p>
        </w:tc>
        <w:tc>
          <w:tcPr>
            <w:tcW w:w="5961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6C3139B5" w14:textId="77777777" w:rsidR="00AF5748" w:rsidRDefault="00B70E79">
            <w:pPr>
              <w:spacing w:after="0" w:line="250" w:lineRule="auto"/>
            </w:pPr>
            <w:r>
              <w:rPr>
                <w:rFonts w:ascii="DejaVu Sans" w:eastAsia="DejaVu Sans" w:hAnsi="DejaVu Sans" w:cs="DejaVu Sans"/>
                <w:sz w:val="21"/>
              </w:rPr>
              <w:t>☐</w:t>
            </w:r>
            <w:r>
              <w:rPr>
                <w:rFonts w:ascii="DejaVu Sans" w:eastAsia="DejaVu Sans" w:hAnsi="DejaVu Sans" w:cs="DejaVu Sans"/>
                <w:sz w:val="21"/>
              </w:rPr>
              <w:t xml:space="preserve"> ano   dne ______________   ☐ není třeba</w:t>
            </w:r>
          </w:p>
        </w:tc>
      </w:tr>
      <w:tr w:rsidR="00AF5748" w14:paraId="0AD8CE58" w14:textId="77777777">
        <w:trPr>
          <w:cantSplit/>
        </w:trPr>
        <w:tc>
          <w:tcPr>
            <w:tcW w:w="3399" w:type="dxa"/>
            <w:shd w:val="clear" w:color="auto" w:fill="EAF3F5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3DFFADFD" w14:textId="77777777" w:rsidR="00AF5748" w:rsidRDefault="00B70E79">
            <w:pPr>
              <w:spacing w:after="0" w:line="250" w:lineRule="auto"/>
            </w:pPr>
            <w:r>
              <w:rPr>
                <w:rFonts w:eastAsia="Arial" w:cs="Arial"/>
                <w:b/>
                <w:color w:val="104454"/>
                <w:sz w:val="21"/>
              </w:rPr>
              <w:t>Platba / přeplatek</w:t>
            </w:r>
          </w:p>
        </w:tc>
        <w:tc>
          <w:tcPr>
            <w:tcW w:w="5961" w:type="dxa"/>
            <w:shd w:val="clear" w:color="auto" w:fill="FFFFFF"/>
            <w:tcMar>
              <w:top w:w="60" w:type="dxa"/>
              <w:left w:w="130" w:type="dxa"/>
              <w:bottom w:w="60" w:type="dxa"/>
              <w:right w:w="130" w:type="dxa"/>
            </w:tcMar>
            <w:vAlign w:val="center"/>
          </w:tcPr>
          <w:p w14:paraId="14C2A8F7" w14:textId="77777777" w:rsidR="00AF5748" w:rsidRDefault="00B70E79">
            <w:pPr>
              <w:spacing w:after="0" w:line="250" w:lineRule="auto"/>
            </w:pPr>
            <w:r>
              <w:rPr>
                <w:rFonts w:ascii="DejaVu Sans" w:eastAsia="DejaVu Sans" w:hAnsi="DejaVu Sans" w:cs="DejaVu Sans"/>
                <w:sz w:val="21"/>
              </w:rPr>
              <w:t>☐</w:t>
            </w:r>
            <w:r>
              <w:rPr>
                <w:rFonts w:ascii="DejaVu Sans" w:eastAsia="DejaVu Sans" w:hAnsi="DejaVu Sans" w:cs="DejaVu Sans"/>
                <w:sz w:val="21"/>
              </w:rPr>
              <w:t xml:space="preserve"> vypořádáno   ☐ bude </w:t>
            </w:r>
            <w:r>
              <w:rPr>
                <w:rFonts w:ascii="DejaVu Sans" w:eastAsia="DejaVu Sans" w:hAnsi="DejaVu Sans" w:cs="DejaVu Sans"/>
                <w:sz w:val="21"/>
              </w:rPr>
              <w:t>dořešeno   ☐ bez platby</w:t>
            </w:r>
          </w:p>
        </w:tc>
      </w:tr>
    </w:tbl>
    <w:p w14:paraId="3A70CBCD" w14:textId="77777777" w:rsidR="00AF5748" w:rsidRDefault="00B70E79">
      <w:pPr>
        <w:spacing w:before="60" w:after="0" w:line="254" w:lineRule="auto"/>
        <w:jc w:val="center"/>
      </w:pPr>
      <w:r>
        <w:rPr>
          <w:rFonts w:eastAsia="Arial" w:cs="Arial"/>
          <w:i/>
          <w:color w:val="5F6B73"/>
          <w:sz w:val="18"/>
        </w:rPr>
        <w:t>Důvod odhlášení je nepovinný a slouží pouze pro vyhodnocení nabídky zájmových aktivit školy.</w:t>
      </w:r>
    </w:p>
    <w:sectPr w:rsidR="00AF5748" w:rsidSect="00034616">
      <w:headerReference w:type="default" r:id="rId8"/>
      <w:footerReference w:type="default" r:id="rId9"/>
      <w:pgSz w:w="11906" w:h="16838"/>
      <w:pgMar w:top="726" w:right="1162" w:bottom="669" w:left="1162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7AA38" w14:textId="77777777" w:rsidR="00B70E79" w:rsidRDefault="00B70E79">
      <w:pPr>
        <w:spacing w:after="0" w:line="240" w:lineRule="auto"/>
      </w:pPr>
      <w:r>
        <w:separator/>
      </w:r>
    </w:p>
  </w:endnote>
  <w:endnote w:type="continuationSeparator" w:id="0">
    <w:p w14:paraId="62F181A9" w14:textId="77777777" w:rsidR="00B70E79" w:rsidRDefault="00B7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7B873" w14:textId="77777777" w:rsidR="00AF5748" w:rsidRDefault="00AF5748">
    <w:pPr>
      <w:pStyle w:val="Zpat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6686"/>
      <w:gridCol w:w="2674"/>
    </w:tblGrid>
    <w:tr w:rsidR="00AF5748" w14:paraId="73FCC88E" w14:textId="77777777">
      <w:tc>
        <w:tcPr>
          <w:tcW w:w="6686" w:type="dxa"/>
          <w:tcMar>
            <w:top w:w="30" w:type="dxa"/>
            <w:left w:w="0" w:type="dxa"/>
            <w:bottom w:w="0" w:type="dxa"/>
            <w:right w:w="0" w:type="dxa"/>
          </w:tcMar>
        </w:tcPr>
        <w:p w14:paraId="33EBF569" w14:textId="77777777" w:rsidR="00AF5748" w:rsidRDefault="00B70E79">
          <w:r>
            <w:rPr>
              <w:rFonts w:eastAsia="Arial" w:cs="Arial"/>
              <w:color w:val="5F6B73"/>
              <w:sz w:val="18"/>
            </w:rPr>
            <w:t>Odhlášení ze zájmového kroužku | ZŠ a MŠ Rosovice</w:t>
          </w:r>
        </w:p>
      </w:tc>
      <w:tc>
        <w:tcPr>
          <w:tcW w:w="2674" w:type="dxa"/>
          <w:tcMar>
            <w:top w:w="30" w:type="dxa"/>
            <w:left w:w="0" w:type="dxa"/>
            <w:bottom w:w="0" w:type="dxa"/>
            <w:right w:w="0" w:type="dxa"/>
          </w:tcMar>
        </w:tcPr>
        <w:p w14:paraId="7E328A9E" w14:textId="77777777" w:rsidR="00AF5748" w:rsidRDefault="00B70E79">
          <w:pPr>
            <w:jc w:val="right"/>
          </w:pPr>
          <w:r>
            <w:rPr>
              <w:rFonts w:eastAsia="Arial" w:cs="Arial"/>
              <w:color w:val="5F6B73"/>
              <w:sz w:val="18"/>
            </w:rPr>
            <w:t xml:space="preserve">Strana </w:t>
          </w:r>
          <w:r>
            <w:rPr>
              <w:rFonts w:eastAsia="Arial" w:cs="Arial"/>
              <w:color w:val="5F6B73"/>
              <w:sz w:val="18"/>
            </w:rPr>
            <w:fldChar w:fldCharType="begin"/>
          </w:r>
          <w:r>
            <w:rPr>
              <w:rFonts w:eastAsia="Arial" w:cs="Arial"/>
              <w:color w:val="5F6B73"/>
              <w:sz w:val="18"/>
            </w:rPr>
            <w:instrText>PAGE</w:instrText>
          </w:r>
          <w:r>
            <w:rPr>
              <w:rFonts w:eastAsia="Arial" w:cs="Arial"/>
              <w:color w:val="5F6B73"/>
              <w:sz w:val="18"/>
            </w:rPr>
            <w:fldChar w:fldCharType="separate"/>
          </w:r>
          <w:r>
            <w:rPr>
              <w:rFonts w:eastAsia="Arial" w:cs="Arial"/>
              <w:color w:val="5F6B73"/>
              <w:sz w:val="18"/>
            </w:rPr>
            <w:t>1</w:t>
          </w:r>
          <w:r>
            <w:rPr>
              <w:rFonts w:eastAsia="Arial" w:cs="Arial"/>
              <w:color w:val="5F6B73"/>
              <w:sz w:val="18"/>
            </w:rPr>
            <w:fldChar w:fldCharType="end"/>
          </w:r>
          <w:r>
            <w:rPr>
              <w:rFonts w:eastAsia="Arial" w:cs="Arial"/>
              <w:color w:val="5F6B73"/>
              <w:sz w:val="18"/>
            </w:rPr>
            <w:t xml:space="preserve"> z </w:t>
          </w:r>
          <w:r>
            <w:rPr>
              <w:rFonts w:eastAsia="Arial" w:cs="Arial"/>
              <w:color w:val="5F6B73"/>
              <w:sz w:val="18"/>
            </w:rPr>
            <w:fldChar w:fldCharType="begin"/>
          </w:r>
          <w:r>
            <w:rPr>
              <w:rFonts w:eastAsia="Arial" w:cs="Arial"/>
              <w:color w:val="5F6B73"/>
              <w:sz w:val="18"/>
            </w:rPr>
            <w:instrText>NUMPAGES</w:instrText>
          </w:r>
          <w:r>
            <w:rPr>
              <w:rFonts w:eastAsia="Arial" w:cs="Arial"/>
              <w:color w:val="5F6B73"/>
              <w:sz w:val="18"/>
            </w:rPr>
            <w:fldChar w:fldCharType="separate"/>
          </w:r>
          <w:r>
            <w:rPr>
              <w:rFonts w:eastAsia="Arial" w:cs="Arial"/>
              <w:color w:val="5F6B73"/>
              <w:sz w:val="18"/>
            </w:rPr>
            <w:t>1</w:t>
          </w:r>
          <w:r>
            <w:rPr>
              <w:rFonts w:eastAsia="Arial" w:cs="Arial"/>
              <w:color w:val="5F6B73"/>
              <w:sz w:val="18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0A899" w14:textId="77777777" w:rsidR="00B70E79" w:rsidRDefault="00B70E79">
      <w:pPr>
        <w:spacing w:after="0" w:line="240" w:lineRule="auto"/>
      </w:pPr>
      <w:r>
        <w:separator/>
      </w:r>
    </w:p>
  </w:footnote>
  <w:footnote w:type="continuationSeparator" w:id="0">
    <w:p w14:paraId="2026B02D" w14:textId="77777777" w:rsidR="00B70E79" w:rsidRDefault="00B70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128FD" w14:textId="77777777" w:rsidR="00AF5748" w:rsidRDefault="00AF5748">
    <w:pPr>
      <w:pStyle w:val="Zhlav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6296"/>
      <w:gridCol w:w="3064"/>
    </w:tblGrid>
    <w:tr w:rsidR="00AF5748" w14:paraId="492A202D" w14:textId="77777777">
      <w:tc>
        <w:tcPr>
          <w:tcW w:w="6296" w:type="dxa"/>
          <w:tcMar>
            <w:top w:w="0" w:type="dxa"/>
            <w:left w:w="0" w:type="dxa"/>
            <w:bottom w:w="30" w:type="dxa"/>
            <w:right w:w="0" w:type="dxa"/>
          </w:tcMar>
        </w:tcPr>
        <w:p w14:paraId="048E59C4" w14:textId="77777777" w:rsidR="00AF5748" w:rsidRDefault="00B70E79">
          <w:pPr>
            <w:pBdr>
              <w:bottom w:val="single" w:sz="7" w:space="3" w:color="AFC1C7"/>
            </w:pBdr>
          </w:pPr>
          <w:r>
            <w:rPr>
              <w:rFonts w:eastAsia="Arial" w:cs="Arial"/>
              <w:color w:val="5F6B73"/>
              <w:sz w:val="18"/>
            </w:rPr>
            <w:t>Základní škola a Mateřská škola Rosovice</w:t>
          </w:r>
        </w:p>
      </w:tc>
      <w:tc>
        <w:tcPr>
          <w:tcW w:w="3064" w:type="dxa"/>
          <w:tcMar>
            <w:top w:w="0" w:type="dxa"/>
            <w:left w:w="0" w:type="dxa"/>
            <w:bottom w:w="30" w:type="dxa"/>
            <w:right w:w="0" w:type="dxa"/>
          </w:tcMar>
        </w:tcPr>
        <w:p w14:paraId="64165E3C" w14:textId="77777777" w:rsidR="00AF5748" w:rsidRDefault="00B70E79">
          <w:pPr>
            <w:pBdr>
              <w:bottom w:val="single" w:sz="7" w:space="3" w:color="AFC1C7"/>
            </w:pBdr>
            <w:spacing w:after="0"/>
            <w:jc w:val="right"/>
          </w:pPr>
          <w:r>
            <w:rPr>
              <w:rFonts w:eastAsia="Arial" w:cs="Arial"/>
              <w:b/>
              <w:color w:val="5F6B73"/>
              <w:sz w:val="18"/>
            </w:rPr>
            <w:t>ZÁJMOVÉ KROUŽKY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49706901">
    <w:abstractNumId w:val="8"/>
  </w:num>
  <w:num w:numId="2" w16cid:durableId="289824269">
    <w:abstractNumId w:val="6"/>
  </w:num>
  <w:num w:numId="3" w16cid:durableId="1612007889">
    <w:abstractNumId w:val="5"/>
  </w:num>
  <w:num w:numId="4" w16cid:durableId="493955995">
    <w:abstractNumId w:val="4"/>
  </w:num>
  <w:num w:numId="5" w16cid:durableId="1031998737">
    <w:abstractNumId w:val="7"/>
  </w:num>
  <w:num w:numId="6" w16cid:durableId="1313290660">
    <w:abstractNumId w:val="3"/>
  </w:num>
  <w:num w:numId="7" w16cid:durableId="936594963">
    <w:abstractNumId w:val="2"/>
  </w:num>
  <w:num w:numId="8" w16cid:durableId="1363677318">
    <w:abstractNumId w:val="1"/>
  </w:num>
  <w:num w:numId="9" w16cid:durableId="1456754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AF5748"/>
    <w:rsid w:val="00B47730"/>
    <w:rsid w:val="00B70E79"/>
    <w:rsid w:val="00C22D2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0466D5"/>
  <w14:defaultImageDpi w14:val="300"/>
  <w15:docId w15:val="{82103FE0-66C7-4A7E-8015-3DD10C28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80" w:line="247" w:lineRule="auto"/>
    </w:pPr>
    <w:rPr>
      <w:rFonts w:ascii="Arial" w:hAnsi="Arial"/>
      <w:color w:val="263238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Reditelka</cp:lastModifiedBy>
  <cp:revision>2</cp:revision>
  <dcterms:created xsi:type="dcterms:W3CDTF">2026-08-09T19:08:00Z</dcterms:created>
  <dcterms:modified xsi:type="dcterms:W3CDTF">2026-08-09T19:08:00Z</dcterms:modified>
  <cp:category/>
</cp:coreProperties>
</file>