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7674" w14:textId="580A2F9F" w:rsidR="00974008" w:rsidRDefault="00B3151F">
      <w:pPr>
        <w:jc w:val="center"/>
        <w:rPr>
          <w:rFonts w:hint="eastAsia"/>
        </w:rPr>
      </w:pPr>
      <w:r>
        <w:rPr>
          <w:b/>
        </w:rPr>
        <w:t>ZÁKLADNÍ ŠKOLA A MATEŘSKÁ ŠKOLA ROSOVICE</w:t>
      </w:r>
      <w:r w:rsidR="00174DCA">
        <w:rPr>
          <w:b/>
        </w:rPr>
        <w:t>, OKRES PŘÍBRAM</w:t>
      </w:r>
    </w:p>
    <w:p w14:paraId="5EAC2165" w14:textId="54062A22" w:rsidR="00974008" w:rsidRDefault="00B3151F">
      <w:pPr>
        <w:spacing w:after="440"/>
        <w:jc w:val="center"/>
        <w:rPr>
          <w:rFonts w:hint="eastAsia"/>
        </w:rPr>
      </w:pPr>
      <w:r>
        <w:rPr>
          <w:color w:val="555555"/>
          <w:sz w:val="19"/>
        </w:rPr>
        <w:t xml:space="preserve">adresa: </w:t>
      </w:r>
      <w:proofErr w:type="spellStart"/>
      <w:r w:rsidR="00174DCA">
        <w:rPr>
          <w:color w:val="555555"/>
          <w:sz w:val="19"/>
        </w:rPr>
        <w:t>Rosovice</w:t>
      </w:r>
      <w:proofErr w:type="spellEnd"/>
      <w:r w:rsidR="00174DCA">
        <w:rPr>
          <w:color w:val="555555"/>
          <w:sz w:val="19"/>
        </w:rPr>
        <w:t xml:space="preserve"> 89, 262 11 </w:t>
      </w:r>
      <w:proofErr w:type="spellStart"/>
      <w:r w:rsidR="00174DCA">
        <w:rPr>
          <w:color w:val="555555"/>
          <w:sz w:val="19"/>
        </w:rPr>
        <w:t>Rosovice</w:t>
      </w:r>
      <w:proofErr w:type="spellEnd"/>
      <w:r>
        <w:rPr>
          <w:color w:val="555555"/>
          <w:sz w:val="19"/>
        </w:rPr>
        <w:t xml:space="preserve">   IČO: </w:t>
      </w:r>
      <w:r w:rsidR="00174DCA">
        <w:rPr>
          <w:color w:val="555555"/>
          <w:sz w:val="19"/>
        </w:rPr>
        <w:t>70884013</w:t>
      </w:r>
    </w:p>
    <w:p w14:paraId="0C8A170E" w14:textId="77777777" w:rsidR="00974008" w:rsidRDefault="00B3151F">
      <w:pPr>
        <w:pStyle w:val="Nzev"/>
        <w:jc w:val="center"/>
      </w:pPr>
      <w:r>
        <w:t>Potvrzení o účasti na kurzu bruslení</w:t>
      </w:r>
    </w:p>
    <w:p w14:paraId="28A33520" w14:textId="77777777" w:rsidR="00974008" w:rsidRDefault="00B3151F">
      <w:pPr>
        <w:spacing w:after="480"/>
        <w:jc w:val="center"/>
        <w:rPr>
          <w:rFonts w:hint="eastAsia"/>
        </w:rPr>
      </w:pPr>
      <w:r>
        <w:rPr>
          <w:i/>
        </w:rPr>
        <w:t>pro účely čerpání příspěvku zdravotní pojišťovny</w:t>
      </w:r>
    </w:p>
    <w:tbl>
      <w:tblPr>
        <w:tblW w:w="0" w:type="auto"/>
        <w:jc w:val="center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6840"/>
      </w:tblGrid>
      <w:tr w:rsidR="00974008" w14:paraId="48EA361D" w14:textId="77777777">
        <w:trPr>
          <w:jc w:val="center"/>
        </w:trPr>
        <w:tc>
          <w:tcPr>
            <w:tcW w:w="2664" w:type="dxa"/>
            <w:shd w:val="clear" w:color="auto" w:fill="EAF2F8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1839D994" w14:textId="77777777" w:rsidR="00974008" w:rsidRDefault="00B3151F">
            <w:pPr>
              <w:spacing w:after="0"/>
              <w:rPr>
                <w:rFonts w:hint="eastAsia"/>
              </w:rPr>
            </w:pPr>
            <w:r>
              <w:rPr>
                <w:b/>
                <w:sz w:val="21"/>
              </w:rPr>
              <w:t>Jméno a příjmení žáka</w:t>
            </w:r>
          </w:p>
        </w:tc>
        <w:tc>
          <w:tcPr>
            <w:tcW w:w="6840" w:type="dxa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7E5CCB25" w14:textId="77777777" w:rsidR="00974008" w:rsidRDefault="00B3151F">
            <w:pPr>
              <w:spacing w:after="0"/>
              <w:rPr>
                <w:rFonts w:hint="eastAsia"/>
              </w:rPr>
            </w:pPr>
            <w:r>
              <w:t xml:space="preserve"> </w:t>
            </w:r>
          </w:p>
        </w:tc>
      </w:tr>
      <w:tr w:rsidR="00974008" w14:paraId="75A92B27" w14:textId="77777777">
        <w:trPr>
          <w:jc w:val="center"/>
        </w:trPr>
        <w:tc>
          <w:tcPr>
            <w:tcW w:w="2664" w:type="dxa"/>
            <w:shd w:val="clear" w:color="auto" w:fill="EAF2F8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5C2AD11F" w14:textId="77777777" w:rsidR="00974008" w:rsidRDefault="00B3151F">
            <w:pPr>
              <w:spacing w:after="0"/>
              <w:rPr>
                <w:rFonts w:hint="eastAsia"/>
              </w:rPr>
            </w:pPr>
            <w:r>
              <w:rPr>
                <w:b/>
                <w:sz w:val="21"/>
              </w:rPr>
              <w:t>Datum narození</w:t>
            </w:r>
          </w:p>
        </w:tc>
        <w:tc>
          <w:tcPr>
            <w:tcW w:w="6840" w:type="dxa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71A58340" w14:textId="77777777" w:rsidR="00974008" w:rsidRDefault="00B3151F">
            <w:pPr>
              <w:spacing w:after="0"/>
              <w:rPr>
                <w:rFonts w:hint="eastAsia"/>
              </w:rPr>
            </w:pPr>
            <w:r>
              <w:t xml:space="preserve"> </w:t>
            </w:r>
          </w:p>
        </w:tc>
      </w:tr>
      <w:tr w:rsidR="00974008" w14:paraId="658D44C7" w14:textId="77777777">
        <w:trPr>
          <w:jc w:val="center"/>
        </w:trPr>
        <w:tc>
          <w:tcPr>
            <w:tcW w:w="2664" w:type="dxa"/>
            <w:shd w:val="clear" w:color="auto" w:fill="EAF2F8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75E96F93" w14:textId="77777777" w:rsidR="00974008" w:rsidRDefault="00B3151F">
            <w:pPr>
              <w:spacing w:after="0"/>
              <w:rPr>
                <w:rFonts w:hint="eastAsia"/>
              </w:rPr>
            </w:pPr>
            <w:r>
              <w:rPr>
                <w:b/>
                <w:sz w:val="21"/>
              </w:rPr>
              <w:t>Třída</w:t>
            </w:r>
          </w:p>
        </w:tc>
        <w:tc>
          <w:tcPr>
            <w:tcW w:w="6840" w:type="dxa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176A56B6" w14:textId="77777777" w:rsidR="00974008" w:rsidRDefault="00B3151F">
            <w:pPr>
              <w:spacing w:after="0"/>
              <w:rPr>
                <w:rFonts w:hint="eastAsia"/>
              </w:rPr>
            </w:pPr>
            <w:r>
              <w:t xml:space="preserve"> </w:t>
            </w:r>
          </w:p>
        </w:tc>
      </w:tr>
    </w:tbl>
    <w:p w14:paraId="77947D20" w14:textId="77777777" w:rsidR="00974008" w:rsidRDefault="00974008">
      <w:pPr>
        <w:rPr>
          <w:rFonts w:hint="eastAsia"/>
        </w:rPr>
      </w:pPr>
    </w:p>
    <w:p w14:paraId="169137FA" w14:textId="77777777" w:rsidR="00974008" w:rsidRDefault="00B3151F">
      <w:pPr>
        <w:spacing w:after="200"/>
        <w:rPr>
          <w:rFonts w:hint="eastAsia"/>
        </w:rPr>
      </w:pPr>
      <w:r>
        <w:rPr>
          <w:sz w:val="23"/>
        </w:rPr>
        <w:t>Tímto potvrzujeme, že výše uvedený žák / výše uvedená žákyně naší školy se účastní kurzu bruslení pořádaného školou v termínu</w:t>
      </w:r>
    </w:p>
    <w:p w14:paraId="5C1D3554" w14:textId="77777777" w:rsidR="00974008" w:rsidRDefault="00B3151F">
      <w:pPr>
        <w:spacing w:before="80" w:after="240"/>
        <w:jc w:val="center"/>
        <w:rPr>
          <w:rFonts w:hint="eastAsia"/>
        </w:rPr>
      </w:pPr>
      <w:r>
        <w:rPr>
          <w:b/>
          <w:sz w:val="26"/>
        </w:rPr>
        <w:t>od 7. 10. 2026 do 16. 12. 2026.</w:t>
      </w:r>
    </w:p>
    <w:p w14:paraId="6793CA9A" w14:textId="77777777" w:rsidR="00974008" w:rsidRDefault="00B3151F">
      <w:pPr>
        <w:spacing w:after="440"/>
        <w:rPr>
          <w:rFonts w:hint="eastAsia"/>
        </w:rPr>
      </w:pPr>
      <w:r>
        <w:rPr>
          <w:sz w:val="23"/>
        </w:rPr>
        <w:t>Potvrzení se vydává na žádost zákonného zástupce pro potřeby zdravotní pojišťovny.</w:t>
      </w:r>
    </w:p>
    <w:p w14:paraId="2BD07626" w14:textId="77777777" w:rsidR="00974008" w:rsidRDefault="00B3151F">
      <w:pPr>
        <w:spacing w:after="600"/>
        <w:rPr>
          <w:rFonts w:hint="eastAsia"/>
        </w:rPr>
      </w:pPr>
      <w:r>
        <w:t>V Rosovicích dne __________________________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974008" w14:paraId="36DF3A6B" w14:textId="77777777">
        <w:trPr>
          <w:jc w:val="center"/>
        </w:trPr>
        <w:tc>
          <w:tcPr>
            <w:tcW w:w="4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16179" w14:textId="77777777" w:rsidR="00974008" w:rsidRDefault="00B3151F">
            <w:pPr>
              <w:spacing w:before="680" w:after="0"/>
              <w:jc w:val="center"/>
              <w:rPr>
                <w:rFonts w:hint="eastAsia"/>
              </w:rPr>
            </w:pPr>
            <w:r>
              <w:rPr>
                <w:b/>
              </w:rPr>
              <w:t>________________________________</w:t>
            </w:r>
            <w:r>
              <w:rPr>
                <w:b/>
              </w:rPr>
              <w:br/>
            </w:r>
            <w:r>
              <w:rPr>
                <w:sz w:val="19"/>
              </w:rPr>
              <w:t>podpis oprávněné osoby</w:t>
            </w:r>
          </w:p>
        </w:tc>
        <w:tc>
          <w:tcPr>
            <w:tcW w:w="4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55EB7" w14:textId="77777777" w:rsidR="00974008" w:rsidRDefault="00B3151F">
            <w:pPr>
              <w:spacing w:before="680" w:after="0"/>
              <w:jc w:val="center"/>
              <w:rPr>
                <w:rFonts w:hint="eastAsia"/>
              </w:rPr>
            </w:pPr>
            <w:r>
              <w:rPr>
                <w:b/>
              </w:rPr>
              <w:t>________________________________</w:t>
            </w:r>
            <w:r>
              <w:rPr>
                <w:b/>
              </w:rPr>
              <w:br/>
            </w:r>
            <w:r>
              <w:rPr>
                <w:sz w:val="19"/>
              </w:rPr>
              <w:t>razítko školy</w:t>
            </w:r>
          </w:p>
        </w:tc>
      </w:tr>
    </w:tbl>
    <w:p w14:paraId="2CD0ED98" w14:textId="77777777" w:rsidR="00B3151F" w:rsidRDefault="00B3151F"/>
    <w:sectPr w:rsidR="00B3151F" w:rsidSect="00034616">
      <w:footerReference w:type="default" r:id="rId8"/>
      <w:pgSz w:w="12240" w:h="15840"/>
      <w:pgMar w:top="1008" w:right="1224" w:bottom="936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356B" w14:textId="77777777" w:rsidR="00B3151F" w:rsidRDefault="00B3151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DE4DB35" w14:textId="77777777" w:rsidR="00B3151F" w:rsidRDefault="00B3151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D326B" w14:textId="77777777" w:rsidR="00974008" w:rsidRDefault="00B3151F">
    <w:pPr>
      <w:pStyle w:val="Zpat"/>
      <w:jc w:val="center"/>
      <w:rPr>
        <w:rFonts w:hint="eastAsia"/>
      </w:rPr>
    </w:pPr>
    <w:proofErr w:type="spellStart"/>
    <w:r>
      <w:rPr>
        <w:color w:val="787878"/>
        <w:sz w:val="16"/>
      </w:rPr>
      <w:t>Potvrzení</w:t>
    </w:r>
    <w:proofErr w:type="spellEnd"/>
    <w:r>
      <w:rPr>
        <w:color w:val="787878"/>
        <w:sz w:val="16"/>
      </w:rPr>
      <w:t xml:space="preserve"> </w:t>
    </w:r>
    <w:proofErr w:type="spellStart"/>
    <w:r>
      <w:rPr>
        <w:color w:val="787878"/>
        <w:sz w:val="16"/>
      </w:rPr>
      <w:t>školy</w:t>
    </w:r>
    <w:proofErr w:type="spellEnd"/>
    <w:r>
      <w:rPr>
        <w:color w:val="787878"/>
        <w:sz w:val="16"/>
      </w:rPr>
      <w:t xml:space="preserve"> pro </w:t>
    </w:r>
    <w:proofErr w:type="spellStart"/>
    <w:r>
      <w:rPr>
        <w:color w:val="787878"/>
        <w:sz w:val="16"/>
      </w:rPr>
      <w:t>zdravotní</w:t>
    </w:r>
    <w:proofErr w:type="spellEnd"/>
    <w:r>
      <w:rPr>
        <w:color w:val="787878"/>
        <w:sz w:val="16"/>
      </w:rPr>
      <w:t xml:space="preserve"> </w:t>
    </w:r>
    <w:proofErr w:type="spellStart"/>
    <w:r>
      <w:rPr>
        <w:color w:val="787878"/>
        <w:sz w:val="16"/>
      </w:rPr>
      <w:t>pojišťovnu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74D6" w14:textId="77777777" w:rsidR="00B3151F" w:rsidRDefault="00B3151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9CE67F4" w14:textId="77777777" w:rsidR="00B3151F" w:rsidRDefault="00B3151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5892009">
    <w:abstractNumId w:val="8"/>
  </w:num>
  <w:num w:numId="2" w16cid:durableId="1687101752">
    <w:abstractNumId w:val="6"/>
  </w:num>
  <w:num w:numId="3" w16cid:durableId="786628764">
    <w:abstractNumId w:val="5"/>
  </w:num>
  <w:num w:numId="4" w16cid:durableId="351687353">
    <w:abstractNumId w:val="4"/>
  </w:num>
  <w:num w:numId="5" w16cid:durableId="1334340827">
    <w:abstractNumId w:val="7"/>
  </w:num>
  <w:num w:numId="6" w16cid:durableId="749741958">
    <w:abstractNumId w:val="3"/>
  </w:num>
  <w:num w:numId="7" w16cid:durableId="1954170925">
    <w:abstractNumId w:val="2"/>
  </w:num>
  <w:num w:numId="8" w16cid:durableId="943345391">
    <w:abstractNumId w:val="1"/>
  </w:num>
  <w:num w:numId="9" w16cid:durableId="22383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4DCA"/>
    <w:rsid w:val="0029639D"/>
    <w:rsid w:val="00326F90"/>
    <w:rsid w:val="006C585C"/>
    <w:rsid w:val="00974008"/>
    <w:rsid w:val="00AA1D8D"/>
    <w:rsid w:val="00B3151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E4C44B"/>
  <w14:defaultImageDpi w14:val="300"/>
  <w15:docId w15:val="{BF319866-213E-46FE-ABB0-4901F512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40" w:line="269" w:lineRule="auto"/>
    </w:pPr>
    <w:rPr>
      <w:rFonts w:ascii="Aptos" w:hAnsi="Aptos"/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Potvrzení o účasti na kurzu bruslení</dc:title>
  <dc:subject>Potvrzení pro zdravotní pojišťovnu</dc:subject>
  <dc:creator>Základní škola a Mateřská škola Rosovice</dc:creator>
  <cp:keywords/>
  <dc:description>generated by python-docx</dc:description>
  <cp:lastModifiedBy>Veronika Procházková</cp:lastModifiedBy>
  <cp:revision>2</cp:revision>
  <dcterms:created xsi:type="dcterms:W3CDTF">2026-09-09T19:11:00Z</dcterms:created>
  <dcterms:modified xsi:type="dcterms:W3CDTF">2026-09-09T19:11:00Z</dcterms:modified>
  <cp:category/>
</cp:coreProperties>
</file>