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7755C4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2DA4EB0F" w14:textId="77777777" w:rsidR="00AF5748" w:rsidRDefault="007755C4">
      <w:pPr>
        <w:spacing w:after="60" w:line="254" w:lineRule="auto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2ADA66AF" w14:textId="77777777" w:rsidR="00AF5748" w:rsidRDefault="007755C4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35"/>
        </w:rPr>
        <w:t>ŽÁDOST ŘEDITELCE ŠKOLY</w:t>
      </w:r>
    </w:p>
    <w:p w14:paraId="17A1FEF3" w14:textId="77777777" w:rsidR="00AF5748" w:rsidRDefault="007755C4">
      <w:pPr>
        <w:spacing w:after="100" w:line="254" w:lineRule="auto"/>
        <w:jc w:val="center"/>
      </w:pPr>
      <w:r>
        <w:rPr>
          <w:rFonts w:eastAsia="Arial" w:cs="Arial"/>
          <w:i/>
          <w:color w:val="5F6B73"/>
          <w:sz w:val="21"/>
        </w:rPr>
        <w:t>o plánované uvolnění žáka z vyučování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705BC565" w14:textId="77777777">
        <w:trPr>
          <w:cantSplit/>
        </w:trPr>
        <w:tc>
          <w:tcPr>
            <w:tcW w:w="9360" w:type="dxa"/>
            <w:shd w:val="clear" w:color="auto" w:fill="EAF3F5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3CBE6CAC" w14:textId="695728A1" w:rsidR="00AF5748" w:rsidRDefault="007755C4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  <w:sz w:val="23"/>
              </w:rPr>
              <w:t>Formulář je určen pro předem známou vícedenní nepřítomnost. Krátkodobý odchod žáka během vyučování se oznamuje samostatným formulářem.</w:t>
            </w:r>
          </w:p>
        </w:tc>
      </w:tr>
    </w:tbl>
    <w:p w14:paraId="0BB09567" w14:textId="77777777" w:rsidR="00AF5748" w:rsidRDefault="007755C4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ÚDAJE O ŽÁKOVI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2953"/>
        <w:gridCol w:w="6407"/>
      </w:tblGrid>
      <w:tr w:rsidR="00AF5748" w14:paraId="6097248C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10603E81" w14:textId="77777777" w:rsidR="00AF5748" w:rsidRDefault="007755C4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Jméno a příjmení žáka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574A832C" w14:textId="77777777" w:rsidR="00AF5748" w:rsidRDefault="00AF5748">
            <w:pPr>
              <w:spacing w:after="0" w:line="250" w:lineRule="auto"/>
            </w:pPr>
          </w:p>
        </w:tc>
      </w:tr>
      <w:tr w:rsidR="00AF5748" w14:paraId="263A2ABF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2161E87A" w14:textId="77777777" w:rsidR="00AF5748" w:rsidRDefault="007755C4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Datum narození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44204D16" w14:textId="77777777" w:rsidR="00AF5748" w:rsidRDefault="00AF5748">
            <w:pPr>
              <w:spacing w:after="0" w:line="250" w:lineRule="auto"/>
            </w:pPr>
          </w:p>
        </w:tc>
      </w:tr>
      <w:tr w:rsidR="00AF5748" w14:paraId="6F5B0DFF" w14:textId="77777777">
        <w:trPr>
          <w:cantSplit/>
          <w:trHeight w:val="329"/>
        </w:trPr>
        <w:tc>
          <w:tcPr>
            <w:tcW w:w="2953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2086AE7D" w14:textId="77777777" w:rsidR="00AF5748" w:rsidRDefault="007755C4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Třída / ročník</w:t>
            </w:r>
          </w:p>
        </w:tc>
        <w:tc>
          <w:tcPr>
            <w:tcW w:w="6407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69E0C7BA" w14:textId="77777777" w:rsidR="00AF5748" w:rsidRDefault="00AF5748">
            <w:pPr>
              <w:spacing w:after="0" w:line="250" w:lineRule="auto"/>
            </w:pPr>
          </w:p>
        </w:tc>
      </w:tr>
    </w:tbl>
    <w:p w14:paraId="1334F144" w14:textId="77777777" w:rsidR="00AF5748" w:rsidRDefault="007755C4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POŽADOVANÁ DOBA UVOLNĚNÍ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2953"/>
        <w:gridCol w:w="1281"/>
        <w:gridCol w:w="3845"/>
      </w:tblGrid>
      <w:tr w:rsidR="00AF5748" w14:paraId="6A075CF0" w14:textId="77777777" w:rsidTr="007755C4">
        <w:trPr>
          <w:cantSplit/>
          <w:trHeight w:val="527"/>
        </w:trPr>
        <w:tc>
          <w:tcPr>
            <w:tcW w:w="1281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71187A78" w14:textId="77777777" w:rsidR="00AF5748" w:rsidRDefault="007755C4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Od</w:t>
            </w:r>
          </w:p>
        </w:tc>
        <w:tc>
          <w:tcPr>
            <w:tcW w:w="2953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531F3358" w14:textId="77777777" w:rsidR="00AF5748" w:rsidRDefault="007755C4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</w:t>
            </w:r>
          </w:p>
        </w:tc>
        <w:tc>
          <w:tcPr>
            <w:tcW w:w="1281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6F01AA95" w14:textId="77777777" w:rsidR="00AF5748" w:rsidRDefault="007755C4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Do</w:t>
            </w:r>
          </w:p>
        </w:tc>
        <w:tc>
          <w:tcPr>
            <w:tcW w:w="3845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2DF9FA62" w14:textId="77777777" w:rsidR="00AF5748" w:rsidRDefault="007755C4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</w:t>
            </w:r>
          </w:p>
        </w:tc>
      </w:tr>
      <w:tr w:rsidR="00AF5748" w14:paraId="6D1DD2BF" w14:textId="77777777" w:rsidTr="007755C4">
        <w:trPr>
          <w:cantSplit/>
          <w:trHeight w:val="876"/>
        </w:trPr>
        <w:tc>
          <w:tcPr>
            <w:tcW w:w="1281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37854D23" w14:textId="77777777" w:rsidR="00AF5748" w:rsidRDefault="007755C4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Počet dnů</w:t>
            </w:r>
          </w:p>
        </w:tc>
        <w:tc>
          <w:tcPr>
            <w:tcW w:w="2953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0FED0B6A" w14:textId="77777777" w:rsidR="00AF5748" w:rsidRDefault="007755C4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</w:t>
            </w:r>
          </w:p>
        </w:tc>
        <w:tc>
          <w:tcPr>
            <w:tcW w:w="1281" w:type="dxa"/>
            <w:shd w:val="clear" w:color="auto" w:fill="EAF3F5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13DB90DE" w14:textId="77777777" w:rsidR="00AF5748" w:rsidRDefault="007755C4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Návrat do školy</w:t>
            </w:r>
          </w:p>
        </w:tc>
        <w:tc>
          <w:tcPr>
            <w:tcW w:w="3845" w:type="dxa"/>
            <w:shd w:val="clear" w:color="auto" w:fill="FFFFFF"/>
            <w:tcMar>
              <w:top w:w="55" w:type="dxa"/>
              <w:left w:w="130" w:type="dxa"/>
              <w:bottom w:w="55" w:type="dxa"/>
              <w:right w:w="130" w:type="dxa"/>
            </w:tcMar>
            <w:vAlign w:val="center"/>
          </w:tcPr>
          <w:p w14:paraId="69514054" w14:textId="77777777" w:rsidR="00AF5748" w:rsidRDefault="007755C4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</w:t>
            </w:r>
          </w:p>
        </w:tc>
      </w:tr>
    </w:tbl>
    <w:p w14:paraId="2C2AC95F" w14:textId="77777777" w:rsidR="00AF5748" w:rsidRDefault="007755C4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DŮVOD ŽÁDOSTI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4CD8CB82" w14:textId="77777777">
        <w:trPr>
          <w:cantSplit/>
        </w:trPr>
        <w:tc>
          <w:tcPr>
            <w:tcW w:w="9360" w:type="dxa"/>
            <w:shd w:val="clear" w:color="auto" w:fill="F5F8F9"/>
            <w:tcMar>
              <w:top w:w="65" w:type="dxa"/>
              <w:left w:w="130" w:type="dxa"/>
              <w:bottom w:w="55" w:type="dxa"/>
              <w:right w:w="130" w:type="dxa"/>
            </w:tcMar>
            <w:vAlign w:val="center"/>
          </w:tcPr>
          <w:p w14:paraId="007C0F37" w14:textId="77777777" w:rsidR="00AF5748" w:rsidRDefault="007755C4">
            <w:pPr>
              <w:spacing w:after="60" w:line="250" w:lineRule="auto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☐  </w:t>
            </w:r>
            <w:r>
              <w:rPr>
                <w:rFonts w:eastAsia="Arial" w:cs="Arial"/>
                <w:sz w:val="21"/>
              </w:rPr>
              <w:t>rodinné důvody</w:t>
            </w:r>
          </w:p>
          <w:p w14:paraId="32607252" w14:textId="77777777" w:rsidR="00AF5748" w:rsidRDefault="007755C4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☐  </w:t>
            </w:r>
            <w:r>
              <w:rPr>
                <w:rFonts w:eastAsia="Arial" w:cs="Arial"/>
                <w:sz w:val="21"/>
              </w:rPr>
              <w:t>zdravotní nebo lázeňský pobyt</w:t>
            </w:r>
          </w:p>
          <w:p w14:paraId="390E7641" w14:textId="77777777" w:rsidR="00AF5748" w:rsidRDefault="007755C4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☐  </w:t>
            </w:r>
            <w:r>
              <w:rPr>
                <w:rFonts w:eastAsia="Arial" w:cs="Arial"/>
                <w:sz w:val="21"/>
              </w:rPr>
              <w:t>sportovní, kulturní či jiná organizovaná akce</w:t>
            </w:r>
          </w:p>
          <w:p w14:paraId="7ADB5F02" w14:textId="77777777" w:rsidR="00AF5748" w:rsidRDefault="007755C4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☐  </w:t>
            </w:r>
            <w:r>
              <w:rPr>
                <w:rFonts w:eastAsia="Arial" w:cs="Arial"/>
                <w:sz w:val="21"/>
              </w:rPr>
              <w:t>jiný důvod: ________________________________________________________________</w:t>
            </w:r>
          </w:p>
        </w:tc>
      </w:tr>
    </w:tbl>
    <w:p w14:paraId="340416C4" w14:textId="77777777" w:rsidR="00AF5748" w:rsidRDefault="007755C4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PROHLÁŠENÍ ZÁKONNÉHO ZÁSTUPCE</w:t>
      </w:r>
    </w:p>
    <w:p w14:paraId="1BEA1D32" w14:textId="77777777" w:rsidR="00AF5748" w:rsidRDefault="007755C4">
      <w:pPr>
        <w:spacing w:line="254" w:lineRule="auto"/>
      </w:pPr>
      <w:r>
        <w:rPr>
          <w:rFonts w:eastAsia="Arial" w:cs="Arial"/>
          <w:sz w:val="22"/>
        </w:rPr>
        <w:t>Žádám o uvolnění uvedeného žáka z vyučování v požadovaném termínu. Zavazuji se zajistit doplnění zameškaného učiva a splnění zadaných úkolů podle pokynů vyučujících. Beru na vědomí, že nepřítomnost bude evidována a omluvena v souladu se školním řádem.</w:t>
      </w:r>
    </w:p>
    <w:tbl>
      <w:tblPr>
        <w:tblW w:w="937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5"/>
        <w:gridCol w:w="4685"/>
      </w:tblGrid>
      <w:tr w:rsidR="00AF5748" w14:paraId="26CE6D60" w14:textId="77777777" w:rsidTr="00B70E79">
        <w:trPr>
          <w:cantSplit/>
          <w:trHeight w:val="1240"/>
        </w:trPr>
        <w:tc>
          <w:tcPr>
            <w:tcW w:w="4685" w:type="dxa"/>
            <w:shd w:val="clear" w:color="auto" w:fill="FFFFFF"/>
            <w:tcMar>
              <w:top w:w="65" w:type="dxa"/>
              <w:left w:w="130" w:type="dxa"/>
              <w:bottom w:w="50" w:type="dxa"/>
              <w:right w:w="130" w:type="dxa"/>
            </w:tcMar>
            <w:vAlign w:val="center"/>
          </w:tcPr>
          <w:p w14:paraId="43A6E4D9" w14:textId="77777777" w:rsidR="00B70E79" w:rsidRDefault="007755C4" w:rsidP="00B70E79">
            <w:pPr>
              <w:spacing w:after="0" w:line="250" w:lineRule="auto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 xml:space="preserve">V __________________ </w:t>
            </w:r>
          </w:p>
          <w:p w14:paraId="287F7050" w14:textId="77777777" w:rsidR="00B70E79" w:rsidRDefault="00B70E79" w:rsidP="00B70E79">
            <w:pPr>
              <w:spacing w:after="0" w:line="250" w:lineRule="auto"/>
              <w:rPr>
                <w:rFonts w:eastAsia="Arial" w:cs="Arial"/>
                <w:sz w:val="22"/>
              </w:rPr>
            </w:pPr>
          </w:p>
          <w:p w14:paraId="7F6EBF48" w14:textId="74A63D02" w:rsidR="00AF5748" w:rsidRDefault="007755C4" w:rsidP="00B70E79">
            <w:pPr>
              <w:spacing w:after="0" w:line="250" w:lineRule="auto"/>
            </w:pPr>
            <w:r>
              <w:rPr>
                <w:rFonts w:eastAsia="Arial" w:cs="Arial"/>
                <w:sz w:val="22"/>
              </w:rPr>
              <w:t>dne ______________</w:t>
            </w:r>
          </w:p>
        </w:tc>
        <w:tc>
          <w:tcPr>
            <w:tcW w:w="4685" w:type="dxa"/>
            <w:shd w:val="clear" w:color="auto" w:fill="FFFFFF"/>
            <w:tcMar>
              <w:top w:w="65" w:type="dxa"/>
              <w:left w:w="130" w:type="dxa"/>
              <w:bottom w:w="50" w:type="dxa"/>
              <w:right w:w="130" w:type="dxa"/>
            </w:tcMar>
            <w:vAlign w:val="center"/>
          </w:tcPr>
          <w:p w14:paraId="56AD2F3B" w14:textId="77777777" w:rsidR="00AF5748" w:rsidRDefault="007755C4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2"/>
              </w:rPr>
              <w:t>__________________________________</w:t>
            </w:r>
          </w:p>
          <w:p w14:paraId="4CF9D0DC" w14:textId="77777777" w:rsidR="00AF5748" w:rsidRDefault="007755C4">
            <w:pPr>
              <w:spacing w:before="20" w:after="0"/>
              <w:jc w:val="center"/>
            </w:pPr>
            <w:r>
              <w:rPr>
                <w:rFonts w:eastAsia="Arial" w:cs="Arial"/>
                <w:i/>
                <w:color w:val="5F6B73"/>
                <w:sz w:val="20"/>
              </w:rPr>
              <w:t>podpis zákonného zástupce</w:t>
            </w:r>
          </w:p>
        </w:tc>
      </w:tr>
    </w:tbl>
    <w:p w14:paraId="5846D377" w14:textId="77777777" w:rsidR="00AF5748" w:rsidRDefault="007755C4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VYJÁDŘENÍ ŠKOLY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3D69FA18" w14:textId="77777777">
        <w:trPr>
          <w:cantSplit/>
        </w:trPr>
        <w:tc>
          <w:tcPr>
            <w:tcW w:w="4680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33C5F53" w14:textId="334D6EF7" w:rsidR="00444520" w:rsidRDefault="007755C4">
            <w:pPr>
              <w:spacing w:after="0" w:line="250" w:lineRule="auto"/>
              <w:jc w:val="center"/>
              <w:rPr>
                <w:rFonts w:ascii="DejaVu Sans" w:eastAsia="DejaVu Sans" w:hAnsi="DejaVu Sans" w:cs="DejaVu Sans"/>
                <w:b/>
                <w:color w:val="104454"/>
                <w:sz w:val="21"/>
              </w:rPr>
            </w:pP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Třídní učitelka:  ☐ doporučuje  </w:t>
            </w:r>
          </w:p>
          <w:p w14:paraId="302B6309" w14:textId="644C3986" w:rsidR="00AF5748" w:rsidRDefault="00444520">
            <w:pPr>
              <w:spacing w:after="0" w:line="25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                              </w:t>
            </w:r>
            <w:r w:rsidR="007755C4"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☐ nedoporučuje</w:t>
            </w:r>
          </w:p>
        </w:tc>
        <w:tc>
          <w:tcPr>
            <w:tcW w:w="4680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0AFDAD7B" w14:textId="40F50D98" w:rsidR="00444520" w:rsidRDefault="007755C4" w:rsidP="00444520">
            <w:pPr>
              <w:spacing w:after="0" w:line="250" w:lineRule="auto"/>
              <w:jc w:val="both"/>
              <w:rPr>
                <w:rFonts w:ascii="DejaVu Sans" w:eastAsia="DejaVu Sans" w:hAnsi="DejaVu Sans" w:cs="DejaVu Sans"/>
                <w:b/>
                <w:color w:val="104454"/>
                <w:sz w:val="21"/>
              </w:rPr>
            </w:pP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Ředitelka školy:  ☐ schvaluje  </w:t>
            </w:r>
          </w:p>
          <w:p w14:paraId="0B830BD7" w14:textId="12CECC56" w:rsidR="00AF5748" w:rsidRDefault="00444520" w:rsidP="00444520">
            <w:pPr>
              <w:spacing w:after="0" w:line="250" w:lineRule="auto"/>
              <w:jc w:val="both"/>
            </w:pP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                           </w:t>
            </w:r>
            <w:r w:rsidR="007755C4"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☐ neschvaluje</w:t>
            </w:r>
          </w:p>
        </w:tc>
      </w:tr>
      <w:tr w:rsidR="00AF5748" w14:paraId="4807127C" w14:textId="77777777" w:rsidTr="00B70E79">
        <w:trPr>
          <w:cantSplit/>
          <w:trHeight w:val="715"/>
        </w:trPr>
        <w:tc>
          <w:tcPr>
            <w:tcW w:w="4680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5AC2D08" w14:textId="77777777" w:rsidR="00AF5748" w:rsidRDefault="007755C4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0"/>
              </w:rPr>
              <w:t>Datum: __________________________</w:t>
            </w:r>
          </w:p>
        </w:tc>
        <w:tc>
          <w:tcPr>
            <w:tcW w:w="4680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9485C3A" w14:textId="77777777" w:rsidR="00AF5748" w:rsidRDefault="007755C4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0"/>
              </w:rPr>
              <w:t>Podpis: _________________________</w:t>
            </w:r>
          </w:p>
        </w:tc>
      </w:tr>
    </w:tbl>
    <w:p w14:paraId="525CEAB9" w14:textId="77777777" w:rsidR="00AF5748" w:rsidRDefault="007755C4">
      <w:pPr>
        <w:spacing w:before="40" w:after="0" w:line="254" w:lineRule="auto"/>
        <w:jc w:val="center"/>
      </w:pPr>
      <w:r>
        <w:rPr>
          <w:rFonts w:eastAsia="Arial" w:cs="Arial"/>
          <w:i/>
          <w:color w:val="5F6B73"/>
          <w:sz w:val="18"/>
        </w:rPr>
        <w:t>Podmínky uvolňování a omlouvání nepřítomnosti stanoví školní řád (§ 50 odst. 1 školského zákona).</w:t>
      </w:r>
    </w:p>
    <w:sectPr w:rsidR="00AF5748" w:rsidSect="00034616">
      <w:headerReference w:type="default" r:id="rId8"/>
      <w:footerReference w:type="default" r:id="rId9"/>
      <w:pgSz w:w="11906" w:h="16838"/>
      <w:pgMar w:top="726" w:right="1162" w:bottom="669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2A8F7" w14:textId="77777777" w:rsidR="007755C4" w:rsidRDefault="007755C4">
      <w:pPr>
        <w:spacing w:after="0" w:line="240" w:lineRule="auto"/>
      </w:pPr>
      <w:r>
        <w:separator/>
      </w:r>
    </w:p>
  </w:endnote>
  <w:endnote w:type="continuationSeparator" w:id="0">
    <w:p w14:paraId="3A70CBCD" w14:textId="77777777" w:rsidR="007755C4" w:rsidRDefault="0077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0FEB" w14:textId="77777777" w:rsidR="00AF5748" w:rsidRDefault="00AF5748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686"/>
      <w:gridCol w:w="2674"/>
    </w:tblGrid>
    <w:tr w:rsidR="00AF5748" w14:paraId="610128FD" w14:textId="77777777">
      <w:tc>
        <w:tcPr>
          <w:tcW w:w="6686" w:type="dxa"/>
          <w:tcMar>
            <w:top w:w="30" w:type="dxa"/>
            <w:left w:w="0" w:type="dxa"/>
            <w:bottom w:w="0" w:type="dxa"/>
            <w:right w:w="0" w:type="dxa"/>
          </w:tcMar>
        </w:tcPr>
        <w:p w14:paraId="62F181A9" w14:textId="77777777" w:rsidR="00AF5748" w:rsidRDefault="007755C4">
          <w:r>
            <w:rPr>
              <w:rFonts w:eastAsia="Arial" w:cs="Arial"/>
              <w:color w:val="5F6B73"/>
              <w:sz w:val="18"/>
            </w:rPr>
            <w:t>Žádost o plánované uvolnění žáka | ZŠ Rosovice</w:t>
          </w:r>
        </w:p>
      </w:tc>
      <w:tc>
        <w:tcPr>
          <w:tcW w:w="2674" w:type="dxa"/>
          <w:tcMar>
            <w:top w:w="30" w:type="dxa"/>
            <w:left w:w="0" w:type="dxa"/>
            <w:bottom w:w="0" w:type="dxa"/>
            <w:right w:w="0" w:type="dxa"/>
          </w:tcMar>
        </w:tcPr>
        <w:p w14:paraId="660821AF" w14:textId="77777777" w:rsidR="00AF5748" w:rsidRDefault="007755C4">
          <w:pPr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460C5" w14:textId="77777777" w:rsidR="007755C4" w:rsidRDefault="007755C4">
      <w:pPr>
        <w:spacing w:after="0" w:line="240" w:lineRule="auto"/>
      </w:pPr>
      <w:r>
        <w:separator/>
      </w:r>
    </w:p>
  </w:footnote>
  <w:footnote w:type="continuationSeparator" w:id="0">
    <w:p w14:paraId="377FD448" w14:textId="77777777" w:rsidR="007755C4" w:rsidRDefault="00775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A899" w14:textId="77777777" w:rsidR="00AF5748" w:rsidRDefault="00AF5748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96"/>
      <w:gridCol w:w="3064"/>
    </w:tblGrid>
    <w:tr w:rsidR="00AF5748" w14:paraId="074163A0" w14:textId="77777777">
      <w:tc>
        <w:tcPr>
          <w:tcW w:w="6296" w:type="dxa"/>
          <w:tcMar>
            <w:top w:w="0" w:type="dxa"/>
            <w:left w:w="0" w:type="dxa"/>
            <w:bottom w:w="30" w:type="dxa"/>
            <w:right w:w="0" w:type="dxa"/>
          </w:tcMar>
        </w:tcPr>
        <w:p w14:paraId="6440AC81" w14:textId="77777777" w:rsidR="00AF5748" w:rsidRDefault="007755C4">
          <w:pPr>
            <w:pBdr>
              <w:bottom w:val="single" w:sz="7" w:space="3" w:color="AFC1C7"/>
            </w:pBdr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064" w:type="dxa"/>
          <w:tcMar>
            <w:top w:w="0" w:type="dxa"/>
            <w:left w:w="0" w:type="dxa"/>
            <w:bottom w:w="30" w:type="dxa"/>
            <w:right w:w="0" w:type="dxa"/>
          </w:tcMar>
        </w:tcPr>
        <w:p w14:paraId="2026B02D" w14:textId="77777777" w:rsidR="00AF5748" w:rsidRDefault="007755C4">
          <w:pPr>
            <w:pBdr>
              <w:bottom w:val="single" w:sz="7" w:space="3" w:color="AFC1C7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ZÁKLADNÍ ŠKOLA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730E"/>
    <w:rsid w:val="00241451"/>
    <w:rsid w:val="0029639D"/>
    <w:rsid w:val="00326F90"/>
    <w:rsid w:val="00444520"/>
    <w:rsid w:val="007755C4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214C44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47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Reditelka</cp:lastModifiedBy>
  <cp:revision>4</cp:revision>
  <dcterms:created xsi:type="dcterms:W3CDTF">2026-08-09T18:51:00Z</dcterms:created>
  <dcterms:modified xsi:type="dcterms:W3CDTF">2026-08-20T06:12:00Z</dcterms:modified>
  <cp:category/>
</cp:coreProperties>
</file>