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2CEB7" w14:textId="77777777" w:rsidR="002E371D" w:rsidRDefault="001B5211">
      <w:pPr>
        <w:spacing w:after="20"/>
        <w:jc w:val="center"/>
      </w:pPr>
      <w:r>
        <w:rPr>
          <w:rFonts w:eastAsia="Arial" w:cs="Arial"/>
          <w:b/>
          <w:color w:val="15566A"/>
          <w:sz w:val="21"/>
        </w:rPr>
        <w:t>ZÁKLADNÍ ŠKOLA A MATEŘSKÁ ŠKOLA ROSOVICE</w:t>
      </w:r>
    </w:p>
    <w:p w14:paraId="6B612AB4" w14:textId="77777777" w:rsidR="002E371D" w:rsidRDefault="001B5211">
      <w:pPr>
        <w:spacing w:after="120"/>
        <w:jc w:val="center"/>
      </w:pPr>
      <w:r>
        <w:rPr>
          <w:rFonts w:eastAsia="Arial" w:cs="Arial"/>
          <w:color w:val="5F6B73"/>
          <w:sz w:val="19"/>
        </w:rPr>
        <w:t>okres Příbram, příspěvková organizace</w:t>
      </w:r>
    </w:p>
    <w:p w14:paraId="09B02EB5" w14:textId="77777777" w:rsidR="002E371D" w:rsidRDefault="001B5211">
      <w:pPr>
        <w:spacing w:after="0"/>
        <w:jc w:val="center"/>
      </w:pPr>
      <w:r>
        <w:rPr>
          <w:rFonts w:eastAsia="Arial" w:cs="Arial"/>
          <w:b/>
          <w:color w:val="15566A"/>
          <w:sz w:val="38"/>
        </w:rPr>
        <w:t>ŽÁDOST O PŘIJETÍ DÍTĚTE</w:t>
      </w:r>
    </w:p>
    <w:p w14:paraId="46FC9E36" w14:textId="77777777" w:rsidR="002E371D" w:rsidRDefault="001B5211">
      <w:pPr>
        <w:spacing w:after="40"/>
        <w:jc w:val="center"/>
      </w:pPr>
      <w:r>
        <w:rPr>
          <w:rFonts w:eastAsia="Arial" w:cs="Arial"/>
          <w:b/>
          <w:color w:val="15566A"/>
          <w:sz w:val="31"/>
        </w:rPr>
        <w:t>K DOCHÁZCE V DOBĚ LETNÍHO PROVOZU MŠ</w:t>
      </w:r>
    </w:p>
    <w:p w14:paraId="644E49E4" w14:textId="77777777" w:rsidR="002E371D" w:rsidRDefault="001B5211">
      <w:pPr>
        <w:jc w:val="center"/>
      </w:pPr>
      <w:r>
        <w:rPr>
          <w:rFonts w:eastAsia="Arial" w:cs="Arial"/>
          <w:i/>
          <w:color w:val="5F6B73"/>
          <w:sz w:val="22"/>
        </w:rPr>
        <w:t>v měsících červenci a srpnu | školní rok: __________ / __________</w:t>
      </w:r>
    </w:p>
    <w:tbl>
      <w:tblPr>
        <w:tblW w:w="9360" w:type="dxa"/>
        <w:tblInd w:w="120" w:type="dxa"/>
        <w:tblBorders>
          <w:top w:val="single" w:sz="5" w:space="0" w:color="AFC1C7"/>
          <w:left w:val="single" w:sz="5" w:space="0" w:color="AFC1C7"/>
          <w:bottom w:val="single" w:sz="5" w:space="0" w:color="AFC1C7"/>
          <w:right w:val="single" w:sz="5" w:space="0" w:color="AFC1C7"/>
          <w:insideH w:val="single" w:sz="5" w:space="0" w:color="AFC1C7"/>
          <w:insideV w:val="single" w:sz="5" w:space="0" w:color="AFC1C7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2E371D" w14:paraId="7F6ABA86" w14:textId="77777777">
        <w:tc>
          <w:tcPr>
            <w:tcW w:w="9360" w:type="dxa"/>
            <w:shd w:val="clear" w:color="auto" w:fill="EAF3F5"/>
            <w:tcMar>
              <w:top w:w="68" w:type="dxa"/>
              <w:left w:w="120" w:type="dxa"/>
              <w:bottom w:w="68" w:type="dxa"/>
              <w:right w:w="120" w:type="dxa"/>
            </w:tcMar>
          </w:tcPr>
          <w:p w14:paraId="2A75AC96" w14:textId="77777777" w:rsidR="002E371D" w:rsidRDefault="001B5211">
            <w:pPr>
              <w:spacing w:after="0" w:line="247" w:lineRule="auto"/>
            </w:pPr>
            <w:r>
              <w:rPr>
                <w:rFonts w:eastAsia="Arial" w:cs="Arial"/>
                <w:b/>
                <w:color w:val="104454"/>
                <w:sz w:val="22"/>
              </w:rPr>
              <w:t xml:space="preserve">Pokyn k vyplnění: </w:t>
            </w:r>
            <w:r>
              <w:rPr>
                <w:rFonts w:eastAsia="Arial" w:cs="Arial"/>
                <w:sz w:val="22"/>
              </w:rPr>
              <w:t xml:space="preserve">Formulář vyplňte </w:t>
            </w:r>
            <w:r>
              <w:rPr>
                <w:rFonts w:eastAsia="Arial" w:cs="Arial"/>
                <w:sz w:val="22"/>
              </w:rPr>
              <w:t>čitelně. Přesný termín, provozní dobu, výši úplaty a podmínky stravování stanoví škola pro příslušné období letního provozu.</w:t>
            </w:r>
          </w:p>
        </w:tc>
      </w:tr>
    </w:tbl>
    <w:p w14:paraId="3C82A42F" w14:textId="77777777" w:rsidR="002E371D" w:rsidRDefault="001B5211">
      <w:pPr>
        <w:keepNext/>
        <w:shd w:val="clear" w:color="auto" w:fill="15566A"/>
        <w:spacing w:before="55" w:after="55"/>
        <w:ind w:left="110" w:right="110"/>
      </w:pPr>
      <w:r>
        <w:rPr>
          <w:rFonts w:eastAsia="Arial" w:cs="Arial"/>
          <w:b/>
          <w:color w:val="FFFFFF"/>
          <w:sz w:val="25"/>
        </w:rPr>
        <w:t>1. ÚDAJE O DÍTĚTI</w:t>
      </w:r>
    </w:p>
    <w:tbl>
      <w:tblPr>
        <w:tblW w:w="9360" w:type="dxa"/>
        <w:tblInd w:w="120" w:type="dxa"/>
        <w:tblBorders>
          <w:top w:val="single" w:sz="5" w:space="0" w:color="AFC1C7"/>
          <w:left w:val="single" w:sz="5" w:space="0" w:color="AFC1C7"/>
          <w:bottom w:val="single" w:sz="5" w:space="0" w:color="AFC1C7"/>
          <w:right w:val="single" w:sz="5" w:space="0" w:color="AFC1C7"/>
          <w:insideH w:val="single" w:sz="5" w:space="0" w:color="AFC1C7"/>
          <w:insideV w:val="single" w:sz="5" w:space="0" w:color="AFC1C7"/>
        </w:tblBorders>
        <w:tblLayout w:type="fixed"/>
        <w:tblLook w:val="04A0" w:firstRow="1" w:lastRow="0" w:firstColumn="1" w:lastColumn="0" w:noHBand="0" w:noVBand="1"/>
      </w:tblPr>
      <w:tblGrid>
        <w:gridCol w:w="3009"/>
        <w:gridCol w:w="6351"/>
      </w:tblGrid>
      <w:tr w:rsidR="002E371D" w14:paraId="32EC30C2" w14:textId="77777777">
        <w:trPr>
          <w:cantSplit/>
        </w:trPr>
        <w:tc>
          <w:tcPr>
            <w:tcW w:w="3009" w:type="dxa"/>
            <w:shd w:val="clear" w:color="auto" w:fill="EAF3F5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7AE18280" w14:textId="77777777" w:rsidR="002E371D" w:rsidRDefault="001B5211">
            <w:pPr>
              <w:spacing w:after="0" w:line="247" w:lineRule="auto"/>
            </w:pPr>
            <w:r>
              <w:rPr>
                <w:rFonts w:eastAsia="Arial" w:cs="Arial"/>
                <w:b/>
                <w:color w:val="104454"/>
                <w:sz w:val="22"/>
              </w:rPr>
              <w:t>Jméno a příjmení dítěte</w:t>
            </w:r>
          </w:p>
        </w:tc>
        <w:tc>
          <w:tcPr>
            <w:tcW w:w="6351" w:type="dxa"/>
            <w:shd w:val="clear" w:color="auto" w:fill="F5F8F9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38586A20" w14:textId="77777777" w:rsidR="002E371D" w:rsidRDefault="001B5211">
            <w:pPr>
              <w:spacing w:after="0" w:line="247" w:lineRule="auto"/>
            </w:pPr>
            <w:r>
              <w:rPr>
                <w:rFonts w:eastAsia="Arial" w:cs="Arial"/>
                <w:sz w:val="23"/>
              </w:rPr>
              <w:t>______________________________________</w:t>
            </w:r>
          </w:p>
        </w:tc>
      </w:tr>
      <w:tr w:rsidR="002E371D" w14:paraId="07AAD212" w14:textId="77777777">
        <w:trPr>
          <w:cantSplit/>
        </w:trPr>
        <w:tc>
          <w:tcPr>
            <w:tcW w:w="3009" w:type="dxa"/>
            <w:shd w:val="clear" w:color="auto" w:fill="EAF3F5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2A1741DE" w14:textId="77777777" w:rsidR="002E371D" w:rsidRDefault="001B5211">
            <w:pPr>
              <w:spacing w:after="0" w:line="247" w:lineRule="auto"/>
            </w:pPr>
            <w:r>
              <w:rPr>
                <w:rFonts w:eastAsia="Arial" w:cs="Arial"/>
                <w:b/>
                <w:color w:val="104454"/>
                <w:sz w:val="22"/>
              </w:rPr>
              <w:t>Datum narození</w:t>
            </w:r>
          </w:p>
        </w:tc>
        <w:tc>
          <w:tcPr>
            <w:tcW w:w="6351" w:type="dxa"/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5946AEC0" w14:textId="77777777" w:rsidR="002E371D" w:rsidRDefault="001B5211">
            <w:pPr>
              <w:spacing w:after="0" w:line="247" w:lineRule="auto"/>
            </w:pPr>
            <w:r>
              <w:rPr>
                <w:rFonts w:eastAsia="Arial" w:cs="Arial"/>
                <w:sz w:val="23"/>
              </w:rPr>
              <w:t>____________________</w:t>
            </w:r>
          </w:p>
        </w:tc>
      </w:tr>
      <w:tr w:rsidR="002E371D" w14:paraId="77D3A604" w14:textId="77777777">
        <w:trPr>
          <w:cantSplit/>
        </w:trPr>
        <w:tc>
          <w:tcPr>
            <w:tcW w:w="3009" w:type="dxa"/>
            <w:shd w:val="clear" w:color="auto" w:fill="EAF3F5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3F49B99B" w14:textId="77777777" w:rsidR="002E371D" w:rsidRDefault="001B5211">
            <w:pPr>
              <w:spacing w:after="0" w:line="247" w:lineRule="auto"/>
            </w:pPr>
            <w:r>
              <w:rPr>
                <w:rFonts w:eastAsia="Arial" w:cs="Arial"/>
                <w:b/>
                <w:color w:val="104454"/>
                <w:sz w:val="22"/>
              </w:rPr>
              <w:t>Místo trvalého pobytu</w:t>
            </w:r>
          </w:p>
        </w:tc>
        <w:tc>
          <w:tcPr>
            <w:tcW w:w="6351" w:type="dxa"/>
            <w:shd w:val="clear" w:color="auto" w:fill="F5F8F9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0A624A93" w14:textId="77777777" w:rsidR="002E371D" w:rsidRDefault="001B5211">
            <w:pPr>
              <w:spacing w:after="0" w:line="247" w:lineRule="auto"/>
            </w:pPr>
            <w:r>
              <w:rPr>
                <w:rFonts w:eastAsia="Arial" w:cs="Arial"/>
                <w:sz w:val="23"/>
              </w:rPr>
              <w:t>______________________________________</w:t>
            </w:r>
            <w:r>
              <w:rPr>
                <w:rFonts w:eastAsia="Arial" w:cs="Arial"/>
                <w:sz w:val="23"/>
              </w:rPr>
              <w:br/>
              <w:t>______________________________________</w:t>
            </w:r>
          </w:p>
        </w:tc>
      </w:tr>
      <w:tr w:rsidR="002E371D" w14:paraId="6BB04CBB" w14:textId="77777777">
        <w:trPr>
          <w:cantSplit/>
        </w:trPr>
        <w:tc>
          <w:tcPr>
            <w:tcW w:w="3009" w:type="dxa"/>
            <w:shd w:val="clear" w:color="auto" w:fill="EAF3F5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0D94E5A3" w14:textId="77777777" w:rsidR="002E371D" w:rsidRDefault="001B5211">
            <w:pPr>
              <w:spacing w:after="0" w:line="247" w:lineRule="auto"/>
            </w:pPr>
            <w:r>
              <w:rPr>
                <w:rFonts w:eastAsia="Arial" w:cs="Arial"/>
                <w:b/>
                <w:color w:val="104454"/>
                <w:sz w:val="22"/>
              </w:rPr>
              <w:t>Zdravotní pojišťovna</w:t>
            </w:r>
          </w:p>
        </w:tc>
        <w:tc>
          <w:tcPr>
            <w:tcW w:w="6351" w:type="dxa"/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243A4D32" w14:textId="77777777" w:rsidR="002E371D" w:rsidRDefault="001B5211">
            <w:pPr>
              <w:spacing w:after="0" w:line="247" w:lineRule="auto"/>
            </w:pPr>
            <w:r>
              <w:rPr>
                <w:rFonts w:eastAsia="Arial" w:cs="Arial"/>
                <w:sz w:val="23"/>
              </w:rPr>
              <w:t>____________________________</w:t>
            </w:r>
          </w:p>
        </w:tc>
      </w:tr>
      <w:tr w:rsidR="002E371D" w14:paraId="43BF9CEF" w14:textId="77777777">
        <w:trPr>
          <w:cantSplit/>
        </w:trPr>
        <w:tc>
          <w:tcPr>
            <w:tcW w:w="3009" w:type="dxa"/>
            <w:shd w:val="clear" w:color="auto" w:fill="EAF3F5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657C8C68" w14:textId="77777777" w:rsidR="002E371D" w:rsidRDefault="001B5211">
            <w:pPr>
              <w:spacing w:after="0" w:line="247" w:lineRule="auto"/>
            </w:pPr>
            <w:r>
              <w:rPr>
                <w:rFonts w:eastAsia="Arial" w:cs="Arial"/>
                <w:b/>
                <w:color w:val="104454"/>
                <w:sz w:val="22"/>
              </w:rPr>
              <w:t>Postavení dítěte</w:t>
            </w:r>
          </w:p>
        </w:tc>
        <w:tc>
          <w:tcPr>
            <w:tcW w:w="6351" w:type="dxa"/>
            <w:shd w:val="clear" w:color="auto" w:fill="F5F8F9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76234FF7" w14:textId="4641420D" w:rsidR="002E371D" w:rsidRDefault="001B5211">
            <w:pPr>
              <w:spacing w:after="0" w:line="247" w:lineRule="auto"/>
            </w:pPr>
            <w:proofErr w:type="gramStart"/>
            <w:r>
              <w:rPr>
                <w:rFonts w:eastAsia="Arial" w:cs="Arial"/>
                <w:sz w:val="23"/>
              </w:rPr>
              <w:t>☐</w:t>
            </w:r>
            <w:r>
              <w:rPr>
                <w:rFonts w:eastAsia="Arial" w:cs="Arial"/>
                <w:sz w:val="23"/>
              </w:rPr>
              <w:t xml:space="preserve">  dítě</w:t>
            </w:r>
            <w:proofErr w:type="gramEnd"/>
            <w:r>
              <w:rPr>
                <w:rFonts w:eastAsia="Arial" w:cs="Arial"/>
                <w:sz w:val="23"/>
              </w:rPr>
              <w:t xml:space="preserve"> plní povinné předškolní vzdělávání     </w:t>
            </w:r>
          </w:p>
        </w:tc>
      </w:tr>
    </w:tbl>
    <w:p w14:paraId="28F44D60" w14:textId="77777777" w:rsidR="002E371D" w:rsidRDefault="001B5211">
      <w:pPr>
        <w:keepNext/>
        <w:shd w:val="clear" w:color="auto" w:fill="15566A"/>
        <w:spacing w:before="55" w:after="55"/>
        <w:ind w:left="110" w:right="110"/>
      </w:pPr>
      <w:r>
        <w:rPr>
          <w:rFonts w:eastAsia="Arial" w:cs="Arial"/>
          <w:b/>
          <w:color w:val="FFFFFF"/>
          <w:sz w:val="25"/>
        </w:rPr>
        <w:t>2. ZÁKONNÝ ZÁSTUPCE A DORUČOVÁNÍ</w:t>
      </w:r>
    </w:p>
    <w:tbl>
      <w:tblPr>
        <w:tblW w:w="9360" w:type="dxa"/>
        <w:tblInd w:w="120" w:type="dxa"/>
        <w:tblBorders>
          <w:top w:val="single" w:sz="5" w:space="0" w:color="AFC1C7"/>
          <w:left w:val="single" w:sz="5" w:space="0" w:color="AFC1C7"/>
          <w:bottom w:val="single" w:sz="5" w:space="0" w:color="AFC1C7"/>
          <w:right w:val="single" w:sz="5" w:space="0" w:color="AFC1C7"/>
          <w:insideH w:val="single" w:sz="5" w:space="0" w:color="AFC1C7"/>
          <w:insideV w:val="single" w:sz="5" w:space="0" w:color="AFC1C7"/>
        </w:tblBorders>
        <w:tblLayout w:type="fixed"/>
        <w:tblLook w:val="04A0" w:firstRow="1" w:lastRow="0" w:firstColumn="1" w:lastColumn="0" w:noHBand="0" w:noVBand="1"/>
      </w:tblPr>
      <w:tblGrid>
        <w:gridCol w:w="3009"/>
        <w:gridCol w:w="6351"/>
      </w:tblGrid>
      <w:tr w:rsidR="002E371D" w14:paraId="53CEE3C7" w14:textId="77777777">
        <w:trPr>
          <w:cantSplit/>
        </w:trPr>
        <w:tc>
          <w:tcPr>
            <w:tcW w:w="3009" w:type="dxa"/>
            <w:shd w:val="clear" w:color="auto" w:fill="EAF3F5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3F491977" w14:textId="77777777" w:rsidR="002E371D" w:rsidRDefault="001B5211">
            <w:pPr>
              <w:spacing w:after="0" w:line="247" w:lineRule="auto"/>
            </w:pPr>
            <w:r>
              <w:rPr>
                <w:rFonts w:eastAsia="Arial" w:cs="Arial"/>
                <w:b/>
                <w:color w:val="104454"/>
                <w:sz w:val="22"/>
              </w:rPr>
              <w:t>Jméno a příjmení</w:t>
            </w:r>
          </w:p>
        </w:tc>
        <w:tc>
          <w:tcPr>
            <w:tcW w:w="6351" w:type="dxa"/>
            <w:shd w:val="clear" w:color="auto" w:fill="F5F8F9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7262CFE8" w14:textId="77777777" w:rsidR="002E371D" w:rsidRDefault="001B5211">
            <w:pPr>
              <w:spacing w:after="0" w:line="247" w:lineRule="auto"/>
            </w:pPr>
            <w:r>
              <w:rPr>
                <w:rFonts w:eastAsia="Arial" w:cs="Arial"/>
                <w:sz w:val="23"/>
              </w:rPr>
              <w:t>______________________________________</w:t>
            </w:r>
          </w:p>
        </w:tc>
      </w:tr>
      <w:tr w:rsidR="002E371D" w14:paraId="125E8BB3" w14:textId="77777777">
        <w:trPr>
          <w:cantSplit/>
        </w:trPr>
        <w:tc>
          <w:tcPr>
            <w:tcW w:w="3009" w:type="dxa"/>
            <w:shd w:val="clear" w:color="auto" w:fill="EAF3F5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430523BB" w14:textId="77777777" w:rsidR="002E371D" w:rsidRDefault="001B5211">
            <w:pPr>
              <w:spacing w:after="0" w:line="247" w:lineRule="auto"/>
            </w:pPr>
            <w:r>
              <w:rPr>
                <w:rFonts w:eastAsia="Arial" w:cs="Arial"/>
                <w:b/>
                <w:color w:val="104454"/>
                <w:sz w:val="22"/>
              </w:rPr>
              <w:t>Místo trvalého pobytu</w:t>
            </w:r>
          </w:p>
        </w:tc>
        <w:tc>
          <w:tcPr>
            <w:tcW w:w="6351" w:type="dxa"/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37389FFD" w14:textId="77777777" w:rsidR="002E371D" w:rsidRDefault="001B5211">
            <w:pPr>
              <w:spacing w:after="0" w:line="247" w:lineRule="auto"/>
            </w:pPr>
            <w:r>
              <w:rPr>
                <w:rFonts w:eastAsia="Arial" w:cs="Arial"/>
                <w:sz w:val="23"/>
              </w:rPr>
              <w:t>☐</w:t>
            </w:r>
            <w:r>
              <w:rPr>
                <w:rFonts w:eastAsia="Arial" w:cs="Arial"/>
                <w:sz w:val="23"/>
              </w:rPr>
              <w:t xml:space="preserve">  shodné s dítětem     ☐  jiné: ______________________________</w:t>
            </w:r>
          </w:p>
        </w:tc>
      </w:tr>
      <w:tr w:rsidR="002E371D" w14:paraId="75388ABB" w14:textId="77777777">
        <w:trPr>
          <w:cantSplit/>
        </w:trPr>
        <w:tc>
          <w:tcPr>
            <w:tcW w:w="3009" w:type="dxa"/>
            <w:shd w:val="clear" w:color="auto" w:fill="EAF3F5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5021FCE3" w14:textId="77777777" w:rsidR="002E371D" w:rsidRDefault="001B5211">
            <w:pPr>
              <w:spacing w:after="0" w:line="247" w:lineRule="auto"/>
            </w:pPr>
            <w:r>
              <w:rPr>
                <w:rFonts w:eastAsia="Arial" w:cs="Arial"/>
                <w:b/>
                <w:color w:val="104454"/>
                <w:sz w:val="22"/>
              </w:rPr>
              <w:t>Adresa pro doručování</w:t>
            </w:r>
          </w:p>
        </w:tc>
        <w:tc>
          <w:tcPr>
            <w:tcW w:w="6351" w:type="dxa"/>
            <w:shd w:val="clear" w:color="auto" w:fill="F5F8F9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42EF6668" w14:textId="77777777" w:rsidR="002E371D" w:rsidRDefault="001B5211">
            <w:pPr>
              <w:spacing w:after="0" w:line="247" w:lineRule="auto"/>
            </w:pPr>
            <w:r>
              <w:rPr>
                <w:rFonts w:eastAsia="Arial" w:cs="Arial"/>
                <w:sz w:val="23"/>
              </w:rPr>
              <w:t>______________________________________</w:t>
            </w:r>
          </w:p>
        </w:tc>
      </w:tr>
      <w:tr w:rsidR="002E371D" w14:paraId="01A69B11" w14:textId="77777777">
        <w:trPr>
          <w:cantSplit/>
        </w:trPr>
        <w:tc>
          <w:tcPr>
            <w:tcW w:w="3009" w:type="dxa"/>
            <w:shd w:val="clear" w:color="auto" w:fill="EAF3F5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152F17CE" w14:textId="77777777" w:rsidR="002E371D" w:rsidRDefault="001B5211">
            <w:pPr>
              <w:spacing w:after="0" w:line="247" w:lineRule="auto"/>
            </w:pPr>
            <w:r>
              <w:rPr>
                <w:rFonts w:eastAsia="Arial" w:cs="Arial"/>
                <w:b/>
                <w:color w:val="104454"/>
                <w:sz w:val="22"/>
              </w:rPr>
              <w:t>Telefon a e-mail</w:t>
            </w:r>
          </w:p>
        </w:tc>
        <w:tc>
          <w:tcPr>
            <w:tcW w:w="6351" w:type="dxa"/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37230F97" w14:textId="77777777" w:rsidR="001B5211" w:rsidRDefault="001B5211">
            <w:pPr>
              <w:spacing w:after="0" w:line="247" w:lineRule="auto"/>
              <w:rPr>
                <w:rFonts w:eastAsia="Arial" w:cs="Arial"/>
                <w:sz w:val="23"/>
              </w:rPr>
            </w:pPr>
            <w:proofErr w:type="spellStart"/>
            <w:r>
              <w:rPr>
                <w:rFonts w:eastAsia="Arial" w:cs="Arial"/>
                <w:sz w:val="23"/>
              </w:rPr>
              <w:t>telefon</w:t>
            </w:r>
            <w:proofErr w:type="spellEnd"/>
            <w:r>
              <w:rPr>
                <w:rFonts w:eastAsia="Arial" w:cs="Arial"/>
                <w:sz w:val="23"/>
              </w:rPr>
              <w:t>: ________________________</w:t>
            </w:r>
          </w:p>
          <w:p w14:paraId="4AB0F4A8" w14:textId="508FC91C" w:rsidR="002E371D" w:rsidRDefault="001B5211">
            <w:pPr>
              <w:spacing w:after="0" w:line="247" w:lineRule="auto"/>
            </w:pPr>
            <w:r>
              <w:rPr>
                <w:rFonts w:eastAsia="Arial" w:cs="Arial"/>
                <w:sz w:val="23"/>
              </w:rPr>
              <w:br/>
              <w:t>e-mail: __________________________</w:t>
            </w:r>
          </w:p>
        </w:tc>
      </w:tr>
    </w:tbl>
    <w:p w14:paraId="46AEB0FB" w14:textId="77777777" w:rsidR="002E371D" w:rsidRDefault="001B5211">
      <w:pPr>
        <w:keepNext/>
        <w:shd w:val="clear" w:color="auto" w:fill="15566A"/>
        <w:spacing w:before="55" w:after="55"/>
        <w:ind w:left="110" w:right="110"/>
      </w:pPr>
      <w:r>
        <w:rPr>
          <w:rFonts w:eastAsia="Arial" w:cs="Arial"/>
          <w:b/>
          <w:color w:val="FFFFFF"/>
          <w:sz w:val="25"/>
        </w:rPr>
        <w:t>3. DOMOVSKÁ MATEŘSKÁ ŠKOLA</w:t>
      </w:r>
    </w:p>
    <w:tbl>
      <w:tblPr>
        <w:tblW w:w="9360" w:type="dxa"/>
        <w:tblInd w:w="120" w:type="dxa"/>
        <w:tblBorders>
          <w:top w:val="single" w:sz="5" w:space="0" w:color="AFC1C7"/>
          <w:left w:val="single" w:sz="5" w:space="0" w:color="AFC1C7"/>
          <w:bottom w:val="single" w:sz="5" w:space="0" w:color="AFC1C7"/>
          <w:right w:val="single" w:sz="5" w:space="0" w:color="AFC1C7"/>
          <w:insideH w:val="single" w:sz="5" w:space="0" w:color="AFC1C7"/>
          <w:insideV w:val="single" w:sz="5" w:space="0" w:color="AFC1C7"/>
        </w:tblBorders>
        <w:tblLayout w:type="fixed"/>
        <w:tblLook w:val="04A0" w:firstRow="1" w:lastRow="0" w:firstColumn="1" w:lastColumn="0" w:noHBand="0" w:noVBand="1"/>
      </w:tblPr>
      <w:tblGrid>
        <w:gridCol w:w="3009"/>
        <w:gridCol w:w="6351"/>
      </w:tblGrid>
      <w:tr w:rsidR="002E371D" w14:paraId="30AD0AC0" w14:textId="77777777">
        <w:trPr>
          <w:cantSplit/>
        </w:trPr>
        <w:tc>
          <w:tcPr>
            <w:tcW w:w="3009" w:type="dxa"/>
            <w:shd w:val="clear" w:color="auto" w:fill="EAF3F5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36C8775C" w14:textId="77777777" w:rsidR="002E371D" w:rsidRDefault="001B5211">
            <w:pPr>
              <w:spacing w:after="0" w:line="247" w:lineRule="auto"/>
            </w:pPr>
            <w:r>
              <w:rPr>
                <w:rFonts w:eastAsia="Arial" w:cs="Arial"/>
                <w:b/>
                <w:color w:val="104454"/>
                <w:sz w:val="22"/>
              </w:rPr>
              <w:t>Dítě</w:t>
            </w:r>
          </w:p>
        </w:tc>
        <w:tc>
          <w:tcPr>
            <w:tcW w:w="6351" w:type="dxa"/>
            <w:shd w:val="clear" w:color="auto" w:fill="F5F8F9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4397C6A9" w14:textId="77777777" w:rsidR="002E371D" w:rsidRDefault="001B5211">
            <w:pPr>
              <w:spacing w:after="0" w:line="247" w:lineRule="auto"/>
            </w:pPr>
            <w:r>
              <w:rPr>
                <w:rFonts w:eastAsia="Arial" w:cs="Arial"/>
                <w:sz w:val="23"/>
              </w:rPr>
              <w:t>☐</w:t>
            </w:r>
            <w:r>
              <w:rPr>
                <w:rFonts w:eastAsia="Arial" w:cs="Arial"/>
                <w:sz w:val="23"/>
              </w:rPr>
              <w:t xml:space="preserve">  již navštěvuje MŠ Rosovice     ☐  </w:t>
            </w:r>
            <w:r>
              <w:rPr>
                <w:rFonts w:eastAsia="Arial" w:cs="Arial"/>
                <w:sz w:val="23"/>
              </w:rPr>
              <w:t>navštěvuje jinou MŠ</w:t>
            </w:r>
          </w:p>
        </w:tc>
      </w:tr>
      <w:tr w:rsidR="002E371D" w14:paraId="73B4B73C" w14:textId="77777777">
        <w:trPr>
          <w:cantSplit/>
        </w:trPr>
        <w:tc>
          <w:tcPr>
            <w:tcW w:w="3009" w:type="dxa"/>
            <w:shd w:val="clear" w:color="auto" w:fill="EAF3F5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79823AEB" w14:textId="77777777" w:rsidR="002E371D" w:rsidRDefault="001B5211">
            <w:pPr>
              <w:spacing w:after="0" w:line="247" w:lineRule="auto"/>
            </w:pPr>
            <w:r>
              <w:rPr>
                <w:rFonts w:eastAsia="Arial" w:cs="Arial"/>
                <w:b/>
                <w:color w:val="104454"/>
                <w:sz w:val="22"/>
              </w:rPr>
              <w:t>Název a adresa jiné MŠ</w:t>
            </w:r>
          </w:p>
        </w:tc>
        <w:tc>
          <w:tcPr>
            <w:tcW w:w="6351" w:type="dxa"/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39F5F4CF" w14:textId="77777777" w:rsidR="001B5211" w:rsidRDefault="001B5211">
            <w:pPr>
              <w:spacing w:after="0" w:line="247" w:lineRule="auto"/>
              <w:rPr>
                <w:rFonts w:eastAsia="Arial" w:cs="Arial"/>
                <w:sz w:val="23"/>
              </w:rPr>
            </w:pPr>
          </w:p>
          <w:p w14:paraId="141B3B0A" w14:textId="14EF434F" w:rsidR="002E371D" w:rsidRDefault="001B5211">
            <w:pPr>
              <w:spacing w:after="0" w:line="247" w:lineRule="auto"/>
            </w:pPr>
            <w:r>
              <w:rPr>
                <w:rFonts w:eastAsia="Arial" w:cs="Arial"/>
                <w:sz w:val="23"/>
              </w:rPr>
              <w:t>______________________________________</w:t>
            </w:r>
          </w:p>
        </w:tc>
      </w:tr>
      <w:tr w:rsidR="002E371D" w14:paraId="6054110A" w14:textId="77777777">
        <w:trPr>
          <w:cantSplit/>
        </w:trPr>
        <w:tc>
          <w:tcPr>
            <w:tcW w:w="3009" w:type="dxa"/>
            <w:shd w:val="clear" w:color="auto" w:fill="EAF3F5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02B6097E" w14:textId="77777777" w:rsidR="002E371D" w:rsidRDefault="001B5211">
            <w:pPr>
              <w:spacing w:after="0" w:line="247" w:lineRule="auto"/>
            </w:pPr>
            <w:proofErr w:type="spellStart"/>
            <w:r>
              <w:rPr>
                <w:rFonts w:eastAsia="Arial" w:cs="Arial"/>
                <w:b/>
                <w:color w:val="104454"/>
                <w:sz w:val="22"/>
              </w:rPr>
              <w:t>Kontakt</w:t>
            </w:r>
            <w:proofErr w:type="spellEnd"/>
            <w:r>
              <w:rPr>
                <w:rFonts w:eastAsia="Arial" w:cs="Arial"/>
                <w:b/>
                <w:color w:val="104454"/>
                <w:sz w:val="22"/>
              </w:rPr>
              <w:t xml:space="preserve"> </w:t>
            </w:r>
            <w:proofErr w:type="spellStart"/>
            <w:r>
              <w:rPr>
                <w:rFonts w:eastAsia="Arial" w:cs="Arial"/>
                <w:b/>
                <w:color w:val="104454"/>
                <w:sz w:val="22"/>
              </w:rPr>
              <w:t>na</w:t>
            </w:r>
            <w:proofErr w:type="spellEnd"/>
            <w:r>
              <w:rPr>
                <w:rFonts w:eastAsia="Arial" w:cs="Arial"/>
                <w:b/>
                <w:color w:val="104454"/>
                <w:sz w:val="22"/>
              </w:rPr>
              <w:t xml:space="preserve"> </w:t>
            </w:r>
            <w:proofErr w:type="spellStart"/>
            <w:r>
              <w:rPr>
                <w:rFonts w:eastAsia="Arial" w:cs="Arial"/>
                <w:b/>
                <w:color w:val="104454"/>
                <w:sz w:val="22"/>
              </w:rPr>
              <w:t>jinou</w:t>
            </w:r>
            <w:proofErr w:type="spellEnd"/>
            <w:r>
              <w:rPr>
                <w:rFonts w:eastAsia="Arial" w:cs="Arial"/>
                <w:b/>
                <w:color w:val="104454"/>
                <w:sz w:val="22"/>
              </w:rPr>
              <w:t xml:space="preserve"> MŠ</w:t>
            </w:r>
          </w:p>
        </w:tc>
        <w:tc>
          <w:tcPr>
            <w:tcW w:w="6351" w:type="dxa"/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1C96CD70" w14:textId="77777777" w:rsidR="002E371D" w:rsidRDefault="001B5211">
            <w:pPr>
              <w:spacing w:after="0" w:line="247" w:lineRule="auto"/>
            </w:pPr>
            <w:r>
              <w:rPr>
                <w:rFonts w:eastAsia="Arial" w:cs="Arial"/>
                <w:sz w:val="23"/>
              </w:rPr>
              <w:t xml:space="preserve">telefon / e-mail: </w:t>
            </w:r>
            <w:r>
              <w:rPr>
                <w:rFonts w:eastAsia="Arial" w:cs="Arial"/>
                <w:sz w:val="23"/>
              </w:rPr>
              <w:t>__________________________________________</w:t>
            </w:r>
          </w:p>
        </w:tc>
      </w:tr>
    </w:tbl>
    <w:p w14:paraId="141E84D4" w14:textId="77777777" w:rsidR="002E371D" w:rsidRDefault="001B5211">
      <w:r>
        <w:br w:type="page"/>
      </w:r>
    </w:p>
    <w:p w14:paraId="71DA6479" w14:textId="77777777" w:rsidR="002E371D" w:rsidRDefault="001B5211">
      <w:pPr>
        <w:keepNext/>
        <w:shd w:val="clear" w:color="auto" w:fill="15566A"/>
        <w:spacing w:before="55" w:after="55"/>
        <w:ind w:left="110" w:right="110"/>
      </w:pPr>
      <w:r>
        <w:rPr>
          <w:rFonts w:eastAsia="Arial" w:cs="Arial"/>
          <w:b/>
          <w:color w:val="FFFFFF"/>
          <w:sz w:val="25"/>
        </w:rPr>
        <w:lastRenderedPageBreak/>
        <w:t>4. POŽADOVANÝ ROZSAH DOCHÁZKY</w:t>
      </w:r>
    </w:p>
    <w:p w14:paraId="624D5D48" w14:textId="77777777" w:rsidR="002E371D" w:rsidRDefault="001B5211">
      <w:pPr>
        <w:spacing w:after="80"/>
      </w:pPr>
      <w:r>
        <w:rPr>
          <w:rFonts w:eastAsia="Arial" w:cs="Arial"/>
          <w:b/>
          <w:color w:val="104454"/>
        </w:rPr>
        <w:t>Žádám o přijetí dítěte v níže uvedeném rozsahu:</w:t>
      </w:r>
    </w:p>
    <w:tbl>
      <w:tblPr>
        <w:tblW w:w="9360" w:type="dxa"/>
        <w:tblInd w:w="120" w:type="dxa"/>
        <w:tblBorders>
          <w:top w:val="single" w:sz="5" w:space="0" w:color="AFC1C7"/>
          <w:left w:val="single" w:sz="5" w:space="0" w:color="AFC1C7"/>
          <w:bottom w:val="single" w:sz="5" w:space="0" w:color="AFC1C7"/>
          <w:right w:val="single" w:sz="5" w:space="0" w:color="AFC1C7"/>
          <w:insideH w:val="single" w:sz="5" w:space="0" w:color="AFC1C7"/>
          <w:insideV w:val="single" w:sz="5" w:space="0" w:color="AFC1C7"/>
        </w:tblBorders>
        <w:tblLayout w:type="fixed"/>
        <w:tblLook w:val="04A0" w:firstRow="1" w:lastRow="0" w:firstColumn="1" w:lastColumn="0" w:noHBand="0" w:noVBand="1"/>
      </w:tblPr>
      <w:tblGrid>
        <w:gridCol w:w="2340"/>
        <w:gridCol w:w="2897"/>
        <w:gridCol w:w="1281"/>
        <w:gridCol w:w="1281"/>
        <w:gridCol w:w="1561"/>
      </w:tblGrid>
      <w:tr w:rsidR="002E371D" w14:paraId="6E2EF1E0" w14:textId="77777777">
        <w:trPr>
          <w:tblHeader/>
        </w:trPr>
        <w:tc>
          <w:tcPr>
            <w:tcW w:w="2340" w:type="dxa"/>
            <w:shd w:val="clear" w:color="auto" w:fill="15566A"/>
            <w:tcMar>
              <w:top w:w="62" w:type="dxa"/>
              <w:left w:w="120" w:type="dxa"/>
              <w:bottom w:w="62" w:type="dxa"/>
              <w:right w:w="120" w:type="dxa"/>
            </w:tcMar>
          </w:tcPr>
          <w:p w14:paraId="4D007F94" w14:textId="77777777" w:rsidR="002E371D" w:rsidRDefault="001B5211">
            <w:pPr>
              <w:spacing w:after="0" w:line="240" w:lineRule="auto"/>
              <w:jc w:val="center"/>
            </w:pPr>
            <w:r>
              <w:rPr>
                <w:rFonts w:eastAsia="Arial" w:cs="Arial"/>
                <w:b/>
                <w:color w:val="FFFFFF"/>
                <w:sz w:val="21"/>
              </w:rPr>
              <w:t>Období od–do</w:t>
            </w:r>
          </w:p>
        </w:tc>
        <w:tc>
          <w:tcPr>
            <w:tcW w:w="2897" w:type="dxa"/>
            <w:shd w:val="clear" w:color="auto" w:fill="15566A"/>
            <w:tcMar>
              <w:top w:w="62" w:type="dxa"/>
              <w:left w:w="120" w:type="dxa"/>
              <w:bottom w:w="62" w:type="dxa"/>
              <w:right w:w="120" w:type="dxa"/>
            </w:tcMar>
          </w:tcPr>
          <w:p w14:paraId="272B243D" w14:textId="77777777" w:rsidR="002E371D" w:rsidRDefault="001B5211">
            <w:pPr>
              <w:spacing w:after="0" w:line="240" w:lineRule="auto"/>
              <w:jc w:val="center"/>
            </w:pPr>
            <w:r>
              <w:rPr>
                <w:rFonts w:eastAsia="Arial" w:cs="Arial"/>
                <w:b/>
                <w:color w:val="FFFFFF"/>
                <w:sz w:val="21"/>
              </w:rPr>
              <w:t>Dny docházky</w:t>
            </w:r>
          </w:p>
        </w:tc>
        <w:tc>
          <w:tcPr>
            <w:tcW w:w="1281" w:type="dxa"/>
            <w:shd w:val="clear" w:color="auto" w:fill="15566A"/>
            <w:tcMar>
              <w:top w:w="62" w:type="dxa"/>
              <w:left w:w="120" w:type="dxa"/>
              <w:bottom w:w="62" w:type="dxa"/>
              <w:right w:w="120" w:type="dxa"/>
            </w:tcMar>
          </w:tcPr>
          <w:p w14:paraId="3D19F8F9" w14:textId="77777777" w:rsidR="002E371D" w:rsidRDefault="001B5211">
            <w:pPr>
              <w:spacing w:after="0" w:line="240" w:lineRule="auto"/>
              <w:jc w:val="center"/>
            </w:pPr>
            <w:r>
              <w:rPr>
                <w:rFonts w:eastAsia="Arial" w:cs="Arial"/>
                <w:b/>
                <w:color w:val="FFFFFF"/>
                <w:sz w:val="21"/>
              </w:rPr>
              <w:t>Příchod</w:t>
            </w:r>
          </w:p>
        </w:tc>
        <w:tc>
          <w:tcPr>
            <w:tcW w:w="1281" w:type="dxa"/>
            <w:shd w:val="clear" w:color="auto" w:fill="15566A"/>
            <w:tcMar>
              <w:top w:w="62" w:type="dxa"/>
              <w:left w:w="120" w:type="dxa"/>
              <w:bottom w:w="62" w:type="dxa"/>
              <w:right w:w="120" w:type="dxa"/>
            </w:tcMar>
          </w:tcPr>
          <w:p w14:paraId="287146DE" w14:textId="77777777" w:rsidR="002E371D" w:rsidRDefault="001B5211">
            <w:pPr>
              <w:spacing w:after="0" w:line="240" w:lineRule="auto"/>
              <w:jc w:val="center"/>
            </w:pPr>
            <w:r>
              <w:rPr>
                <w:rFonts w:eastAsia="Arial" w:cs="Arial"/>
                <w:b/>
                <w:color w:val="FFFFFF"/>
                <w:sz w:val="21"/>
              </w:rPr>
              <w:t>Odchod</w:t>
            </w:r>
          </w:p>
        </w:tc>
        <w:tc>
          <w:tcPr>
            <w:tcW w:w="1561" w:type="dxa"/>
            <w:shd w:val="clear" w:color="auto" w:fill="15566A"/>
            <w:tcMar>
              <w:top w:w="62" w:type="dxa"/>
              <w:left w:w="120" w:type="dxa"/>
              <w:bottom w:w="62" w:type="dxa"/>
              <w:right w:w="120" w:type="dxa"/>
            </w:tcMar>
          </w:tcPr>
          <w:p w14:paraId="1CB88765" w14:textId="77777777" w:rsidR="002E371D" w:rsidRDefault="001B5211">
            <w:pPr>
              <w:spacing w:after="0" w:line="240" w:lineRule="auto"/>
              <w:jc w:val="center"/>
            </w:pPr>
            <w:r>
              <w:rPr>
                <w:rFonts w:eastAsia="Arial" w:cs="Arial"/>
                <w:b/>
                <w:color w:val="FFFFFF"/>
                <w:sz w:val="21"/>
              </w:rPr>
              <w:t>Strava</w:t>
            </w:r>
          </w:p>
        </w:tc>
      </w:tr>
      <w:tr w:rsidR="002E371D" w14:paraId="02652F43" w14:textId="77777777">
        <w:trPr>
          <w:cantSplit/>
        </w:trPr>
        <w:tc>
          <w:tcPr>
            <w:tcW w:w="2340" w:type="dxa"/>
            <w:shd w:val="clear" w:color="auto" w:fill="F5F8F9"/>
            <w:tcMar>
              <w:top w:w="74" w:type="dxa"/>
              <w:left w:w="120" w:type="dxa"/>
              <w:bottom w:w="74" w:type="dxa"/>
              <w:right w:w="120" w:type="dxa"/>
            </w:tcMar>
            <w:vAlign w:val="center"/>
          </w:tcPr>
          <w:p w14:paraId="1A020375" w14:textId="77777777" w:rsidR="002E371D" w:rsidRDefault="001B5211">
            <w:pPr>
              <w:spacing w:after="0" w:line="240" w:lineRule="auto"/>
              <w:jc w:val="center"/>
            </w:pPr>
            <w:r>
              <w:rPr>
                <w:rFonts w:eastAsia="Arial" w:cs="Arial"/>
                <w:sz w:val="21"/>
              </w:rPr>
              <w:t>________________</w:t>
            </w:r>
          </w:p>
        </w:tc>
        <w:tc>
          <w:tcPr>
            <w:tcW w:w="2897" w:type="dxa"/>
            <w:shd w:val="clear" w:color="auto" w:fill="F5F8F9"/>
            <w:tcMar>
              <w:top w:w="74" w:type="dxa"/>
              <w:left w:w="120" w:type="dxa"/>
              <w:bottom w:w="74" w:type="dxa"/>
              <w:right w:w="120" w:type="dxa"/>
            </w:tcMar>
            <w:vAlign w:val="center"/>
          </w:tcPr>
          <w:p w14:paraId="5A4B5454" w14:textId="77777777" w:rsidR="002E371D" w:rsidRDefault="001B5211">
            <w:pPr>
              <w:spacing w:after="0" w:line="240" w:lineRule="auto"/>
              <w:jc w:val="center"/>
            </w:pPr>
            <w:r>
              <w:rPr>
                <w:rFonts w:eastAsia="Arial" w:cs="Arial"/>
                <w:sz w:val="21"/>
              </w:rPr>
              <w:t>☐</w:t>
            </w:r>
            <w:r>
              <w:rPr>
                <w:rFonts w:eastAsia="Arial" w:cs="Arial"/>
                <w:sz w:val="21"/>
              </w:rPr>
              <w:t xml:space="preserve"> Po  ☐ Út  ☐ St</w:t>
            </w:r>
            <w:r>
              <w:rPr>
                <w:rFonts w:eastAsia="Arial" w:cs="Arial"/>
                <w:sz w:val="21"/>
              </w:rPr>
              <w:br/>
              <w:t>☐ Čt  ☐ Pá</w:t>
            </w:r>
          </w:p>
        </w:tc>
        <w:tc>
          <w:tcPr>
            <w:tcW w:w="1281" w:type="dxa"/>
            <w:shd w:val="clear" w:color="auto" w:fill="F5F8F9"/>
            <w:tcMar>
              <w:top w:w="74" w:type="dxa"/>
              <w:left w:w="120" w:type="dxa"/>
              <w:bottom w:w="74" w:type="dxa"/>
              <w:right w:w="120" w:type="dxa"/>
            </w:tcMar>
            <w:vAlign w:val="center"/>
          </w:tcPr>
          <w:p w14:paraId="16EEF688" w14:textId="77777777" w:rsidR="002E371D" w:rsidRDefault="001B5211">
            <w:pPr>
              <w:spacing w:after="0" w:line="240" w:lineRule="auto"/>
              <w:jc w:val="center"/>
            </w:pPr>
            <w:r>
              <w:rPr>
                <w:rFonts w:eastAsia="Arial" w:cs="Arial"/>
                <w:sz w:val="21"/>
              </w:rPr>
              <w:t>______</w:t>
            </w:r>
          </w:p>
        </w:tc>
        <w:tc>
          <w:tcPr>
            <w:tcW w:w="1281" w:type="dxa"/>
            <w:shd w:val="clear" w:color="auto" w:fill="F5F8F9"/>
            <w:tcMar>
              <w:top w:w="74" w:type="dxa"/>
              <w:left w:w="120" w:type="dxa"/>
              <w:bottom w:w="74" w:type="dxa"/>
              <w:right w:w="120" w:type="dxa"/>
            </w:tcMar>
            <w:vAlign w:val="center"/>
          </w:tcPr>
          <w:p w14:paraId="687474FA" w14:textId="77777777" w:rsidR="002E371D" w:rsidRDefault="001B5211">
            <w:pPr>
              <w:spacing w:after="0" w:line="240" w:lineRule="auto"/>
              <w:jc w:val="center"/>
            </w:pPr>
            <w:r>
              <w:rPr>
                <w:rFonts w:eastAsia="Arial" w:cs="Arial"/>
                <w:sz w:val="21"/>
              </w:rPr>
              <w:t>______</w:t>
            </w:r>
          </w:p>
        </w:tc>
        <w:tc>
          <w:tcPr>
            <w:tcW w:w="1561" w:type="dxa"/>
            <w:shd w:val="clear" w:color="auto" w:fill="F5F8F9"/>
            <w:tcMar>
              <w:top w:w="74" w:type="dxa"/>
              <w:left w:w="120" w:type="dxa"/>
              <w:bottom w:w="74" w:type="dxa"/>
              <w:right w:w="120" w:type="dxa"/>
            </w:tcMar>
            <w:vAlign w:val="center"/>
          </w:tcPr>
          <w:p w14:paraId="56B89627" w14:textId="77777777" w:rsidR="002E371D" w:rsidRDefault="001B5211">
            <w:pPr>
              <w:spacing w:after="0" w:line="240" w:lineRule="auto"/>
              <w:jc w:val="center"/>
            </w:pPr>
            <w:r>
              <w:rPr>
                <w:rFonts w:eastAsia="Arial" w:cs="Arial"/>
                <w:sz w:val="21"/>
              </w:rPr>
              <w:t>☐</w:t>
            </w:r>
            <w:r>
              <w:rPr>
                <w:rFonts w:eastAsia="Arial" w:cs="Arial"/>
                <w:sz w:val="21"/>
              </w:rPr>
              <w:t xml:space="preserve"> D  ☐ O</w:t>
            </w:r>
          </w:p>
        </w:tc>
      </w:tr>
      <w:tr w:rsidR="002E371D" w14:paraId="3BBE4EE8" w14:textId="77777777">
        <w:trPr>
          <w:cantSplit/>
        </w:trPr>
        <w:tc>
          <w:tcPr>
            <w:tcW w:w="2340" w:type="dxa"/>
            <w:shd w:val="clear" w:color="auto" w:fill="FFFFFF"/>
            <w:tcMar>
              <w:top w:w="74" w:type="dxa"/>
              <w:left w:w="120" w:type="dxa"/>
              <w:bottom w:w="74" w:type="dxa"/>
              <w:right w:w="120" w:type="dxa"/>
            </w:tcMar>
            <w:vAlign w:val="center"/>
          </w:tcPr>
          <w:p w14:paraId="7ED2CFB0" w14:textId="77777777" w:rsidR="002E371D" w:rsidRDefault="001B5211">
            <w:pPr>
              <w:spacing w:after="0" w:line="240" w:lineRule="auto"/>
              <w:jc w:val="center"/>
            </w:pPr>
            <w:r>
              <w:rPr>
                <w:rFonts w:eastAsia="Arial" w:cs="Arial"/>
                <w:sz w:val="21"/>
              </w:rPr>
              <w:t>________________</w:t>
            </w:r>
          </w:p>
        </w:tc>
        <w:tc>
          <w:tcPr>
            <w:tcW w:w="2897" w:type="dxa"/>
            <w:shd w:val="clear" w:color="auto" w:fill="FFFFFF"/>
            <w:tcMar>
              <w:top w:w="74" w:type="dxa"/>
              <w:left w:w="120" w:type="dxa"/>
              <w:bottom w:w="74" w:type="dxa"/>
              <w:right w:w="120" w:type="dxa"/>
            </w:tcMar>
            <w:vAlign w:val="center"/>
          </w:tcPr>
          <w:p w14:paraId="78769589" w14:textId="77777777" w:rsidR="002E371D" w:rsidRDefault="001B5211">
            <w:pPr>
              <w:spacing w:after="0" w:line="240" w:lineRule="auto"/>
              <w:jc w:val="center"/>
            </w:pPr>
            <w:r>
              <w:rPr>
                <w:rFonts w:eastAsia="Arial" w:cs="Arial"/>
                <w:sz w:val="21"/>
              </w:rPr>
              <w:t>☐</w:t>
            </w:r>
            <w:r>
              <w:rPr>
                <w:rFonts w:eastAsia="Arial" w:cs="Arial"/>
                <w:sz w:val="21"/>
              </w:rPr>
              <w:t xml:space="preserve"> Po  ☐ Út  ☐ St</w:t>
            </w:r>
            <w:r>
              <w:rPr>
                <w:rFonts w:eastAsia="Arial" w:cs="Arial"/>
                <w:sz w:val="21"/>
              </w:rPr>
              <w:br/>
              <w:t>☐ Čt  ☐ Pá</w:t>
            </w:r>
          </w:p>
        </w:tc>
        <w:tc>
          <w:tcPr>
            <w:tcW w:w="1281" w:type="dxa"/>
            <w:shd w:val="clear" w:color="auto" w:fill="FFFFFF"/>
            <w:tcMar>
              <w:top w:w="74" w:type="dxa"/>
              <w:left w:w="120" w:type="dxa"/>
              <w:bottom w:w="74" w:type="dxa"/>
              <w:right w:w="120" w:type="dxa"/>
            </w:tcMar>
            <w:vAlign w:val="center"/>
          </w:tcPr>
          <w:p w14:paraId="7853B09D" w14:textId="77777777" w:rsidR="002E371D" w:rsidRDefault="001B5211">
            <w:pPr>
              <w:spacing w:after="0" w:line="240" w:lineRule="auto"/>
              <w:jc w:val="center"/>
            </w:pPr>
            <w:r>
              <w:rPr>
                <w:rFonts w:eastAsia="Arial" w:cs="Arial"/>
                <w:sz w:val="21"/>
              </w:rPr>
              <w:t>______</w:t>
            </w:r>
          </w:p>
        </w:tc>
        <w:tc>
          <w:tcPr>
            <w:tcW w:w="1281" w:type="dxa"/>
            <w:shd w:val="clear" w:color="auto" w:fill="FFFFFF"/>
            <w:tcMar>
              <w:top w:w="74" w:type="dxa"/>
              <w:left w:w="120" w:type="dxa"/>
              <w:bottom w:w="74" w:type="dxa"/>
              <w:right w:w="120" w:type="dxa"/>
            </w:tcMar>
            <w:vAlign w:val="center"/>
          </w:tcPr>
          <w:p w14:paraId="3DAB5D03" w14:textId="77777777" w:rsidR="002E371D" w:rsidRDefault="001B5211">
            <w:pPr>
              <w:spacing w:after="0" w:line="240" w:lineRule="auto"/>
              <w:jc w:val="center"/>
            </w:pPr>
            <w:r>
              <w:rPr>
                <w:rFonts w:eastAsia="Arial" w:cs="Arial"/>
                <w:sz w:val="21"/>
              </w:rPr>
              <w:t>______</w:t>
            </w:r>
          </w:p>
        </w:tc>
        <w:tc>
          <w:tcPr>
            <w:tcW w:w="1561" w:type="dxa"/>
            <w:shd w:val="clear" w:color="auto" w:fill="FFFFFF"/>
            <w:tcMar>
              <w:top w:w="74" w:type="dxa"/>
              <w:left w:w="120" w:type="dxa"/>
              <w:bottom w:w="74" w:type="dxa"/>
              <w:right w:w="120" w:type="dxa"/>
            </w:tcMar>
            <w:vAlign w:val="center"/>
          </w:tcPr>
          <w:p w14:paraId="721C1E2B" w14:textId="77777777" w:rsidR="002E371D" w:rsidRDefault="001B5211">
            <w:pPr>
              <w:spacing w:after="0" w:line="240" w:lineRule="auto"/>
              <w:jc w:val="center"/>
            </w:pPr>
            <w:r>
              <w:rPr>
                <w:rFonts w:eastAsia="Arial" w:cs="Arial"/>
                <w:sz w:val="21"/>
              </w:rPr>
              <w:t>☐</w:t>
            </w:r>
            <w:r>
              <w:rPr>
                <w:rFonts w:eastAsia="Arial" w:cs="Arial"/>
                <w:sz w:val="21"/>
              </w:rPr>
              <w:t xml:space="preserve"> D  ☐ O</w:t>
            </w:r>
          </w:p>
        </w:tc>
      </w:tr>
    </w:tbl>
    <w:p w14:paraId="4DDE1CDD" w14:textId="77777777" w:rsidR="002E371D" w:rsidRDefault="001B5211">
      <w:pPr>
        <w:spacing w:before="40" w:after="40"/>
        <w:jc w:val="right"/>
      </w:pPr>
      <w:r>
        <w:rPr>
          <w:rFonts w:eastAsia="Arial" w:cs="Arial"/>
          <w:i/>
          <w:color w:val="5F6B73"/>
          <w:sz w:val="19"/>
        </w:rPr>
        <w:t xml:space="preserve">D = </w:t>
      </w:r>
      <w:proofErr w:type="spellStart"/>
      <w:r>
        <w:rPr>
          <w:rFonts w:eastAsia="Arial" w:cs="Arial"/>
          <w:i/>
          <w:color w:val="5F6B73"/>
          <w:sz w:val="19"/>
        </w:rPr>
        <w:t>celodenní</w:t>
      </w:r>
      <w:proofErr w:type="spellEnd"/>
      <w:r>
        <w:rPr>
          <w:rFonts w:eastAsia="Arial" w:cs="Arial"/>
          <w:i/>
          <w:color w:val="5F6B73"/>
          <w:sz w:val="19"/>
        </w:rPr>
        <w:t xml:space="preserve"> </w:t>
      </w:r>
      <w:proofErr w:type="spellStart"/>
      <w:r>
        <w:rPr>
          <w:rFonts w:eastAsia="Arial" w:cs="Arial"/>
          <w:i/>
          <w:color w:val="5F6B73"/>
          <w:sz w:val="19"/>
        </w:rPr>
        <w:t>stravování</w:t>
      </w:r>
      <w:proofErr w:type="spellEnd"/>
      <w:r>
        <w:rPr>
          <w:rFonts w:eastAsia="Arial" w:cs="Arial"/>
          <w:i/>
          <w:color w:val="5F6B73"/>
          <w:sz w:val="19"/>
        </w:rPr>
        <w:t xml:space="preserve"> (svačiny a </w:t>
      </w:r>
      <w:proofErr w:type="gramStart"/>
      <w:r>
        <w:rPr>
          <w:rFonts w:eastAsia="Arial" w:cs="Arial"/>
          <w:i/>
          <w:color w:val="5F6B73"/>
          <w:sz w:val="19"/>
        </w:rPr>
        <w:t xml:space="preserve">oběd)   </w:t>
      </w:r>
      <w:proofErr w:type="gramEnd"/>
      <w:r>
        <w:rPr>
          <w:rFonts w:eastAsia="Arial" w:cs="Arial"/>
          <w:i/>
          <w:color w:val="5F6B73"/>
          <w:sz w:val="19"/>
        </w:rPr>
        <w:t>|   O = pouze oběd, umožňuje-li jej provoz školy</w:t>
      </w:r>
    </w:p>
    <w:p w14:paraId="5D06362E" w14:textId="77777777" w:rsidR="002E371D" w:rsidRDefault="001B5211">
      <w:pPr>
        <w:spacing w:after="40"/>
      </w:pPr>
      <w:r>
        <w:rPr>
          <w:rFonts w:eastAsia="Arial" w:cs="Arial"/>
          <w:sz w:val="22"/>
        </w:rPr>
        <w:t xml:space="preserve">Případná poznámka k </w:t>
      </w:r>
      <w:r>
        <w:rPr>
          <w:rFonts w:eastAsia="Arial" w:cs="Arial"/>
          <w:sz w:val="22"/>
        </w:rPr>
        <w:t>docházce: _______________________________________________________________</w:t>
      </w:r>
    </w:p>
    <w:p w14:paraId="52597221" w14:textId="77777777" w:rsidR="002E371D" w:rsidRDefault="001B5211">
      <w:pPr>
        <w:keepNext/>
        <w:shd w:val="clear" w:color="auto" w:fill="15566A"/>
        <w:spacing w:before="55" w:after="55"/>
        <w:ind w:left="110" w:right="110"/>
      </w:pPr>
      <w:r>
        <w:rPr>
          <w:rFonts w:eastAsia="Arial" w:cs="Arial"/>
          <w:b/>
          <w:color w:val="FFFFFF"/>
          <w:sz w:val="25"/>
        </w:rPr>
        <w:t>5. INFORMACE DŮLEŽITÉ PRO BEZPEČNOU PÉČI O DÍTĚ</w:t>
      </w:r>
    </w:p>
    <w:tbl>
      <w:tblPr>
        <w:tblW w:w="9360" w:type="dxa"/>
        <w:tblInd w:w="120" w:type="dxa"/>
        <w:tblBorders>
          <w:top w:val="single" w:sz="5" w:space="0" w:color="AFC1C7"/>
          <w:left w:val="single" w:sz="5" w:space="0" w:color="AFC1C7"/>
          <w:bottom w:val="single" w:sz="5" w:space="0" w:color="AFC1C7"/>
          <w:right w:val="single" w:sz="5" w:space="0" w:color="AFC1C7"/>
          <w:insideH w:val="single" w:sz="5" w:space="0" w:color="AFC1C7"/>
          <w:insideV w:val="single" w:sz="5" w:space="0" w:color="AFC1C7"/>
        </w:tblBorders>
        <w:tblLayout w:type="fixed"/>
        <w:tblLook w:val="04A0" w:firstRow="1" w:lastRow="0" w:firstColumn="1" w:lastColumn="0" w:noHBand="0" w:noVBand="1"/>
      </w:tblPr>
      <w:tblGrid>
        <w:gridCol w:w="3009"/>
        <w:gridCol w:w="6351"/>
      </w:tblGrid>
      <w:tr w:rsidR="002E371D" w14:paraId="5C4B6CC0" w14:textId="77777777">
        <w:trPr>
          <w:cantSplit/>
        </w:trPr>
        <w:tc>
          <w:tcPr>
            <w:tcW w:w="3009" w:type="dxa"/>
            <w:shd w:val="clear" w:color="auto" w:fill="EAF3F5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4C7C39A6" w14:textId="77777777" w:rsidR="002E371D" w:rsidRDefault="001B5211">
            <w:pPr>
              <w:spacing w:after="0" w:line="247" w:lineRule="auto"/>
            </w:pPr>
            <w:r>
              <w:rPr>
                <w:rFonts w:eastAsia="Arial" w:cs="Arial"/>
                <w:b/>
                <w:color w:val="104454"/>
                <w:sz w:val="22"/>
              </w:rPr>
              <w:t>Alergie a dietní omezení</w:t>
            </w:r>
          </w:p>
        </w:tc>
        <w:tc>
          <w:tcPr>
            <w:tcW w:w="6351" w:type="dxa"/>
            <w:shd w:val="clear" w:color="auto" w:fill="F5F8F9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54BC7117" w14:textId="0304877E" w:rsidR="002E371D" w:rsidRDefault="001B5211">
            <w:pPr>
              <w:spacing w:after="0" w:line="247" w:lineRule="auto"/>
            </w:pPr>
            <w:r>
              <w:rPr>
                <w:rFonts w:eastAsia="Arial" w:cs="Arial"/>
                <w:sz w:val="22"/>
              </w:rPr>
              <w:br/>
              <w:t>______________________________________</w:t>
            </w:r>
          </w:p>
        </w:tc>
      </w:tr>
      <w:tr w:rsidR="002E371D" w14:paraId="3A58CE80" w14:textId="77777777">
        <w:trPr>
          <w:cantSplit/>
        </w:trPr>
        <w:tc>
          <w:tcPr>
            <w:tcW w:w="3009" w:type="dxa"/>
            <w:shd w:val="clear" w:color="auto" w:fill="EAF3F5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5497E315" w14:textId="77777777" w:rsidR="002E371D" w:rsidRDefault="001B5211">
            <w:pPr>
              <w:spacing w:after="0" w:line="247" w:lineRule="auto"/>
            </w:pPr>
            <w:r>
              <w:rPr>
                <w:rFonts w:eastAsia="Arial" w:cs="Arial"/>
                <w:b/>
                <w:color w:val="104454"/>
                <w:sz w:val="22"/>
              </w:rPr>
              <w:t xml:space="preserve">Zdravotní omezení / </w:t>
            </w:r>
            <w:r>
              <w:rPr>
                <w:rFonts w:eastAsia="Arial" w:cs="Arial"/>
                <w:b/>
                <w:color w:val="104454"/>
                <w:sz w:val="22"/>
              </w:rPr>
              <w:t>potřeby</w:t>
            </w:r>
          </w:p>
        </w:tc>
        <w:tc>
          <w:tcPr>
            <w:tcW w:w="6351" w:type="dxa"/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61EF7498" w14:textId="77777777" w:rsidR="002E371D" w:rsidRDefault="001B5211">
            <w:pPr>
              <w:spacing w:after="0" w:line="247" w:lineRule="auto"/>
            </w:pPr>
            <w:r>
              <w:rPr>
                <w:rFonts w:eastAsia="Arial" w:cs="Arial"/>
                <w:sz w:val="22"/>
              </w:rPr>
              <w:t>______________________________________</w:t>
            </w:r>
            <w:r>
              <w:rPr>
                <w:rFonts w:eastAsia="Arial" w:cs="Arial"/>
                <w:sz w:val="22"/>
              </w:rPr>
              <w:br/>
              <w:t>______________________________________</w:t>
            </w:r>
          </w:p>
        </w:tc>
      </w:tr>
      <w:tr w:rsidR="002E371D" w14:paraId="12C94685" w14:textId="77777777">
        <w:trPr>
          <w:cantSplit/>
        </w:trPr>
        <w:tc>
          <w:tcPr>
            <w:tcW w:w="3009" w:type="dxa"/>
            <w:shd w:val="clear" w:color="auto" w:fill="EAF3F5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7BF6D1D3" w14:textId="77777777" w:rsidR="002E371D" w:rsidRDefault="001B5211">
            <w:pPr>
              <w:spacing w:after="0" w:line="247" w:lineRule="auto"/>
            </w:pPr>
            <w:r>
              <w:rPr>
                <w:rFonts w:eastAsia="Arial" w:cs="Arial"/>
                <w:b/>
                <w:color w:val="104454"/>
                <w:sz w:val="22"/>
              </w:rPr>
              <w:t>Podpůrná opatření</w:t>
            </w:r>
          </w:p>
        </w:tc>
        <w:tc>
          <w:tcPr>
            <w:tcW w:w="6351" w:type="dxa"/>
            <w:shd w:val="clear" w:color="auto" w:fill="F5F8F9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46DC76E0" w14:textId="77777777" w:rsidR="002E371D" w:rsidRDefault="001B5211">
            <w:pPr>
              <w:spacing w:after="0" w:line="247" w:lineRule="auto"/>
            </w:pPr>
            <w:r>
              <w:rPr>
                <w:rFonts w:eastAsia="Arial" w:cs="Arial"/>
                <w:sz w:val="22"/>
              </w:rPr>
              <w:t>☐</w:t>
            </w:r>
            <w:r>
              <w:rPr>
                <w:rFonts w:eastAsia="Arial" w:cs="Arial"/>
                <w:sz w:val="22"/>
              </w:rPr>
              <w:t xml:space="preserve">  ne     ☐  ano – stupeň / stručný popis: _______________________</w:t>
            </w:r>
          </w:p>
        </w:tc>
      </w:tr>
      <w:tr w:rsidR="002E371D" w14:paraId="6AE85A5F" w14:textId="77777777">
        <w:trPr>
          <w:cantSplit/>
        </w:trPr>
        <w:tc>
          <w:tcPr>
            <w:tcW w:w="3009" w:type="dxa"/>
            <w:shd w:val="clear" w:color="auto" w:fill="EAF3F5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4EA3194F" w14:textId="77777777" w:rsidR="002E371D" w:rsidRDefault="001B5211">
            <w:pPr>
              <w:spacing w:after="0" w:line="247" w:lineRule="auto"/>
            </w:pPr>
            <w:r>
              <w:rPr>
                <w:rFonts w:eastAsia="Arial" w:cs="Arial"/>
                <w:b/>
                <w:color w:val="104454"/>
                <w:sz w:val="22"/>
              </w:rPr>
              <w:t>Pravidelně užívané léky</w:t>
            </w:r>
          </w:p>
        </w:tc>
        <w:tc>
          <w:tcPr>
            <w:tcW w:w="6351" w:type="dxa"/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620EBFFE" w14:textId="77777777" w:rsidR="002E371D" w:rsidRDefault="001B5211">
            <w:pPr>
              <w:spacing w:after="0" w:line="247" w:lineRule="auto"/>
            </w:pPr>
            <w:r>
              <w:rPr>
                <w:rFonts w:eastAsia="Arial" w:cs="Arial"/>
                <w:sz w:val="22"/>
              </w:rPr>
              <w:t>☐</w:t>
            </w:r>
            <w:r>
              <w:rPr>
                <w:rFonts w:eastAsia="Arial" w:cs="Arial"/>
                <w:sz w:val="22"/>
              </w:rPr>
              <w:t xml:space="preserve">  ne     ☐  ano: </w:t>
            </w:r>
            <w:r>
              <w:rPr>
                <w:rFonts w:eastAsia="Arial" w:cs="Arial"/>
                <w:sz w:val="22"/>
              </w:rPr>
              <w:t>_________________________________________</w:t>
            </w:r>
          </w:p>
        </w:tc>
      </w:tr>
      <w:tr w:rsidR="002E371D" w14:paraId="1BA2B901" w14:textId="77777777">
        <w:trPr>
          <w:cantSplit/>
        </w:trPr>
        <w:tc>
          <w:tcPr>
            <w:tcW w:w="3009" w:type="dxa"/>
            <w:shd w:val="clear" w:color="auto" w:fill="EAF3F5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6EDFEC50" w14:textId="77777777" w:rsidR="002E371D" w:rsidRDefault="001B5211">
            <w:pPr>
              <w:spacing w:after="0" w:line="247" w:lineRule="auto"/>
            </w:pPr>
            <w:r>
              <w:rPr>
                <w:rFonts w:eastAsia="Arial" w:cs="Arial"/>
                <w:b/>
                <w:color w:val="104454"/>
                <w:sz w:val="22"/>
              </w:rPr>
              <w:t>Další důležitá sdělení</w:t>
            </w:r>
          </w:p>
        </w:tc>
        <w:tc>
          <w:tcPr>
            <w:tcW w:w="6351" w:type="dxa"/>
            <w:shd w:val="clear" w:color="auto" w:fill="F5F8F9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1F79B85E" w14:textId="25675C03" w:rsidR="002E371D" w:rsidRDefault="001B5211">
            <w:pPr>
              <w:spacing w:after="0" w:line="247" w:lineRule="auto"/>
            </w:pPr>
            <w:r>
              <w:rPr>
                <w:rFonts w:eastAsia="Arial" w:cs="Arial"/>
                <w:sz w:val="22"/>
              </w:rPr>
              <w:br/>
              <w:t>_________________________________________</w:t>
            </w:r>
          </w:p>
        </w:tc>
      </w:tr>
    </w:tbl>
    <w:p w14:paraId="4CA02072" w14:textId="77777777" w:rsidR="002E371D" w:rsidRDefault="001B5211">
      <w:pPr>
        <w:keepNext/>
        <w:shd w:val="clear" w:color="auto" w:fill="15566A"/>
        <w:spacing w:before="55" w:after="55"/>
        <w:ind w:left="110" w:right="110"/>
      </w:pPr>
      <w:r>
        <w:rPr>
          <w:rFonts w:eastAsia="Arial" w:cs="Arial"/>
          <w:b/>
          <w:color w:val="FFFFFF"/>
          <w:sz w:val="25"/>
        </w:rPr>
        <w:t>6. PŘÍLOHY K ŽÁDOSTI</w:t>
      </w:r>
    </w:p>
    <w:tbl>
      <w:tblPr>
        <w:tblW w:w="9360" w:type="dxa"/>
        <w:tblInd w:w="120" w:type="dxa"/>
        <w:tblBorders>
          <w:top w:val="single" w:sz="5" w:space="0" w:color="AFC1C7"/>
          <w:left w:val="single" w:sz="5" w:space="0" w:color="AFC1C7"/>
          <w:bottom w:val="single" w:sz="5" w:space="0" w:color="AFC1C7"/>
          <w:right w:val="single" w:sz="5" w:space="0" w:color="AFC1C7"/>
          <w:insideH w:val="single" w:sz="5" w:space="0" w:color="AFC1C7"/>
          <w:insideV w:val="single" w:sz="5" w:space="0" w:color="AFC1C7"/>
        </w:tblBorders>
        <w:tblLayout w:type="fixed"/>
        <w:tblLook w:val="04A0" w:firstRow="1" w:lastRow="0" w:firstColumn="1" w:lastColumn="0" w:noHBand="0" w:noVBand="1"/>
      </w:tblPr>
      <w:tblGrid>
        <w:gridCol w:w="501"/>
        <w:gridCol w:w="8859"/>
      </w:tblGrid>
      <w:tr w:rsidR="002E371D" w14:paraId="37281D73" w14:textId="77777777">
        <w:trPr>
          <w:cantSplit/>
        </w:trPr>
        <w:tc>
          <w:tcPr>
            <w:tcW w:w="501" w:type="dxa"/>
            <w:shd w:val="clear" w:color="auto" w:fill="EAF3F5"/>
            <w:tcMar>
              <w:top w:w="66" w:type="dxa"/>
              <w:left w:w="120" w:type="dxa"/>
              <w:bottom w:w="66" w:type="dxa"/>
              <w:right w:w="110" w:type="dxa"/>
            </w:tcMar>
            <w:vAlign w:val="center"/>
          </w:tcPr>
          <w:p w14:paraId="3609A163" w14:textId="77777777" w:rsidR="002E371D" w:rsidRDefault="001B5211">
            <w:pPr>
              <w:spacing w:after="0" w:line="245" w:lineRule="auto"/>
              <w:jc w:val="center"/>
            </w:pPr>
            <w:r>
              <w:rPr>
                <w:rFonts w:eastAsia="Arial" w:cs="Arial"/>
                <w:color w:val="104454"/>
                <w:sz w:val="26"/>
              </w:rPr>
              <w:t>☐</w:t>
            </w:r>
          </w:p>
        </w:tc>
        <w:tc>
          <w:tcPr>
            <w:tcW w:w="8859" w:type="dxa"/>
            <w:shd w:val="clear" w:color="auto" w:fill="F5F8F9"/>
            <w:tcMar>
              <w:top w:w="66" w:type="dxa"/>
              <w:left w:w="120" w:type="dxa"/>
              <w:bottom w:w="66" w:type="dxa"/>
              <w:right w:w="110" w:type="dxa"/>
            </w:tcMar>
            <w:vAlign w:val="center"/>
          </w:tcPr>
          <w:p w14:paraId="2A8122FD" w14:textId="77777777" w:rsidR="002E371D" w:rsidRDefault="001B5211">
            <w:pPr>
              <w:spacing w:after="0" w:line="245" w:lineRule="auto"/>
            </w:pPr>
            <w:r>
              <w:rPr>
                <w:rFonts w:eastAsia="Arial" w:cs="Arial"/>
                <w:sz w:val="22"/>
              </w:rPr>
              <w:t xml:space="preserve">Doklad o splnění podmínky očkování, imunitě nebo kontraindikaci – pouze u dítěte, na </w:t>
            </w:r>
            <w:r>
              <w:rPr>
                <w:rFonts w:eastAsia="Arial" w:cs="Arial"/>
                <w:sz w:val="22"/>
              </w:rPr>
              <w:t>které se nevztahuje povinné předškolní vzdělávání.</w:t>
            </w:r>
          </w:p>
        </w:tc>
      </w:tr>
      <w:tr w:rsidR="002E371D" w14:paraId="39428F8A" w14:textId="77777777">
        <w:trPr>
          <w:cantSplit/>
        </w:trPr>
        <w:tc>
          <w:tcPr>
            <w:tcW w:w="501" w:type="dxa"/>
            <w:shd w:val="clear" w:color="auto" w:fill="EAF3F5"/>
            <w:tcMar>
              <w:top w:w="66" w:type="dxa"/>
              <w:left w:w="120" w:type="dxa"/>
              <w:bottom w:w="66" w:type="dxa"/>
              <w:right w:w="110" w:type="dxa"/>
            </w:tcMar>
            <w:vAlign w:val="center"/>
          </w:tcPr>
          <w:p w14:paraId="18FEA0F1" w14:textId="77777777" w:rsidR="002E371D" w:rsidRDefault="001B5211">
            <w:pPr>
              <w:spacing w:after="0" w:line="245" w:lineRule="auto"/>
              <w:jc w:val="center"/>
            </w:pPr>
            <w:r>
              <w:rPr>
                <w:rFonts w:eastAsia="Arial" w:cs="Arial"/>
                <w:color w:val="104454"/>
                <w:sz w:val="26"/>
              </w:rPr>
              <w:t>☐</w:t>
            </w:r>
          </w:p>
        </w:tc>
        <w:tc>
          <w:tcPr>
            <w:tcW w:w="8859" w:type="dxa"/>
            <w:shd w:val="clear" w:color="auto" w:fill="FFFFFF"/>
            <w:tcMar>
              <w:top w:w="66" w:type="dxa"/>
              <w:left w:w="120" w:type="dxa"/>
              <w:bottom w:w="66" w:type="dxa"/>
              <w:right w:w="110" w:type="dxa"/>
            </w:tcMar>
            <w:vAlign w:val="center"/>
          </w:tcPr>
          <w:p w14:paraId="7B71010F" w14:textId="77777777" w:rsidR="002E371D" w:rsidRDefault="001B5211">
            <w:pPr>
              <w:spacing w:after="0" w:line="245" w:lineRule="auto"/>
            </w:pPr>
            <w:r>
              <w:rPr>
                <w:rFonts w:eastAsia="Arial" w:cs="Arial"/>
                <w:sz w:val="22"/>
              </w:rPr>
              <w:t>Aktuální doporučení školského poradenského zařízení / informace o podpůrných opatřeních, je-li pro bezpečné zajištění vzdělávání relevantní.</w:t>
            </w:r>
          </w:p>
        </w:tc>
      </w:tr>
      <w:tr w:rsidR="002E371D" w14:paraId="2F56EF61" w14:textId="77777777">
        <w:trPr>
          <w:cantSplit/>
        </w:trPr>
        <w:tc>
          <w:tcPr>
            <w:tcW w:w="501" w:type="dxa"/>
            <w:shd w:val="clear" w:color="auto" w:fill="EAF3F5"/>
            <w:tcMar>
              <w:top w:w="66" w:type="dxa"/>
              <w:left w:w="120" w:type="dxa"/>
              <w:bottom w:w="66" w:type="dxa"/>
              <w:right w:w="110" w:type="dxa"/>
            </w:tcMar>
            <w:vAlign w:val="center"/>
          </w:tcPr>
          <w:p w14:paraId="49897AF9" w14:textId="77777777" w:rsidR="002E371D" w:rsidRDefault="001B5211">
            <w:pPr>
              <w:spacing w:after="0" w:line="245" w:lineRule="auto"/>
              <w:jc w:val="center"/>
            </w:pPr>
            <w:r>
              <w:rPr>
                <w:rFonts w:eastAsia="Arial" w:cs="Arial"/>
                <w:color w:val="104454"/>
                <w:sz w:val="26"/>
              </w:rPr>
              <w:t>☐</w:t>
            </w:r>
          </w:p>
        </w:tc>
        <w:tc>
          <w:tcPr>
            <w:tcW w:w="8859" w:type="dxa"/>
            <w:shd w:val="clear" w:color="auto" w:fill="F5F8F9"/>
            <w:tcMar>
              <w:top w:w="66" w:type="dxa"/>
              <w:left w:w="120" w:type="dxa"/>
              <w:bottom w:w="66" w:type="dxa"/>
              <w:right w:w="110" w:type="dxa"/>
            </w:tcMar>
            <w:vAlign w:val="center"/>
          </w:tcPr>
          <w:p w14:paraId="3A3F7421" w14:textId="77777777" w:rsidR="002E371D" w:rsidRDefault="001B5211">
            <w:pPr>
              <w:spacing w:after="0" w:line="245" w:lineRule="auto"/>
            </w:pPr>
            <w:r>
              <w:rPr>
                <w:rFonts w:eastAsia="Arial" w:cs="Arial"/>
                <w:sz w:val="22"/>
              </w:rPr>
              <w:t xml:space="preserve">Jiná příloha: </w:t>
            </w:r>
            <w:r>
              <w:rPr>
                <w:rFonts w:eastAsia="Arial" w:cs="Arial"/>
                <w:sz w:val="22"/>
              </w:rPr>
              <w:t>__________________________________________________________________________</w:t>
            </w:r>
          </w:p>
        </w:tc>
      </w:tr>
    </w:tbl>
    <w:p w14:paraId="352A2A77" w14:textId="77777777" w:rsidR="002E371D" w:rsidRDefault="001B5211">
      <w:pPr>
        <w:keepNext/>
        <w:shd w:val="clear" w:color="auto" w:fill="15566A"/>
        <w:spacing w:before="55" w:after="55"/>
        <w:ind w:left="110" w:right="110"/>
      </w:pPr>
      <w:r>
        <w:rPr>
          <w:rFonts w:eastAsia="Arial" w:cs="Arial"/>
          <w:b/>
          <w:color w:val="FFFFFF"/>
          <w:sz w:val="25"/>
        </w:rPr>
        <w:t>7. PROHLÁŠENÍ A PODPIS ZÁKONNÉHO ZÁSTUPCE</w:t>
      </w:r>
    </w:p>
    <w:p w14:paraId="2DABE2FC" w14:textId="77777777" w:rsidR="002E371D" w:rsidRDefault="001B5211">
      <w:pPr>
        <w:spacing w:after="60"/>
      </w:pPr>
      <w:r>
        <w:rPr>
          <w:rFonts w:eastAsia="Arial" w:cs="Arial"/>
          <w:sz w:val="22"/>
        </w:rPr>
        <w:t xml:space="preserve">Prohlašuji, že uvedené údaje jsou pravdivé a úplné. Zavazuji se neprodleně oznámit škole jejich změnu a před nástupem dítěte se </w:t>
      </w:r>
      <w:r>
        <w:rPr>
          <w:rFonts w:eastAsia="Arial" w:cs="Arial"/>
          <w:sz w:val="22"/>
        </w:rPr>
        <w:t>seznámit se školním řádem, pravidly letního provozu, podmínkami stravování a úhrady úplaty. Beru na vědomí, že podáním žádosti nevzniká nárok na přijetí; o přijetí rozhoduje ředitelka školy podle právních předpisů, podmínek provozu a aktuální kapacity.</w:t>
      </w:r>
    </w:p>
    <w:tbl>
      <w:tblPr>
        <w:tblW w:w="9360" w:type="dxa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234"/>
        <w:gridCol w:w="5126"/>
      </w:tblGrid>
      <w:tr w:rsidR="002E371D" w14:paraId="2CAA1AD5" w14:textId="77777777">
        <w:trPr>
          <w:cantSplit/>
        </w:trPr>
        <w:tc>
          <w:tcPr>
            <w:tcW w:w="4234" w:type="dxa"/>
            <w:tcMar>
              <w:top w:w="15" w:type="dxa"/>
              <w:left w:w="120" w:type="dxa"/>
              <w:bottom w:w="15" w:type="dxa"/>
              <w:right w:w="120" w:type="dxa"/>
            </w:tcMar>
          </w:tcPr>
          <w:p w14:paraId="362FA986" w14:textId="77777777" w:rsidR="002E371D" w:rsidRDefault="001B5211">
            <w:pPr>
              <w:spacing w:after="0" w:line="245" w:lineRule="auto"/>
            </w:pPr>
            <w:r>
              <w:rPr>
                <w:rFonts w:eastAsia="Arial" w:cs="Arial"/>
                <w:sz w:val="22"/>
              </w:rPr>
              <w:t>V __________________ dne _______________</w:t>
            </w:r>
          </w:p>
        </w:tc>
        <w:tc>
          <w:tcPr>
            <w:tcW w:w="5126" w:type="dxa"/>
            <w:tcMar>
              <w:top w:w="15" w:type="dxa"/>
              <w:left w:w="120" w:type="dxa"/>
              <w:bottom w:w="15" w:type="dxa"/>
              <w:right w:w="120" w:type="dxa"/>
            </w:tcMar>
          </w:tcPr>
          <w:p w14:paraId="5D875A8F" w14:textId="77777777" w:rsidR="002E371D" w:rsidRDefault="001B5211">
            <w:pPr>
              <w:spacing w:after="0" w:line="245" w:lineRule="auto"/>
              <w:jc w:val="center"/>
            </w:pPr>
            <w:r>
              <w:rPr>
                <w:rFonts w:eastAsia="Arial" w:cs="Arial"/>
                <w:sz w:val="22"/>
              </w:rPr>
              <w:t>Podpis zákonného zástupce</w:t>
            </w:r>
            <w:r>
              <w:rPr>
                <w:rFonts w:eastAsia="Arial" w:cs="Arial"/>
                <w:sz w:val="22"/>
              </w:rPr>
              <w:br/>
            </w:r>
            <w:r>
              <w:rPr>
                <w:rFonts w:eastAsia="Arial" w:cs="Arial"/>
                <w:sz w:val="22"/>
              </w:rPr>
              <w:br/>
              <w:t>__________________________________</w:t>
            </w:r>
          </w:p>
        </w:tc>
      </w:tr>
    </w:tbl>
    <w:p w14:paraId="14D43306" w14:textId="77777777" w:rsidR="002E371D" w:rsidRDefault="001B5211">
      <w:pPr>
        <w:keepNext/>
        <w:shd w:val="clear" w:color="auto" w:fill="15566A"/>
        <w:spacing w:before="55" w:after="55"/>
        <w:ind w:left="110" w:right="110"/>
      </w:pPr>
      <w:r>
        <w:rPr>
          <w:rFonts w:eastAsia="Arial" w:cs="Arial"/>
          <w:b/>
          <w:color w:val="FFFFFF"/>
          <w:sz w:val="25"/>
        </w:rPr>
        <w:t>VYPLŇUJE ŠKOLA</w:t>
      </w:r>
    </w:p>
    <w:tbl>
      <w:tblPr>
        <w:tblW w:w="9360" w:type="dxa"/>
        <w:tblInd w:w="120" w:type="dxa"/>
        <w:tblBorders>
          <w:top w:val="single" w:sz="5" w:space="0" w:color="AFC1C7"/>
          <w:left w:val="single" w:sz="5" w:space="0" w:color="AFC1C7"/>
          <w:bottom w:val="single" w:sz="5" w:space="0" w:color="AFC1C7"/>
          <w:right w:val="single" w:sz="5" w:space="0" w:color="AFC1C7"/>
          <w:insideH w:val="single" w:sz="5" w:space="0" w:color="AFC1C7"/>
          <w:insideV w:val="single" w:sz="5" w:space="0" w:color="AFC1C7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2E371D" w14:paraId="73EC8456" w14:textId="77777777">
        <w:trPr>
          <w:cantSplit/>
        </w:trPr>
        <w:tc>
          <w:tcPr>
            <w:tcW w:w="4680" w:type="dxa"/>
            <w:shd w:val="clear" w:color="auto" w:fill="F5F8F9"/>
            <w:tcMar>
              <w:top w:w="62" w:type="dxa"/>
              <w:left w:w="120" w:type="dxa"/>
              <w:bottom w:w="62" w:type="dxa"/>
              <w:right w:w="120" w:type="dxa"/>
            </w:tcMar>
          </w:tcPr>
          <w:p w14:paraId="2BB63842" w14:textId="77777777" w:rsidR="002E371D" w:rsidRDefault="001B5211">
            <w:pPr>
              <w:spacing w:after="0" w:line="240" w:lineRule="auto"/>
            </w:pPr>
            <w:r>
              <w:rPr>
                <w:rFonts w:eastAsia="Arial" w:cs="Arial"/>
                <w:sz w:val="21"/>
              </w:rPr>
              <w:t>Datum doručení: __________________</w:t>
            </w:r>
          </w:p>
        </w:tc>
        <w:tc>
          <w:tcPr>
            <w:tcW w:w="4680" w:type="dxa"/>
            <w:shd w:val="clear" w:color="auto" w:fill="F5F8F9"/>
            <w:tcMar>
              <w:top w:w="62" w:type="dxa"/>
              <w:left w:w="120" w:type="dxa"/>
              <w:bottom w:w="62" w:type="dxa"/>
              <w:right w:w="120" w:type="dxa"/>
            </w:tcMar>
          </w:tcPr>
          <w:p w14:paraId="089915F8" w14:textId="77777777" w:rsidR="002E371D" w:rsidRDefault="001B5211">
            <w:pPr>
              <w:spacing w:after="0" w:line="240" w:lineRule="auto"/>
            </w:pPr>
            <w:r>
              <w:rPr>
                <w:rFonts w:eastAsia="Arial" w:cs="Arial"/>
                <w:sz w:val="21"/>
              </w:rPr>
              <w:t>Číslo jednací: __________________</w:t>
            </w:r>
          </w:p>
        </w:tc>
      </w:tr>
      <w:tr w:rsidR="002E371D" w14:paraId="04FAC3F0" w14:textId="77777777">
        <w:trPr>
          <w:cantSplit/>
        </w:trPr>
        <w:tc>
          <w:tcPr>
            <w:tcW w:w="4680" w:type="dxa"/>
            <w:shd w:val="clear" w:color="auto" w:fill="FFFFFF"/>
            <w:tcMar>
              <w:top w:w="62" w:type="dxa"/>
              <w:left w:w="120" w:type="dxa"/>
              <w:bottom w:w="62" w:type="dxa"/>
              <w:right w:w="120" w:type="dxa"/>
            </w:tcMar>
          </w:tcPr>
          <w:p w14:paraId="539DCEC0" w14:textId="77777777" w:rsidR="002E371D" w:rsidRDefault="001B5211">
            <w:pPr>
              <w:spacing w:after="0" w:line="240" w:lineRule="auto"/>
            </w:pPr>
            <w:r>
              <w:rPr>
                <w:rFonts w:eastAsia="Arial" w:cs="Arial"/>
                <w:sz w:val="21"/>
              </w:rPr>
              <w:t>Výsledek:  ☐ přijato   ☐ nepřijato</w:t>
            </w:r>
          </w:p>
        </w:tc>
        <w:tc>
          <w:tcPr>
            <w:tcW w:w="4680" w:type="dxa"/>
            <w:shd w:val="clear" w:color="auto" w:fill="FFFFFF"/>
            <w:tcMar>
              <w:top w:w="62" w:type="dxa"/>
              <w:left w:w="120" w:type="dxa"/>
              <w:bottom w:w="62" w:type="dxa"/>
              <w:right w:w="120" w:type="dxa"/>
            </w:tcMar>
          </w:tcPr>
          <w:p w14:paraId="68119129" w14:textId="77777777" w:rsidR="002E371D" w:rsidRDefault="001B5211">
            <w:pPr>
              <w:spacing w:after="0" w:line="240" w:lineRule="auto"/>
            </w:pPr>
            <w:r>
              <w:rPr>
                <w:rFonts w:eastAsia="Arial" w:cs="Arial"/>
                <w:sz w:val="21"/>
              </w:rPr>
              <w:t xml:space="preserve">Přidělené období: </w:t>
            </w:r>
            <w:r>
              <w:rPr>
                <w:rFonts w:eastAsia="Arial" w:cs="Arial"/>
                <w:sz w:val="21"/>
              </w:rPr>
              <w:t>_______________</w:t>
            </w:r>
          </w:p>
        </w:tc>
      </w:tr>
      <w:tr w:rsidR="002E371D" w14:paraId="4A7AA7C4" w14:textId="77777777">
        <w:trPr>
          <w:cantSplit/>
        </w:trPr>
        <w:tc>
          <w:tcPr>
            <w:tcW w:w="4680" w:type="dxa"/>
            <w:shd w:val="clear" w:color="auto" w:fill="F5F8F9"/>
            <w:tcMar>
              <w:top w:w="62" w:type="dxa"/>
              <w:left w:w="120" w:type="dxa"/>
              <w:bottom w:w="62" w:type="dxa"/>
              <w:right w:w="120" w:type="dxa"/>
            </w:tcMar>
          </w:tcPr>
          <w:p w14:paraId="233B9333" w14:textId="77777777" w:rsidR="002E371D" w:rsidRDefault="001B5211">
            <w:pPr>
              <w:spacing w:after="0" w:line="240" w:lineRule="auto"/>
            </w:pPr>
            <w:r>
              <w:rPr>
                <w:rFonts w:eastAsia="Arial" w:cs="Arial"/>
                <w:sz w:val="21"/>
              </w:rPr>
              <w:t>Poznámka: ________________________</w:t>
            </w:r>
          </w:p>
        </w:tc>
        <w:tc>
          <w:tcPr>
            <w:tcW w:w="4680" w:type="dxa"/>
            <w:shd w:val="clear" w:color="auto" w:fill="F5F8F9"/>
            <w:tcMar>
              <w:top w:w="62" w:type="dxa"/>
              <w:left w:w="120" w:type="dxa"/>
              <w:bottom w:w="62" w:type="dxa"/>
              <w:right w:w="120" w:type="dxa"/>
            </w:tcMar>
          </w:tcPr>
          <w:p w14:paraId="3F8ACA2B" w14:textId="77777777" w:rsidR="002E371D" w:rsidRDefault="001B5211">
            <w:pPr>
              <w:spacing w:after="0" w:line="240" w:lineRule="auto"/>
            </w:pPr>
            <w:r>
              <w:rPr>
                <w:rFonts w:eastAsia="Arial" w:cs="Arial"/>
                <w:sz w:val="21"/>
              </w:rPr>
              <w:t>Podpis ředitelky: ________________</w:t>
            </w:r>
          </w:p>
        </w:tc>
      </w:tr>
    </w:tbl>
    <w:p w14:paraId="5E82E35E" w14:textId="77777777" w:rsidR="001B5211" w:rsidRDefault="001B5211"/>
    <w:sectPr w:rsidR="00000000" w:rsidSect="00034616">
      <w:headerReference w:type="default" r:id="rId8"/>
      <w:footerReference w:type="default" r:id="rId9"/>
      <w:pgSz w:w="11906" w:h="16838"/>
      <w:pgMar w:top="850" w:right="1162" w:bottom="794" w:left="1162" w:header="369" w:footer="36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07BEE" w14:textId="77777777" w:rsidR="001B5211" w:rsidRDefault="001B5211">
      <w:pPr>
        <w:spacing w:after="0" w:line="240" w:lineRule="auto"/>
      </w:pPr>
      <w:r>
        <w:separator/>
      </w:r>
    </w:p>
  </w:endnote>
  <w:endnote w:type="continuationSeparator" w:id="0">
    <w:p w14:paraId="1054632A" w14:textId="77777777" w:rsidR="001B5211" w:rsidRDefault="001B5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468A9" w14:textId="77777777" w:rsidR="002E371D" w:rsidRDefault="002E371D">
    <w:pPr>
      <w:pStyle w:val="Zpat"/>
    </w:pPr>
  </w:p>
  <w:tbl>
    <w:tblPr>
      <w:tblW w:w="9360" w:type="dxa"/>
      <w:tblLayout w:type="fixed"/>
      <w:tblLook w:val="04A0" w:firstRow="1" w:lastRow="0" w:firstColumn="1" w:lastColumn="0" w:noHBand="0" w:noVBand="1"/>
    </w:tblPr>
    <w:tblGrid>
      <w:gridCol w:w="6909"/>
      <w:gridCol w:w="2451"/>
    </w:tblGrid>
    <w:tr w:rsidR="002E371D" w14:paraId="170ADF37" w14:textId="77777777">
      <w:tc>
        <w:tcPr>
          <w:tcW w:w="6909" w:type="dxa"/>
          <w:tcMar>
            <w:top w:w="35" w:type="dxa"/>
            <w:left w:w="0" w:type="dxa"/>
            <w:bottom w:w="0" w:type="dxa"/>
            <w:right w:w="0" w:type="dxa"/>
          </w:tcMar>
        </w:tcPr>
        <w:p w14:paraId="0BCFE760" w14:textId="77777777" w:rsidR="002E371D" w:rsidRDefault="001B5211">
          <w:pPr>
            <w:spacing w:after="0" w:line="240" w:lineRule="auto"/>
          </w:pPr>
          <w:r>
            <w:rPr>
              <w:rFonts w:eastAsia="Arial" w:cs="Arial"/>
              <w:color w:val="5F6B73"/>
              <w:sz w:val="18"/>
            </w:rPr>
            <w:t>Žádost o přijetí k docházce v době letního provozu MŠ</w:t>
          </w:r>
        </w:p>
      </w:tc>
      <w:tc>
        <w:tcPr>
          <w:tcW w:w="2451" w:type="dxa"/>
          <w:tcMar>
            <w:top w:w="35" w:type="dxa"/>
            <w:left w:w="0" w:type="dxa"/>
            <w:bottom w:w="0" w:type="dxa"/>
            <w:right w:w="0" w:type="dxa"/>
          </w:tcMar>
        </w:tcPr>
        <w:p w14:paraId="41EC0865" w14:textId="77777777" w:rsidR="002E371D" w:rsidRDefault="001B5211">
          <w:pPr>
            <w:spacing w:after="0" w:line="240" w:lineRule="auto"/>
            <w:jc w:val="right"/>
          </w:pPr>
          <w:r>
            <w:rPr>
              <w:rFonts w:eastAsia="Arial" w:cs="Arial"/>
              <w:color w:val="5F6B73"/>
              <w:sz w:val="18"/>
            </w:rPr>
            <w:t xml:space="preserve">Strana </w:t>
          </w:r>
          <w:r>
            <w:rPr>
              <w:rFonts w:eastAsia="Arial" w:cs="Arial"/>
              <w:color w:val="5F6B73"/>
              <w:sz w:val="18"/>
            </w:rPr>
            <w:fldChar w:fldCharType="begin"/>
          </w:r>
          <w:r>
            <w:rPr>
              <w:rFonts w:eastAsia="Arial" w:cs="Arial"/>
              <w:color w:val="5F6B73"/>
              <w:sz w:val="18"/>
            </w:rPr>
            <w:instrText>PAGE</w:instrText>
          </w:r>
          <w:r>
            <w:rPr>
              <w:rFonts w:eastAsia="Arial" w:cs="Arial"/>
              <w:color w:val="5F6B73"/>
              <w:sz w:val="18"/>
            </w:rPr>
            <w:fldChar w:fldCharType="separate"/>
          </w:r>
          <w:r>
            <w:rPr>
              <w:rFonts w:eastAsia="Arial" w:cs="Arial"/>
              <w:color w:val="5F6B73"/>
              <w:sz w:val="18"/>
            </w:rPr>
            <w:t>1</w:t>
          </w:r>
          <w:r>
            <w:rPr>
              <w:rFonts w:eastAsia="Arial" w:cs="Arial"/>
              <w:color w:val="5F6B73"/>
              <w:sz w:val="18"/>
            </w:rPr>
            <w:fldChar w:fldCharType="end"/>
          </w:r>
          <w:r>
            <w:rPr>
              <w:rFonts w:eastAsia="Arial" w:cs="Arial"/>
              <w:color w:val="5F6B73"/>
              <w:sz w:val="18"/>
            </w:rPr>
            <w:t xml:space="preserve"> z </w:t>
          </w:r>
          <w:r>
            <w:rPr>
              <w:rFonts w:eastAsia="Arial" w:cs="Arial"/>
              <w:color w:val="5F6B73"/>
              <w:sz w:val="18"/>
            </w:rPr>
            <w:fldChar w:fldCharType="begin"/>
          </w:r>
          <w:r>
            <w:rPr>
              <w:rFonts w:eastAsia="Arial" w:cs="Arial"/>
              <w:color w:val="5F6B73"/>
              <w:sz w:val="18"/>
            </w:rPr>
            <w:instrText>NUMPAGES</w:instrText>
          </w:r>
          <w:r>
            <w:rPr>
              <w:rFonts w:eastAsia="Arial" w:cs="Arial"/>
              <w:color w:val="5F6B73"/>
              <w:sz w:val="18"/>
            </w:rPr>
            <w:fldChar w:fldCharType="separate"/>
          </w:r>
          <w:r>
            <w:rPr>
              <w:rFonts w:eastAsia="Arial" w:cs="Arial"/>
              <w:color w:val="5F6B73"/>
              <w:sz w:val="18"/>
            </w:rPr>
            <w:t>1</w:t>
          </w:r>
          <w:r>
            <w:rPr>
              <w:rFonts w:eastAsia="Arial" w:cs="Arial"/>
              <w:color w:val="5F6B73"/>
              <w:sz w:val="18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0FF7F" w14:textId="77777777" w:rsidR="001B5211" w:rsidRDefault="001B5211">
      <w:pPr>
        <w:spacing w:after="0" w:line="240" w:lineRule="auto"/>
      </w:pPr>
      <w:r>
        <w:separator/>
      </w:r>
    </w:p>
  </w:footnote>
  <w:footnote w:type="continuationSeparator" w:id="0">
    <w:p w14:paraId="4629565B" w14:textId="77777777" w:rsidR="001B5211" w:rsidRDefault="001B52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234B" w14:textId="77777777" w:rsidR="002E371D" w:rsidRDefault="002E371D">
    <w:pPr>
      <w:pStyle w:val="Zhlav"/>
    </w:pPr>
  </w:p>
  <w:tbl>
    <w:tblPr>
      <w:tblW w:w="9360" w:type="dxa"/>
      <w:tblLayout w:type="fixed"/>
      <w:tblLook w:val="04A0" w:firstRow="1" w:lastRow="0" w:firstColumn="1" w:lastColumn="0" w:noHBand="0" w:noVBand="1"/>
    </w:tblPr>
    <w:tblGrid>
      <w:gridCol w:w="6017"/>
      <w:gridCol w:w="3343"/>
    </w:tblGrid>
    <w:tr w:rsidR="002E371D" w14:paraId="201B9A26" w14:textId="77777777">
      <w:tc>
        <w:tcPr>
          <w:tcW w:w="6017" w:type="dxa"/>
          <w:tcMar>
            <w:top w:w="0" w:type="dxa"/>
            <w:left w:w="0" w:type="dxa"/>
            <w:bottom w:w="35" w:type="dxa"/>
            <w:right w:w="0" w:type="dxa"/>
          </w:tcMar>
        </w:tcPr>
        <w:p w14:paraId="5EEDCE15" w14:textId="77777777" w:rsidR="002E371D" w:rsidRDefault="001B5211">
          <w:pPr>
            <w:pBdr>
              <w:bottom w:val="single" w:sz="7" w:space="3" w:color="AFC1C7"/>
            </w:pBdr>
            <w:spacing w:after="0" w:line="240" w:lineRule="auto"/>
          </w:pPr>
          <w:r>
            <w:rPr>
              <w:rFonts w:eastAsia="Arial" w:cs="Arial"/>
              <w:color w:val="5F6B73"/>
              <w:sz w:val="17"/>
            </w:rPr>
            <w:t>Základní škola a Mateřská škola Rosovice</w:t>
          </w:r>
        </w:p>
      </w:tc>
      <w:tc>
        <w:tcPr>
          <w:tcW w:w="3343" w:type="dxa"/>
          <w:tcMar>
            <w:top w:w="0" w:type="dxa"/>
            <w:left w:w="0" w:type="dxa"/>
            <w:bottom w:w="35" w:type="dxa"/>
            <w:right w:w="0" w:type="dxa"/>
          </w:tcMar>
        </w:tcPr>
        <w:p w14:paraId="6407F3AA" w14:textId="77777777" w:rsidR="002E371D" w:rsidRDefault="001B5211">
          <w:pPr>
            <w:pBdr>
              <w:bottom w:val="single" w:sz="7" w:space="3" w:color="AFC1C7"/>
            </w:pBdr>
            <w:spacing w:after="0" w:line="240" w:lineRule="auto"/>
            <w:jc w:val="right"/>
          </w:pPr>
          <w:r>
            <w:rPr>
              <w:rFonts w:eastAsia="Arial" w:cs="Arial"/>
              <w:b/>
              <w:color w:val="5F6B73"/>
              <w:sz w:val="17"/>
            </w:rPr>
            <w:t>LETNÍ PROVOZ MŠ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19048125">
    <w:abstractNumId w:val="8"/>
  </w:num>
  <w:num w:numId="2" w16cid:durableId="829560649">
    <w:abstractNumId w:val="6"/>
  </w:num>
  <w:num w:numId="3" w16cid:durableId="607741220">
    <w:abstractNumId w:val="5"/>
  </w:num>
  <w:num w:numId="4" w16cid:durableId="2113351096">
    <w:abstractNumId w:val="4"/>
  </w:num>
  <w:num w:numId="5" w16cid:durableId="1884170380">
    <w:abstractNumId w:val="7"/>
  </w:num>
  <w:num w:numId="6" w16cid:durableId="615330342">
    <w:abstractNumId w:val="3"/>
  </w:num>
  <w:num w:numId="7" w16cid:durableId="203098791">
    <w:abstractNumId w:val="2"/>
  </w:num>
  <w:num w:numId="8" w16cid:durableId="49885815">
    <w:abstractNumId w:val="1"/>
  </w:num>
  <w:num w:numId="9" w16cid:durableId="761999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B5211"/>
    <w:rsid w:val="0029639D"/>
    <w:rsid w:val="002E371D"/>
    <w:rsid w:val="00326F90"/>
    <w:rsid w:val="00AA1D8D"/>
    <w:rsid w:val="00B47730"/>
    <w:rsid w:val="00C147BD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8FDE89"/>
  <w14:defaultImageDpi w14:val="300"/>
  <w15:docId w15:val="{3194BBDD-93BA-427B-85E7-A18BF9DE4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pPr>
      <w:spacing w:after="100" w:line="254" w:lineRule="auto"/>
    </w:pPr>
    <w:rPr>
      <w:rFonts w:ascii="Arial" w:hAnsi="Arial"/>
      <w:color w:val="263238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320" w:after="160" w:line="252" w:lineRule="auto"/>
      <w:outlineLvl w:val="0"/>
    </w:pPr>
    <w:rPr>
      <w:rFonts w:asciiTheme="majorHAnsi" w:eastAsiaTheme="majorEastAsia" w:hAnsiTheme="majorHAnsi" w:cstheme="majorBidi"/>
      <w:b/>
      <w:bCs/>
      <w:color w:val="15566A"/>
      <w:sz w:val="32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line="252" w:lineRule="auto"/>
      <w:outlineLvl w:val="1"/>
    </w:pPr>
    <w:rPr>
      <w:rFonts w:asciiTheme="majorHAnsi" w:eastAsiaTheme="majorEastAsia" w:hAnsiTheme="majorHAnsi" w:cstheme="majorBidi"/>
      <w:b/>
      <w:bCs/>
      <w:color w:val="104454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120" w:after="60" w:line="252" w:lineRule="auto"/>
      <w:outlineLvl w:val="2"/>
    </w:pPr>
    <w:rPr>
      <w:rFonts w:asciiTheme="majorHAnsi" w:eastAsiaTheme="majorEastAsia" w:hAnsiTheme="majorHAnsi" w:cstheme="majorBidi"/>
      <w:b/>
      <w:bCs/>
      <w:color w:val="10445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482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přijetí dítěte k docházce v době letního provozu MŠ</dc:title>
  <dc:subject>Formulář pro letní provoz Mateřské školy Rosovice</dc:subject>
  <dc:creator>Základní škola a Mateřská škola Rosovice</dc:creator>
  <cp:keywords>mateřská škola, letní provoz, přijetí dítěte, MŠ Rosovice, žádost</cp:keywords>
  <dc:description>generated by python-docx</dc:description>
  <cp:lastModifiedBy>Reditelka</cp:lastModifiedBy>
  <cp:revision>2</cp:revision>
  <dcterms:created xsi:type="dcterms:W3CDTF">2026-08-09T13:10:00Z</dcterms:created>
  <dcterms:modified xsi:type="dcterms:W3CDTF">2026-08-09T13:10:00Z</dcterms:modified>
  <cp:category/>
</cp:coreProperties>
</file>