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F93CFA" w14:textId="77777777" w:rsidR="00AF5748" w:rsidRDefault="00B70E79">
      <w:pPr>
        <w:spacing w:after="20" w:line="254" w:lineRule="auto"/>
        <w:jc w:val="center"/>
      </w:pPr>
      <w:r>
        <w:rPr>
          <w:rFonts w:eastAsia="Arial" w:cs="Arial"/>
          <w:b/>
          <w:color w:val="15566A"/>
          <w:sz w:val="21"/>
        </w:rPr>
        <w:t>ZÁKLADNÍ ŠKOLA A MATEŘSKÁ ŠKOLA ROSOVICE</w:t>
      </w:r>
    </w:p>
    <w:p w14:paraId="2DA4EB0F" w14:textId="77777777" w:rsidR="00AF5748" w:rsidRDefault="00B70E79">
      <w:pPr>
        <w:spacing w:after="60" w:line="254" w:lineRule="auto"/>
        <w:jc w:val="center"/>
      </w:pPr>
      <w:r>
        <w:rPr>
          <w:rFonts w:eastAsia="Arial" w:cs="Arial"/>
          <w:color w:val="5F6B73"/>
          <w:sz w:val="19"/>
        </w:rPr>
        <w:t>okres Příbram, příspěvková organizace</w:t>
      </w:r>
    </w:p>
    <w:p w14:paraId="2ADA66AF" w14:textId="77777777" w:rsidR="00AF5748" w:rsidRDefault="00B70E79">
      <w:pPr>
        <w:spacing w:after="20" w:line="254" w:lineRule="auto"/>
        <w:jc w:val="center"/>
      </w:pPr>
      <w:r>
        <w:rPr>
          <w:rFonts w:eastAsia="Arial" w:cs="Arial"/>
          <w:b/>
          <w:color w:val="15566A"/>
          <w:sz w:val="35"/>
        </w:rPr>
        <w:t>POSUDEK O ZDRAVOTNÍ ZPŮSOBILOSTI DÍTĚTE</w:t>
      </w:r>
    </w:p>
    <w:p w14:paraId="17A1FEF3" w14:textId="77777777" w:rsidR="00AF5748" w:rsidRDefault="00B70E79">
      <w:pPr>
        <w:spacing w:after="100" w:line="254" w:lineRule="auto"/>
        <w:jc w:val="center"/>
      </w:pPr>
      <w:r>
        <w:rPr>
          <w:rFonts w:eastAsia="Arial" w:cs="Arial"/>
          <w:i/>
          <w:color w:val="5F6B73"/>
          <w:sz w:val="21"/>
        </w:rPr>
        <w:t>k účasti na zotavovací akci a škole v přírodě</w:t>
      </w:r>
    </w:p>
    <w:p w14:paraId="3CBE6CAC" w14:textId="77777777" w:rsidR="00AF5748" w:rsidRDefault="00B70E79">
      <w:pPr>
        <w:spacing w:after="60" w:line="254" w:lineRule="auto"/>
        <w:jc w:val="center"/>
      </w:pPr>
      <w:r>
        <w:rPr>
          <w:rFonts w:eastAsia="Arial" w:cs="Arial"/>
          <w:i/>
          <w:color w:val="5F6B73"/>
          <w:sz w:val="18"/>
        </w:rPr>
        <w:t>Vzor podle přílohy č. 3 k vyhlášce č. 106/2001 Sb., ve znění účinném od 1. 1. 2026</w:t>
      </w:r>
    </w:p>
    <w:tbl>
      <w:tblPr>
        <w:tblW w:w="9360" w:type="dxa"/>
        <w:tblInd w:w="130" w:type="dxa"/>
        <w:tblBorders>
          <w:top w:val="single" w:sz="5" w:space="0" w:color="AFC1C7"/>
          <w:left w:val="single" w:sz="5" w:space="0" w:color="AFC1C7"/>
          <w:bottom w:val="single" w:sz="5" w:space="0" w:color="AFC1C7"/>
          <w:right w:val="single" w:sz="5" w:space="0" w:color="AFC1C7"/>
        </w:tblBorders>
        <w:tblLayout w:type="fixed"/>
        <w:tblLook w:val="04A0" w:firstRow="1" w:lastRow="0" w:firstColumn="1" w:lastColumn="0" w:noHBand="0" w:noVBand="1"/>
      </w:tblPr>
      <w:tblGrid>
        <w:gridCol w:w="3454"/>
        <w:gridCol w:w="5906"/>
      </w:tblGrid>
      <w:tr w:rsidR="00AF5748" w14:paraId="0BB09567" w14:textId="77777777">
        <w:trPr>
          <w:cantSplit/>
        </w:trPr>
        <w:tc>
          <w:tcPr>
            <w:tcW w:w="9360" w:type="dxa"/>
            <w:gridSpan w:val="2"/>
            <w:shd w:val="clear" w:color="auto" w:fill="EAF3F5"/>
            <w:tcMar>
              <w:top w:w="75" w:type="dxa"/>
              <w:left w:w="130" w:type="dxa"/>
              <w:bottom w:w="75" w:type="dxa"/>
              <w:right w:w="130" w:type="dxa"/>
            </w:tcMar>
            <w:vAlign w:val="center"/>
          </w:tcPr>
          <w:p w14:paraId="705BC565" w14:textId="77777777" w:rsidR="00AF5748" w:rsidRDefault="00B70E79">
            <w:pPr>
              <w:spacing w:after="0" w:line="250" w:lineRule="auto"/>
              <w:jc w:val="center"/>
            </w:pPr>
            <w:r>
              <w:rPr>
                <w:rFonts w:eastAsia="Arial" w:cs="Arial"/>
                <w:b/>
                <w:color w:val="104454"/>
                <w:sz w:val="23"/>
              </w:rPr>
              <w:t>Posudek vydává registrující poskytovatel v oboru praktické lékařství pro děti a dorost. Platí 2 roky od vystavení, pokud se zdravotní způsobilost dítěte nezmění.</w:t>
            </w:r>
          </w:p>
        </w:tc>
      </w:tr>
      <w:tr w:rsidR="00AF5748" w14:paraId="6097248C" w14:textId="77777777">
        <w:tblPrEx>
          <w:tblBorders>
            <w:insideH w:val="single" w:sz="5" w:space="0" w:color="AFC1C7"/>
            <w:insideV w:val="single" w:sz="5" w:space="0" w:color="AFC1C7"/>
          </w:tblBorders>
        </w:tblPrEx>
        <w:trPr>
          <w:cantSplit/>
        </w:trPr>
        <w:tc>
          <w:tcPr>
            <w:tcW w:w="3454" w:type="dxa"/>
            <w:shd w:val="clear" w:color="auto" w:fill="EAF3F5"/>
            <w:tcMar>
              <w:top w:w="50" w:type="dxa"/>
              <w:left w:w="130" w:type="dxa"/>
              <w:bottom w:w="50" w:type="dxa"/>
              <w:right w:w="130" w:type="dxa"/>
            </w:tcMar>
            <w:vAlign w:val="center"/>
          </w:tcPr>
          <w:p w14:paraId="10603E81" w14:textId="77777777" w:rsidR="00AF5748" w:rsidRDefault="00B70E79">
            <w:pPr>
              <w:spacing w:after="0" w:line="250" w:lineRule="auto"/>
            </w:pPr>
            <w:r>
              <w:rPr>
                <w:rFonts w:eastAsia="Arial" w:cs="Arial"/>
                <w:b/>
                <w:color w:val="104454"/>
                <w:sz w:val="22"/>
              </w:rPr>
              <w:t>Evidenční číslo posudku</w:t>
            </w:r>
          </w:p>
        </w:tc>
        <w:tc>
          <w:tcPr>
            <w:tcW w:w="5906" w:type="dxa"/>
            <w:shd w:val="clear" w:color="auto" w:fill="FFFFFF"/>
            <w:tcMar>
              <w:top w:w="50" w:type="dxa"/>
              <w:left w:w="130" w:type="dxa"/>
              <w:bottom w:w="50" w:type="dxa"/>
              <w:right w:w="130" w:type="dxa"/>
            </w:tcMar>
            <w:vAlign w:val="center"/>
          </w:tcPr>
          <w:p w14:paraId="574A832C" w14:textId="77777777" w:rsidR="00AF5748" w:rsidRDefault="00AF5748">
            <w:pPr>
              <w:spacing w:after="0" w:line="250" w:lineRule="auto"/>
            </w:pPr>
          </w:p>
        </w:tc>
      </w:tr>
    </w:tbl>
    <w:p w14:paraId="2161E87A" w14:textId="77777777" w:rsidR="00AF5748" w:rsidRDefault="00B70E79">
      <w:pPr>
        <w:keepNext/>
        <w:shd w:val="clear" w:color="auto" w:fill="15566A"/>
        <w:spacing w:before="40" w:after="40" w:line="254" w:lineRule="auto"/>
        <w:ind w:left="100" w:right="100"/>
      </w:pPr>
      <w:r>
        <w:rPr>
          <w:rFonts w:eastAsia="Arial" w:cs="Arial"/>
          <w:b/>
          <w:color w:val="FFFFFF"/>
        </w:rPr>
        <w:t>1. IDENTIFIKAČNÍ ÚDAJE</w:t>
      </w:r>
    </w:p>
    <w:tbl>
      <w:tblPr>
        <w:tblW w:w="9360" w:type="dxa"/>
        <w:tblInd w:w="130" w:type="dxa"/>
        <w:tblBorders>
          <w:top w:val="single" w:sz="5" w:space="0" w:color="AFC1C7"/>
          <w:left w:val="single" w:sz="5" w:space="0" w:color="AFC1C7"/>
          <w:bottom w:val="single" w:sz="5" w:space="0" w:color="AFC1C7"/>
          <w:right w:val="single" w:sz="5" w:space="0" w:color="AFC1C7"/>
          <w:insideH w:val="single" w:sz="5" w:space="0" w:color="AFC1C7"/>
          <w:insideV w:val="single" w:sz="5" w:space="0" w:color="AFC1C7"/>
        </w:tblBorders>
        <w:tblLayout w:type="fixed"/>
        <w:tblLook w:val="04A0" w:firstRow="1" w:lastRow="0" w:firstColumn="1" w:lastColumn="0" w:noHBand="0" w:noVBand="1"/>
      </w:tblPr>
      <w:tblGrid>
        <w:gridCol w:w="4123"/>
        <w:gridCol w:w="5237"/>
      </w:tblGrid>
      <w:tr w:rsidR="00AF5748" w14:paraId="2086AE7D" w14:textId="77777777">
        <w:trPr>
          <w:cantSplit/>
        </w:trPr>
        <w:tc>
          <w:tcPr>
            <w:tcW w:w="4123" w:type="dxa"/>
            <w:shd w:val="clear" w:color="auto" w:fill="EAF3F5"/>
            <w:tcMar>
              <w:top w:w="50" w:type="dxa"/>
              <w:left w:w="130" w:type="dxa"/>
              <w:bottom w:w="50" w:type="dxa"/>
              <w:right w:w="130" w:type="dxa"/>
            </w:tcMar>
            <w:vAlign w:val="center"/>
          </w:tcPr>
          <w:p w14:paraId="44204D16" w14:textId="77777777" w:rsidR="00AF5748" w:rsidRDefault="00B70E79">
            <w:pPr>
              <w:spacing w:after="0" w:line="250" w:lineRule="auto"/>
            </w:pPr>
            <w:r>
              <w:rPr>
                <w:rFonts w:eastAsia="Arial" w:cs="Arial"/>
                <w:b/>
                <w:color w:val="104454"/>
                <w:sz w:val="20"/>
              </w:rPr>
              <w:t xml:space="preserve">Název poskytovatele zdravotních služeb </w:t>
            </w:r>
            <w:r>
              <w:rPr>
                <w:rFonts w:eastAsia="Arial" w:cs="Arial"/>
                <w:b/>
                <w:color w:val="104454"/>
                <w:sz w:val="20"/>
              </w:rPr>
              <w:t>vydávajícího posudek</w:t>
            </w:r>
          </w:p>
        </w:tc>
        <w:tc>
          <w:tcPr>
            <w:tcW w:w="5237" w:type="dxa"/>
            <w:shd w:val="clear" w:color="auto" w:fill="FFFFFF"/>
            <w:tcMar>
              <w:top w:w="50" w:type="dxa"/>
              <w:left w:w="130" w:type="dxa"/>
              <w:bottom w:w="50" w:type="dxa"/>
              <w:right w:w="130" w:type="dxa"/>
            </w:tcMar>
            <w:vAlign w:val="center"/>
          </w:tcPr>
          <w:p w14:paraId="263A2ABF" w14:textId="77777777" w:rsidR="00AF5748" w:rsidRDefault="00AF5748">
            <w:pPr>
              <w:spacing w:after="0" w:line="250" w:lineRule="auto"/>
            </w:pPr>
          </w:p>
        </w:tc>
      </w:tr>
      <w:tr w:rsidR="00AF5748" w14:paraId="1334F144" w14:textId="77777777">
        <w:trPr>
          <w:cantSplit/>
        </w:trPr>
        <w:tc>
          <w:tcPr>
            <w:tcW w:w="4123" w:type="dxa"/>
            <w:shd w:val="clear" w:color="auto" w:fill="EAF3F5"/>
            <w:tcMar>
              <w:top w:w="50" w:type="dxa"/>
              <w:left w:w="130" w:type="dxa"/>
              <w:bottom w:w="50" w:type="dxa"/>
              <w:right w:w="130" w:type="dxa"/>
            </w:tcMar>
            <w:vAlign w:val="center"/>
          </w:tcPr>
          <w:p w14:paraId="69E0C7BA" w14:textId="77777777" w:rsidR="00AF5748" w:rsidRDefault="00B70E79">
            <w:pPr>
              <w:spacing w:after="0" w:line="250" w:lineRule="auto"/>
            </w:pPr>
            <w:r>
              <w:rPr>
                <w:rFonts w:eastAsia="Arial" w:cs="Arial"/>
                <w:b/>
                <w:color w:val="104454"/>
                <w:sz w:val="20"/>
              </w:rPr>
              <w:t>Adresa sídla nebo místa podnikání poskytovatele</w:t>
            </w:r>
          </w:p>
        </w:tc>
        <w:tc>
          <w:tcPr>
            <w:tcW w:w="5237" w:type="dxa"/>
            <w:shd w:val="clear" w:color="auto" w:fill="FFFFFF"/>
            <w:tcMar>
              <w:top w:w="50" w:type="dxa"/>
              <w:left w:w="130" w:type="dxa"/>
              <w:bottom w:w="50" w:type="dxa"/>
              <w:right w:w="130" w:type="dxa"/>
            </w:tcMar>
            <w:vAlign w:val="center"/>
          </w:tcPr>
          <w:p w14:paraId="6F5B0DFF" w14:textId="77777777" w:rsidR="00AF5748" w:rsidRDefault="00AF5748">
            <w:pPr>
              <w:spacing w:after="0" w:line="250" w:lineRule="auto"/>
            </w:pPr>
          </w:p>
        </w:tc>
      </w:tr>
      <w:tr w:rsidR="00AF5748" w14:paraId="6F01AA95" w14:textId="77777777">
        <w:trPr>
          <w:cantSplit/>
        </w:trPr>
        <w:tc>
          <w:tcPr>
            <w:tcW w:w="4123" w:type="dxa"/>
            <w:shd w:val="clear" w:color="auto" w:fill="EAF3F5"/>
            <w:tcMar>
              <w:top w:w="50" w:type="dxa"/>
              <w:left w:w="130" w:type="dxa"/>
              <w:bottom w:w="50" w:type="dxa"/>
              <w:right w:w="130" w:type="dxa"/>
            </w:tcMar>
            <w:vAlign w:val="center"/>
          </w:tcPr>
          <w:p w14:paraId="71187A78" w14:textId="77777777" w:rsidR="00AF5748" w:rsidRDefault="00B70E79">
            <w:pPr>
              <w:spacing w:after="0" w:line="250" w:lineRule="auto"/>
            </w:pPr>
            <w:r>
              <w:rPr>
                <w:rFonts w:eastAsia="Arial" w:cs="Arial"/>
                <w:b/>
                <w:color w:val="104454"/>
                <w:sz w:val="20"/>
              </w:rPr>
              <w:t>IČO poskytovatele</w:t>
            </w:r>
          </w:p>
        </w:tc>
        <w:tc>
          <w:tcPr>
            <w:tcW w:w="5237" w:type="dxa"/>
            <w:shd w:val="clear" w:color="auto" w:fill="FFFFFF"/>
            <w:tcMar>
              <w:top w:w="50" w:type="dxa"/>
              <w:left w:w="130" w:type="dxa"/>
              <w:bottom w:w="50" w:type="dxa"/>
              <w:right w:w="130" w:type="dxa"/>
            </w:tcMar>
            <w:vAlign w:val="center"/>
          </w:tcPr>
          <w:p w14:paraId="531F3358" w14:textId="77777777" w:rsidR="00AF5748" w:rsidRDefault="00AF5748">
            <w:pPr>
              <w:spacing w:after="0" w:line="250" w:lineRule="auto"/>
            </w:pPr>
          </w:p>
        </w:tc>
      </w:tr>
      <w:tr w:rsidR="00AF5748" w14:paraId="37854D23" w14:textId="77777777">
        <w:trPr>
          <w:cantSplit/>
        </w:trPr>
        <w:tc>
          <w:tcPr>
            <w:tcW w:w="4123" w:type="dxa"/>
            <w:shd w:val="clear" w:color="auto" w:fill="EAF3F5"/>
            <w:tcMar>
              <w:top w:w="50" w:type="dxa"/>
              <w:left w:w="130" w:type="dxa"/>
              <w:bottom w:w="50" w:type="dxa"/>
              <w:right w:w="130" w:type="dxa"/>
            </w:tcMar>
            <w:vAlign w:val="center"/>
          </w:tcPr>
          <w:p w14:paraId="2DF9FA62" w14:textId="77777777" w:rsidR="00AF5748" w:rsidRDefault="00B70E79">
            <w:pPr>
              <w:spacing w:after="0" w:line="250" w:lineRule="auto"/>
            </w:pPr>
            <w:r>
              <w:rPr>
                <w:rFonts w:eastAsia="Arial" w:cs="Arial"/>
                <w:b/>
                <w:color w:val="104454"/>
                <w:sz w:val="20"/>
              </w:rPr>
              <w:t>Jméno, popřípadě jména, a příjmení posuzovaného dítěte</w:t>
            </w:r>
          </w:p>
        </w:tc>
        <w:tc>
          <w:tcPr>
            <w:tcW w:w="5237" w:type="dxa"/>
            <w:shd w:val="clear" w:color="auto" w:fill="FFFFFF"/>
            <w:tcMar>
              <w:top w:w="50" w:type="dxa"/>
              <w:left w:w="130" w:type="dxa"/>
              <w:bottom w:w="50" w:type="dxa"/>
              <w:right w:w="130" w:type="dxa"/>
            </w:tcMar>
            <w:vAlign w:val="center"/>
          </w:tcPr>
          <w:p w14:paraId="6A075CF0" w14:textId="77777777" w:rsidR="00AF5748" w:rsidRDefault="00AF5748">
            <w:pPr>
              <w:spacing w:after="0" w:line="250" w:lineRule="auto"/>
            </w:pPr>
          </w:p>
        </w:tc>
      </w:tr>
      <w:tr w:rsidR="00AF5748" w14:paraId="69514054" w14:textId="77777777">
        <w:trPr>
          <w:cantSplit/>
        </w:trPr>
        <w:tc>
          <w:tcPr>
            <w:tcW w:w="4123" w:type="dxa"/>
            <w:shd w:val="clear" w:color="auto" w:fill="EAF3F5"/>
            <w:tcMar>
              <w:top w:w="50" w:type="dxa"/>
              <w:left w:w="130" w:type="dxa"/>
              <w:bottom w:w="50" w:type="dxa"/>
              <w:right w:w="130" w:type="dxa"/>
            </w:tcMar>
            <w:vAlign w:val="center"/>
          </w:tcPr>
          <w:p w14:paraId="0FED0B6A" w14:textId="77777777" w:rsidR="00AF5748" w:rsidRDefault="00B70E79">
            <w:pPr>
              <w:spacing w:after="0" w:line="250" w:lineRule="auto"/>
            </w:pPr>
            <w:r>
              <w:rPr>
                <w:rFonts w:eastAsia="Arial" w:cs="Arial"/>
                <w:b/>
                <w:color w:val="104454"/>
                <w:sz w:val="20"/>
              </w:rPr>
              <w:t>Datum narození posuzovaného dítěte</w:t>
            </w:r>
          </w:p>
        </w:tc>
        <w:tc>
          <w:tcPr>
            <w:tcW w:w="5237" w:type="dxa"/>
            <w:shd w:val="clear" w:color="auto" w:fill="FFFFFF"/>
            <w:tcMar>
              <w:top w:w="50" w:type="dxa"/>
              <w:left w:w="130" w:type="dxa"/>
              <w:bottom w:w="50" w:type="dxa"/>
              <w:right w:w="130" w:type="dxa"/>
            </w:tcMar>
            <w:vAlign w:val="center"/>
          </w:tcPr>
          <w:p w14:paraId="13DB90DE" w14:textId="77777777" w:rsidR="00AF5748" w:rsidRDefault="00AF5748">
            <w:pPr>
              <w:spacing w:after="0" w:line="250" w:lineRule="auto"/>
            </w:pPr>
          </w:p>
        </w:tc>
      </w:tr>
      <w:tr w:rsidR="00AF5748" w14:paraId="007C0F37" w14:textId="77777777">
        <w:trPr>
          <w:cantSplit/>
        </w:trPr>
        <w:tc>
          <w:tcPr>
            <w:tcW w:w="4123" w:type="dxa"/>
            <w:shd w:val="clear" w:color="auto" w:fill="EAF3F5"/>
            <w:tcMar>
              <w:top w:w="50" w:type="dxa"/>
              <w:left w:w="130" w:type="dxa"/>
              <w:bottom w:w="50" w:type="dxa"/>
              <w:right w:w="130" w:type="dxa"/>
            </w:tcMar>
            <w:vAlign w:val="center"/>
          </w:tcPr>
          <w:p w14:paraId="6D1DD2BF" w14:textId="77777777" w:rsidR="00AF5748" w:rsidRDefault="00B70E79">
            <w:pPr>
              <w:spacing w:after="0" w:line="250" w:lineRule="auto"/>
            </w:pPr>
            <w:r>
              <w:rPr>
                <w:rFonts w:eastAsia="Arial" w:cs="Arial"/>
                <w:b/>
                <w:color w:val="104454"/>
                <w:sz w:val="20"/>
              </w:rPr>
              <w:t xml:space="preserve">Adresa trvalého pobytu nebo jiného bydliště dítěte na území </w:t>
            </w:r>
            <w:r>
              <w:rPr>
                <w:rFonts w:eastAsia="Arial" w:cs="Arial"/>
                <w:b/>
                <w:color w:val="104454"/>
                <w:sz w:val="20"/>
              </w:rPr>
              <w:t>České republiky</w:t>
            </w:r>
          </w:p>
        </w:tc>
        <w:tc>
          <w:tcPr>
            <w:tcW w:w="5237" w:type="dxa"/>
            <w:shd w:val="clear" w:color="auto" w:fill="FFFFFF"/>
            <w:tcMar>
              <w:top w:w="50" w:type="dxa"/>
              <w:left w:w="130" w:type="dxa"/>
              <w:bottom w:w="50" w:type="dxa"/>
              <w:right w:w="130" w:type="dxa"/>
            </w:tcMar>
            <w:vAlign w:val="center"/>
          </w:tcPr>
          <w:p w14:paraId="2C2AC95F" w14:textId="77777777" w:rsidR="00AF5748" w:rsidRDefault="00AF5748">
            <w:pPr>
              <w:spacing w:after="0" w:line="250" w:lineRule="auto"/>
            </w:pPr>
          </w:p>
        </w:tc>
      </w:tr>
    </w:tbl>
    <w:p w14:paraId="32607252" w14:textId="77777777" w:rsidR="00AF5748" w:rsidRDefault="00B70E79">
      <w:pPr>
        <w:keepNext/>
        <w:shd w:val="clear" w:color="auto" w:fill="15566A"/>
        <w:spacing w:before="40" w:after="40" w:line="254" w:lineRule="auto"/>
        <w:ind w:left="100" w:right="100"/>
      </w:pPr>
      <w:r>
        <w:rPr>
          <w:rFonts w:eastAsia="Arial" w:cs="Arial"/>
          <w:b/>
          <w:color w:val="FFFFFF"/>
        </w:rPr>
        <w:t>2. ÚČEL VYDÁNÍ POSUDKU</w:t>
      </w:r>
    </w:p>
    <w:tbl>
      <w:tblPr>
        <w:tblW w:w="9360" w:type="dxa"/>
        <w:tblInd w:w="130" w:type="dxa"/>
        <w:tblBorders>
          <w:top w:val="single" w:sz="5" w:space="0" w:color="AFC1C7"/>
          <w:left w:val="single" w:sz="5" w:space="0" w:color="AFC1C7"/>
          <w:bottom w:val="single" w:sz="5" w:space="0" w:color="AFC1C7"/>
          <w:right w:val="single" w:sz="5" w:space="0" w:color="AFC1C7"/>
        </w:tblBorders>
        <w:tblLayout w:type="fixed"/>
        <w:tblLook w:val="04A0" w:firstRow="1" w:lastRow="0" w:firstColumn="1" w:lastColumn="0" w:noHBand="0" w:noVBand="1"/>
      </w:tblPr>
      <w:tblGrid>
        <w:gridCol w:w="9360"/>
      </w:tblGrid>
      <w:tr w:rsidR="00AF5748" w14:paraId="4CD8CB82" w14:textId="77777777">
        <w:trPr>
          <w:cantSplit/>
        </w:trPr>
        <w:tc>
          <w:tcPr>
            <w:tcW w:w="9360" w:type="dxa"/>
            <w:shd w:val="clear" w:color="auto" w:fill="FFFFFF"/>
            <w:tcMar>
              <w:top w:w="55" w:type="dxa"/>
              <w:left w:w="130" w:type="dxa"/>
              <w:bottom w:w="45" w:type="dxa"/>
              <w:right w:w="130" w:type="dxa"/>
            </w:tcMar>
            <w:vAlign w:val="center"/>
          </w:tcPr>
          <w:p w14:paraId="390E7641" w14:textId="77777777" w:rsidR="00AF5748" w:rsidRDefault="00B70E79">
            <w:pPr>
              <w:keepNext/>
              <w:spacing w:after="0" w:line="250" w:lineRule="auto"/>
            </w:pPr>
            <w:r>
              <w:rPr>
                <w:rFonts w:eastAsia="Arial" w:cs="Arial"/>
                <w:b/>
                <w:color w:val="104454"/>
                <w:sz w:val="21"/>
              </w:rPr>
              <w:t>Účel vydání posudku:</w:t>
            </w:r>
          </w:p>
          <w:p w14:paraId="7ADB5F02" w14:textId="77777777" w:rsidR="00AF5748" w:rsidRDefault="00B70E79">
            <w:pPr>
              <w:spacing w:after="20"/>
            </w:pPr>
            <w:r>
              <w:rPr>
                <w:rFonts w:eastAsia="Arial" w:cs="Arial"/>
                <w:color w:val="5F6B73"/>
                <w:sz w:val="19"/>
              </w:rPr>
              <w:t>________________________________________________________________________________</w:t>
            </w:r>
          </w:p>
        </w:tc>
      </w:tr>
    </w:tbl>
    <w:p w14:paraId="340416C4" w14:textId="77777777" w:rsidR="00AF5748" w:rsidRDefault="00B70E79">
      <w:pPr>
        <w:keepNext/>
        <w:shd w:val="clear" w:color="auto" w:fill="15566A"/>
        <w:spacing w:before="40" w:after="40" w:line="254" w:lineRule="auto"/>
        <w:ind w:left="100" w:right="100"/>
      </w:pPr>
      <w:r>
        <w:rPr>
          <w:rFonts w:eastAsia="Arial" w:cs="Arial"/>
          <w:b/>
          <w:color w:val="FFFFFF"/>
        </w:rPr>
        <w:t>3. POSUDKOVÝ ZÁVĚR</w:t>
      </w:r>
    </w:p>
    <w:tbl>
      <w:tblPr>
        <w:tblW w:w="9360" w:type="dxa"/>
        <w:tblInd w:w="130" w:type="dxa"/>
        <w:tblBorders>
          <w:top w:val="single" w:sz="5" w:space="0" w:color="AFC1C7"/>
          <w:left w:val="single" w:sz="5" w:space="0" w:color="AFC1C7"/>
          <w:bottom w:val="single" w:sz="5" w:space="0" w:color="AFC1C7"/>
          <w:right w:val="single" w:sz="5" w:space="0" w:color="AFC1C7"/>
        </w:tblBorders>
        <w:tblLayout w:type="fixed"/>
        <w:tblLook w:val="04A0" w:firstRow="1" w:lastRow="0" w:firstColumn="1" w:lastColumn="0" w:noHBand="0" w:noVBand="1"/>
      </w:tblPr>
      <w:tblGrid>
        <w:gridCol w:w="9360"/>
      </w:tblGrid>
      <w:tr w:rsidR="00AF5748" w14:paraId="302B6309" w14:textId="77777777" w:rsidTr="00B70E79">
        <w:trPr>
          <w:cantSplit/>
          <w:trHeight w:val="1999"/>
        </w:trPr>
        <w:tc>
          <w:tcPr>
            <w:tcW w:w="9360" w:type="dxa"/>
            <w:shd w:val="clear" w:color="auto" w:fill="F5F8F9"/>
            <w:tcMar>
              <w:top w:w="60" w:type="dxa"/>
              <w:left w:w="130" w:type="dxa"/>
              <w:bottom w:w="55" w:type="dxa"/>
              <w:right w:w="130" w:type="dxa"/>
            </w:tcMar>
            <w:vAlign w:val="center"/>
          </w:tcPr>
          <w:p w14:paraId="1BEA1D32" w14:textId="77777777" w:rsidR="00AF5748" w:rsidRDefault="00B70E79">
            <w:pPr>
              <w:spacing w:after="0" w:line="250" w:lineRule="auto"/>
            </w:pPr>
            <w:r>
              <w:rPr>
                <w:rFonts w:eastAsia="Arial" w:cs="Arial"/>
                <w:b/>
                <w:color w:val="104454"/>
                <w:sz w:val="21"/>
              </w:rPr>
              <w:t>A) Posuzované dítě k účasti na škole v přírodě nebo zotavovací akci</w:t>
            </w:r>
          </w:p>
          <w:p w14:paraId="7F6EBF48" w14:textId="77777777" w:rsidR="00AF5748" w:rsidRDefault="00B70E79">
            <w:pPr>
              <w:spacing w:after="20"/>
            </w:pPr>
            <w:r>
              <w:rPr>
                <w:rFonts w:eastAsia="Arial" w:cs="Arial"/>
                <w:sz w:val="21"/>
              </w:rPr>
              <w:t xml:space="preserve">a) je zdravotně </w:t>
            </w:r>
            <w:r>
              <w:rPr>
                <w:rFonts w:eastAsia="Arial" w:cs="Arial"/>
                <w:sz w:val="21"/>
              </w:rPr>
              <w:t>způsobilé*)</w:t>
            </w:r>
          </w:p>
          <w:p w14:paraId="56AD2F3B" w14:textId="77777777" w:rsidR="00AF5748" w:rsidRDefault="00B70E79">
            <w:pPr>
              <w:spacing w:after="20"/>
            </w:pPr>
            <w:r>
              <w:rPr>
                <w:rFonts w:eastAsia="Arial" w:cs="Arial"/>
                <w:sz w:val="21"/>
              </w:rPr>
              <w:t>b) není zdravotně způsobilé*)</w:t>
            </w:r>
          </w:p>
          <w:p w14:paraId="4CF9D0DC" w14:textId="77777777" w:rsidR="00AF5748" w:rsidRDefault="00B70E79">
            <w:pPr>
              <w:spacing w:after="20"/>
              <w:rPr>
                <w:rFonts w:eastAsia="Arial" w:cs="Arial"/>
                <w:sz w:val="21"/>
              </w:rPr>
            </w:pPr>
            <w:r>
              <w:rPr>
                <w:rFonts w:eastAsia="Arial" w:cs="Arial"/>
                <w:sz w:val="21"/>
              </w:rPr>
              <w:t xml:space="preserve">c) je zdravotně </w:t>
            </w:r>
            <w:proofErr w:type="spellStart"/>
            <w:r>
              <w:rPr>
                <w:rFonts w:eastAsia="Arial" w:cs="Arial"/>
                <w:sz w:val="21"/>
              </w:rPr>
              <w:t>způsobilé</w:t>
            </w:r>
            <w:proofErr w:type="spellEnd"/>
            <w:r>
              <w:rPr>
                <w:rFonts w:eastAsia="Arial" w:cs="Arial"/>
                <w:sz w:val="21"/>
              </w:rPr>
              <w:t xml:space="preserve"> s </w:t>
            </w:r>
            <w:proofErr w:type="spellStart"/>
            <w:r>
              <w:rPr>
                <w:rFonts w:eastAsia="Arial" w:cs="Arial"/>
                <w:sz w:val="21"/>
              </w:rPr>
              <w:t>omezením</w:t>
            </w:r>
            <w:proofErr w:type="spellEnd"/>
            <w:r>
              <w:rPr>
                <w:rFonts w:eastAsia="Arial" w:cs="Arial"/>
                <w:sz w:val="21"/>
              </w:rPr>
              <w:t>*) **):</w:t>
            </w:r>
          </w:p>
          <w:p w14:paraId="396A6872" w14:textId="77777777" w:rsidR="00B70E79" w:rsidRDefault="00B70E79">
            <w:pPr>
              <w:spacing w:after="20"/>
            </w:pPr>
          </w:p>
          <w:p w14:paraId="26CE6D60" w14:textId="77777777" w:rsidR="00AF5748" w:rsidRDefault="00B70E79">
            <w:pPr>
              <w:spacing w:after="0"/>
              <w:rPr>
                <w:rFonts w:eastAsia="Arial" w:cs="Arial"/>
                <w:color w:val="5F6B73"/>
                <w:sz w:val="18"/>
              </w:rPr>
            </w:pPr>
            <w:r>
              <w:rPr>
                <w:rFonts w:eastAsia="Arial" w:cs="Arial"/>
                <w:color w:val="5F6B73"/>
                <w:sz w:val="18"/>
              </w:rPr>
              <w:t>________________________________________________________________________________</w:t>
            </w:r>
          </w:p>
          <w:p w14:paraId="5144EF44" w14:textId="77777777" w:rsidR="00B70E79" w:rsidRDefault="00B70E79">
            <w:pPr>
              <w:spacing w:after="0"/>
            </w:pPr>
          </w:p>
          <w:p w14:paraId="5846D377" w14:textId="77777777" w:rsidR="00AF5748" w:rsidRDefault="00B70E79">
            <w:pPr>
              <w:spacing w:after="0"/>
            </w:pPr>
            <w:r>
              <w:rPr>
                <w:rFonts w:eastAsia="Arial" w:cs="Arial"/>
                <w:color w:val="5F6B73"/>
                <w:sz w:val="18"/>
              </w:rPr>
              <w:t>________________________________________________________________________________</w:t>
            </w:r>
          </w:p>
        </w:tc>
      </w:tr>
    </w:tbl>
    <w:p w14:paraId="0B830BD7" w14:textId="77777777" w:rsidR="00AF5748" w:rsidRDefault="00B70E79">
      <w:r>
        <w:br w:type="page"/>
      </w:r>
    </w:p>
    <w:p w14:paraId="3D69FA18" w14:textId="77777777" w:rsidR="00AF5748" w:rsidRDefault="00B70E79">
      <w:pPr>
        <w:keepNext/>
        <w:shd w:val="clear" w:color="auto" w:fill="15566A"/>
        <w:spacing w:before="40" w:after="40" w:line="254" w:lineRule="auto"/>
        <w:ind w:left="100" w:right="100"/>
      </w:pPr>
      <w:r>
        <w:rPr>
          <w:rFonts w:eastAsia="Arial" w:cs="Arial"/>
          <w:b/>
          <w:color w:val="FFFFFF"/>
        </w:rPr>
        <w:lastRenderedPageBreak/>
        <w:t>3. POSUDKOVÝ ZÁVĚR – POKRAČOVÁNÍ</w:t>
      </w:r>
    </w:p>
    <w:p w14:paraId="25AC2D08" w14:textId="77777777" w:rsidR="00AF5748" w:rsidRDefault="00B70E79">
      <w:pPr>
        <w:keepNext/>
        <w:spacing w:after="40" w:line="254" w:lineRule="auto"/>
      </w:pPr>
      <w:r>
        <w:rPr>
          <w:rFonts w:eastAsia="Arial" w:cs="Arial"/>
          <w:b/>
          <w:color w:val="104454"/>
          <w:sz w:val="22"/>
        </w:rPr>
        <w:t>B) Posuzované dítě</w:t>
      </w:r>
    </w:p>
    <w:tbl>
      <w:tblPr>
        <w:tblW w:w="9360" w:type="dxa"/>
        <w:tblInd w:w="130" w:type="dxa"/>
        <w:tblBorders>
          <w:top w:val="single" w:sz="5" w:space="0" w:color="AFC1C7"/>
          <w:left w:val="single" w:sz="5" w:space="0" w:color="AFC1C7"/>
          <w:bottom w:val="single" w:sz="5" w:space="0" w:color="AFC1C7"/>
          <w:right w:val="single" w:sz="5" w:space="0" w:color="AFC1C7"/>
          <w:insideH w:val="single" w:sz="5" w:space="0" w:color="AFC1C7"/>
          <w:insideV w:val="single" w:sz="5" w:space="0" w:color="AFC1C7"/>
        </w:tblBorders>
        <w:tblLayout w:type="fixed"/>
        <w:tblLook w:val="04A0" w:firstRow="1" w:lastRow="0" w:firstColumn="1" w:lastColumn="0" w:noHBand="0" w:noVBand="1"/>
      </w:tblPr>
      <w:tblGrid>
        <w:gridCol w:w="9360"/>
      </w:tblGrid>
      <w:tr w:rsidR="00AF5748" w14:paraId="525CEAB9" w14:textId="77777777">
        <w:trPr>
          <w:cantSplit/>
        </w:trPr>
        <w:tc>
          <w:tcPr>
            <w:tcW w:w="9360" w:type="dxa"/>
            <w:shd w:val="clear" w:color="auto" w:fill="F5F8F9"/>
            <w:tcMar>
              <w:top w:w="52" w:type="dxa"/>
              <w:left w:w="130" w:type="dxa"/>
              <w:bottom w:w="42" w:type="dxa"/>
              <w:right w:w="130" w:type="dxa"/>
            </w:tcMar>
            <w:vAlign w:val="center"/>
          </w:tcPr>
          <w:p w14:paraId="59485C3A" w14:textId="77777777" w:rsidR="00AF5748" w:rsidRDefault="00B70E79">
            <w:pPr>
              <w:spacing w:after="0" w:line="250" w:lineRule="auto"/>
            </w:pPr>
            <w:r>
              <w:rPr>
                <w:rFonts w:eastAsia="Arial" w:cs="Arial"/>
                <w:b/>
                <w:color w:val="104454"/>
                <w:sz w:val="21"/>
              </w:rPr>
              <w:t>a) se podrobilo stanoveným pravidelným očkováním:  ANO – NE</w:t>
            </w:r>
          </w:p>
          <w:p w14:paraId="4807127C" w14:textId="77777777" w:rsidR="00AF5748" w:rsidRDefault="00B70E79">
            <w:pPr>
              <w:spacing w:after="0"/>
            </w:pPr>
            <w:r>
              <w:rPr>
                <w:rFonts w:eastAsia="Arial" w:cs="Arial"/>
                <w:color w:val="5F6B73"/>
                <w:sz w:val="18"/>
              </w:rPr>
              <w:t>________________________________________________________________________________</w:t>
            </w:r>
          </w:p>
        </w:tc>
      </w:tr>
      <w:tr w:rsidR="00AF5748" w14:paraId="6C3139B5" w14:textId="77777777">
        <w:trPr>
          <w:cantSplit/>
        </w:trPr>
        <w:tc>
          <w:tcPr>
            <w:tcW w:w="9360" w:type="dxa"/>
            <w:shd w:val="clear" w:color="auto" w:fill="FFFFFF"/>
            <w:tcMar>
              <w:top w:w="52" w:type="dxa"/>
              <w:left w:w="130" w:type="dxa"/>
              <w:bottom w:w="42" w:type="dxa"/>
              <w:right w:w="130" w:type="dxa"/>
            </w:tcMar>
            <w:vAlign w:val="center"/>
          </w:tcPr>
          <w:p w14:paraId="51A5A694" w14:textId="77777777" w:rsidR="00AF5748" w:rsidRDefault="00B70E79">
            <w:pPr>
              <w:spacing w:after="0" w:line="250" w:lineRule="auto"/>
            </w:pPr>
            <w:r>
              <w:rPr>
                <w:rFonts w:eastAsia="Arial" w:cs="Arial"/>
                <w:sz w:val="21"/>
              </w:rPr>
              <w:t>b) je proti nákaze imunní (typ/druh):</w:t>
            </w:r>
          </w:p>
          <w:p w14:paraId="5AF460C5" w14:textId="77777777" w:rsidR="00AF5748" w:rsidRDefault="00B70E79">
            <w:pPr>
              <w:spacing w:after="0"/>
            </w:pPr>
            <w:r>
              <w:rPr>
                <w:rFonts w:eastAsia="Arial" w:cs="Arial"/>
                <w:color w:val="5F6B73"/>
                <w:sz w:val="18"/>
              </w:rPr>
              <w:t>________________________________________________________________________________</w:t>
            </w:r>
          </w:p>
        </w:tc>
      </w:tr>
      <w:tr w:rsidR="00AF5748" w14:paraId="14C2A8F7" w14:textId="77777777">
        <w:trPr>
          <w:cantSplit/>
        </w:trPr>
        <w:tc>
          <w:tcPr>
            <w:tcW w:w="9360" w:type="dxa"/>
            <w:shd w:val="clear" w:color="auto" w:fill="FFFFFF"/>
            <w:tcMar>
              <w:top w:w="52" w:type="dxa"/>
              <w:left w:w="130" w:type="dxa"/>
              <w:bottom w:w="42" w:type="dxa"/>
              <w:right w:w="130" w:type="dxa"/>
            </w:tcMar>
            <w:vAlign w:val="center"/>
          </w:tcPr>
          <w:p w14:paraId="377FD448" w14:textId="77777777" w:rsidR="00AF5748" w:rsidRDefault="00B70E79">
            <w:pPr>
              <w:spacing w:after="0" w:line="250" w:lineRule="auto"/>
            </w:pPr>
            <w:r>
              <w:rPr>
                <w:rFonts w:eastAsia="Arial" w:cs="Arial"/>
                <w:sz w:val="21"/>
              </w:rPr>
              <w:t>c) má kontraindikaci proti očkování (typ/druh):</w:t>
            </w:r>
          </w:p>
          <w:p w14:paraId="3DFFADFD" w14:textId="77777777" w:rsidR="00AF5748" w:rsidRDefault="00B70E79">
            <w:pPr>
              <w:spacing w:after="0"/>
            </w:pPr>
            <w:r>
              <w:rPr>
                <w:rFonts w:eastAsia="Arial" w:cs="Arial"/>
                <w:color w:val="5F6B73"/>
                <w:sz w:val="18"/>
              </w:rPr>
              <w:t>________________________________________________________________________________</w:t>
            </w:r>
          </w:p>
        </w:tc>
      </w:tr>
      <w:tr w:rsidR="00AF5748" w14:paraId="14475C67" w14:textId="77777777">
        <w:trPr>
          <w:cantSplit/>
        </w:trPr>
        <w:tc>
          <w:tcPr>
            <w:tcW w:w="9360" w:type="dxa"/>
            <w:shd w:val="clear" w:color="auto" w:fill="FFFFFF"/>
            <w:tcMar>
              <w:top w:w="52" w:type="dxa"/>
              <w:left w:w="130" w:type="dxa"/>
              <w:bottom w:w="42" w:type="dxa"/>
              <w:right w:w="130" w:type="dxa"/>
            </w:tcMar>
            <w:vAlign w:val="center"/>
          </w:tcPr>
          <w:p w14:paraId="0AD8CE58" w14:textId="77777777" w:rsidR="00AF5748" w:rsidRDefault="00B70E79">
            <w:pPr>
              <w:spacing w:after="0" w:line="250" w:lineRule="auto"/>
            </w:pPr>
            <w:r>
              <w:rPr>
                <w:rFonts w:eastAsia="Arial" w:cs="Arial"/>
                <w:sz w:val="21"/>
              </w:rPr>
              <w:t>d) je alergické na:</w:t>
            </w:r>
          </w:p>
          <w:p w14:paraId="3A70CBCD" w14:textId="77777777" w:rsidR="00AF5748" w:rsidRDefault="00B70E79">
            <w:pPr>
              <w:spacing w:after="0"/>
            </w:pPr>
            <w:r>
              <w:rPr>
                <w:rFonts w:eastAsia="Arial" w:cs="Arial"/>
                <w:color w:val="5F6B73"/>
                <w:sz w:val="18"/>
              </w:rPr>
              <w:t>________________________________________________________________________________</w:t>
            </w:r>
          </w:p>
        </w:tc>
      </w:tr>
      <w:tr w:rsidR="00AF5748" w14:paraId="2026B02D" w14:textId="77777777">
        <w:trPr>
          <w:cantSplit/>
        </w:trPr>
        <w:tc>
          <w:tcPr>
            <w:tcW w:w="9360" w:type="dxa"/>
            <w:shd w:val="clear" w:color="auto" w:fill="FFFFFF"/>
            <w:tcMar>
              <w:top w:w="52" w:type="dxa"/>
              <w:left w:w="130" w:type="dxa"/>
              <w:bottom w:w="42" w:type="dxa"/>
              <w:right w:w="130" w:type="dxa"/>
            </w:tcMar>
            <w:vAlign w:val="center"/>
          </w:tcPr>
          <w:p w14:paraId="10B0A899" w14:textId="77777777" w:rsidR="00AF5748" w:rsidRDefault="00B70E79">
            <w:pPr>
              <w:spacing w:after="0" w:line="250" w:lineRule="auto"/>
            </w:pPr>
            <w:r>
              <w:rPr>
                <w:rFonts w:eastAsia="Arial" w:cs="Arial"/>
                <w:sz w:val="21"/>
              </w:rPr>
              <w:t>e) dlouhodobě užívá léky (typ/druh, dávka):</w:t>
            </w:r>
          </w:p>
          <w:p w14:paraId="6440AC81" w14:textId="77777777" w:rsidR="00AF5748" w:rsidRDefault="00B70E79">
            <w:pPr>
              <w:spacing w:after="0"/>
            </w:pPr>
            <w:r>
              <w:rPr>
                <w:rFonts w:eastAsia="Arial" w:cs="Arial"/>
                <w:color w:val="5F6B73"/>
                <w:sz w:val="18"/>
              </w:rPr>
              <w:t>________________________________________________________________________________</w:t>
            </w:r>
          </w:p>
        </w:tc>
      </w:tr>
      <w:tr w:rsidR="00AF5748" w14:paraId="3F6A0FEB" w14:textId="77777777">
        <w:tblPrEx>
          <w:tblBorders>
            <w:insideH w:val="none" w:sz="0" w:space="0" w:color="auto"/>
            <w:insideV w:val="none" w:sz="0" w:space="0" w:color="auto"/>
          </w:tblBorders>
        </w:tblPrEx>
        <w:trPr>
          <w:cantSplit/>
        </w:trPr>
        <w:tc>
          <w:tcPr>
            <w:tcW w:w="9360" w:type="dxa"/>
            <w:shd w:val="clear" w:color="auto" w:fill="F5F8F9"/>
            <w:tcMar>
              <w:top w:w="55" w:type="dxa"/>
              <w:left w:w="130" w:type="dxa"/>
              <w:bottom w:w="45" w:type="dxa"/>
              <w:right w:w="130" w:type="dxa"/>
            </w:tcMar>
            <w:vAlign w:val="center"/>
          </w:tcPr>
          <w:p w14:paraId="074163A0" w14:textId="77777777" w:rsidR="00AF5748" w:rsidRDefault="00B70E79">
            <w:pPr>
              <w:keepNext/>
              <w:spacing w:after="0" w:line="250" w:lineRule="auto"/>
            </w:pPr>
            <w:r>
              <w:rPr>
                <w:rFonts w:eastAsia="Arial" w:cs="Arial"/>
                <w:b/>
                <w:color w:val="104454"/>
                <w:sz w:val="21"/>
              </w:rPr>
              <w:t>Poznámka:</w:t>
            </w:r>
          </w:p>
          <w:p w14:paraId="7297AA38" w14:textId="77777777" w:rsidR="00AF5748" w:rsidRDefault="00B70E79">
            <w:pPr>
              <w:spacing w:after="20"/>
            </w:pPr>
            <w:r>
              <w:rPr>
                <w:rFonts w:eastAsia="Arial" w:cs="Arial"/>
                <w:color w:val="5F6B73"/>
                <w:sz w:val="19"/>
              </w:rPr>
              <w:t>________________________________________________________________________________</w:t>
            </w:r>
          </w:p>
        </w:tc>
      </w:tr>
    </w:tbl>
    <w:p w14:paraId="62F181A9" w14:textId="77777777" w:rsidR="00AF5748" w:rsidRDefault="00B70E79">
      <w:pPr>
        <w:spacing w:after="0" w:line="254" w:lineRule="auto"/>
      </w:pPr>
      <w:r>
        <w:rPr>
          <w:rFonts w:eastAsia="Arial" w:cs="Arial"/>
          <w:i/>
          <w:color w:val="5F6B73"/>
          <w:sz w:val="18"/>
        </w:rPr>
        <w:t>*) Nehodící se škrtněte.</w:t>
      </w:r>
    </w:p>
    <w:p w14:paraId="660821AF" w14:textId="77777777" w:rsidR="00AF5748" w:rsidRDefault="00B70E79">
      <w:pPr>
        <w:spacing w:after="40" w:line="254" w:lineRule="auto"/>
      </w:pPr>
      <w:r>
        <w:rPr>
          <w:rFonts w:eastAsia="Arial" w:cs="Arial"/>
          <w:i/>
          <w:color w:val="5F6B73"/>
          <w:sz w:val="18"/>
        </w:rPr>
        <w:t>**) Bylo-li zjištěno, že posuzované dítě je zdravotně způsobilé s omezením, uvede se omezení podmiňující zdravotní způsobilost k účasti na zotavovací akci a škole v přírodě.</w:t>
      </w:r>
    </w:p>
    <w:p w14:paraId="610128FD" w14:textId="77777777" w:rsidR="00AF5748" w:rsidRDefault="00B70E79">
      <w:pPr>
        <w:keepNext/>
        <w:shd w:val="clear" w:color="auto" w:fill="15566A"/>
        <w:spacing w:before="40" w:after="40" w:line="254" w:lineRule="auto"/>
        <w:ind w:left="100" w:right="100"/>
      </w:pPr>
      <w:r>
        <w:rPr>
          <w:rFonts w:eastAsia="Arial" w:cs="Arial"/>
          <w:b/>
          <w:color w:val="FFFFFF"/>
        </w:rPr>
        <w:t xml:space="preserve">4. </w:t>
      </w:r>
      <w:r>
        <w:rPr>
          <w:rFonts w:eastAsia="Arial" w:cs="Arial"/>
          <w:b/>
          <w:color w:val="FFFFFF"/>
        </w:rPr>
        <w:t>POUČENÍ</w:t>
      </w:r>
    </w:p>
    <w:p w14:paraId="048E59C4" w14:textId="77777777" w:rsidR="00AF5748" w:rsidRDefault="00B70E79">
      <w:pPr>
        <w:spacing w:after="40" w:line="254" w:lineRule="auto"/>
      </w:pPr>
      <w:r>
        <w:rPr>
          <w:rFonts w:eastAsia="Arial" w:cs="Arial"/>
          <w:sz w:val="18"/>
        </w:rPr>
        <w:t>Proti bodu 3. části A) tohoto posudku lze podle § 46 odst. 1 zákona č. 373/2011 Sb., o specifických zdravotních službách, ve znění pozdějších předpisů, podat návrh na jeho přezkoumání do 10 pracovních dnů ode dne jeho prokazatelného předání poskytovatelem zdravotních služeb, který posudek vydal. Práva na přezkoumání lékařského posudku se lze vzdát. Podle § 46 odst. 3 téhož zákona nemá návrh na přezkoumání lékařského posudku odkladný účinek, jestliže z jeho závěru vyplývá, že posuzovaná osoba je pro účel, pr</w:t>
      </w:r>
      <w:r>
        <w:rPr>
          <w:rFonts w:eastAsia="Arial" w:cs="Arial"/>
          <w:sz w:val="18"/>
        </w:rPr>
        <w:t>o nějž byla posuzována, zdravotně nezpůsobilá nebo zdravotně způsobilá s podmínkou.</w:t>
      </w:r>
    </w:p>
    <w:p w14:paraId="64165E3C" w14:textId="77777777" w:rsidR="00AF5748" w:rsidRDefault="00B70E79">
      <w:pPr>
        <w:keepNext/>
        <w:shd w:val="clear" w:color="auto" w:fill="15566A"/>
        <w:spacing w:before="40" w:after="40" w:line="254" w:lineRule="auto"/>
        <w:ind w:left="100" w:right="100"/>
      </w:pPr>
      <w:r>
        <w:rPr>
          <w:rFonts w:eastAsia="Arial" w:cs="Arial"/>
          <w:b/>
          <w:color w:val="FFFFFF"/>
        </w:rPr>
        <w:t>5. OPRÁVNĚNÁ OSOBA</w:t>
      </w:r>
    </w:p>
    <w:tbl>
      <w:tblPr>
        <w:tblW w:w="9360" w:type="dxa"/>
        <w:tblInd w:w="130" w:type="dxa"/>
        <w:tblBorders>
          <w:top w:val="single" w:sz="5" w:space="0" w:color="AFC1C7"/>
          <w:left w:val="single" w:sz="5" w:space="0" w:color="AFC1C7"/>
          <w:bottom w:val="single" w:sz="5" w:space="0" w:color="AFC1C7"/>
          <w:right w:val="single" w:sz="5" w:space="0" w:color="AFC1C7"/>
          <w:insideH w:val="single" w:sz="5" w:space="0" w:color="AFC1C7"/>
          <w:insideV w:val="single" w:sz="5" w:space="0" w:color="AFC1C7"/>
        </w:tblBorders>
        <w:tblLayout w:type="fixed"/>
        <w:tblLook w:val="04A0" w:firstRow="1" w:lastRow="0" w:firstColumn="1" w:lastColumn="0" w:noHBand="0" w:noVBand="1"/>
      </w:tblPr>
      <w:tblGrid>
        <w:gridCol w:w="4457"/>
        <w:gridCol w:w="223"/>
        <w:gridCol w:w="4680"/>
      </w:tblGrid>
      <w:tr w:rsidR="00AF5748" w14:paraId="4877B873" w14:textId="77777777">
        <w:trPr>
          <w:cantSplit/>
        </w:trPr>
        <w:tc>
          <w:tcPr>
            <w:tcW w:w="4457" w:type="dxa"/>
            <w:shd w:val="clear" w:color="auto" w:fill="EAF3F5"/>
            <w:tcMar>
              <w:top w:w="50" w:type="dxa"/>
              <w:left w:w="130" w:type="dxa"/>
              <w:bottom w:w="50" w:type="dxa"/>
              <w:right w:w="130" w:type="dxa"/>
            </w:tcMar>
            <w:vAlign w:val="center"/>
          </w:tcPr>
          <w:p w14:paraId="492A202D" w14:textId="77777777" w:rsidR="00AF5748" w:rsidRDefault="00B70E79">
            <w:pPr>
              <w:spacing w:after="0" w:line="250" w:lineRule="auto"/>
            </w:pPr>
            <w:r>
              <w:rPr>
                <w:rFonts w:eastAsia="Arial" w:cs="Arial"/>
                <w:b/>
                <w:color w:val="104454"/>
                <w:sz w:val="20"/>
              </w:rPr>
              <w:t>Jméno, popřípadě jména, a příjmení oprávněné osoby</w:t>
            </w:r>
          </w:p>
        </w:tc>
        <w:tc>
          <w:tcPr>
            <w:tcW w:w="4903" w:type="dxa"/>
            <w:gridSpan w:val="2"/>
            <w:shd w:val="clear" w:color="auto" w:fill="FFFFFF"/>
            <w:tcMar>
              <w:top w:w="50" w:type="dxa"/>
              <w:left w:w="130" w:type="dxa"/>
              <w:bottom w:w="50" w:type="dxa"/>
              <w:right w:w="130" w:type="dxa"/>
            </w:tcMar>
            <w:vAlign w:val="center"/>
          </w:tcPr>
          <w:p w14:paraId="70214C44" w14:textId="77777777" w:rsidR="00AF5748" w:rsidRDefault="00AF5748">
            <w:pPr>
              <w:spacing w:after="0" w:line="250" w:lineRule="auto"/>
            </w:pPr>
          </w:p>
        </w:tc>
      </w:tr>
      <w:tr w:rsidR="00AF5748" w14:paraId="73FCC88E" w14:textId="77777777">
        <w:trPr>
          <w:cantSplit/>
        </w:trPr>
        <w:tc>
          <w:tcPr>
            <w:tcW w:w="4457" w:type="dxa"/>
            <w:shd w:val="clear" w:color="auto" w:fill="EAF3F5"/>
            <w:tcMar>
              <w:top w:w="50" w:type="dxa"/>
              <w:left w:w="130" w:type="dxa"/>
              <w:bottom w:w="50" w:type="dxa"/>
              <w:right w:w="130" w:type="dxa"/>
            </w:tcMar>
            <w:vAlign w:val="center"/>
          </w:tcPr>
          <w:p w14:paraId="33EBF569" w14:textId="77777777" w:rsidR="00AF5748" w:rsidRDefault="00B70E79">
            <w:pPr>
              <w:spacing w:after="0" w:line="250" w:lineRule="auto"/>
            </w:pPr>
            <w:r>
              <w:rPr>
                <w:rFonts w:eastAsia="Arial" w:cs="Arial"/>
                <w:b/>
                <w:color w:val="104454"/>
                <w:sz w:val="20"/>
              </w:rPr>
              <w:t>Vztah k dítěti (zákonný zástupce, opatrovník, pěstoun, popř. další příbuzný)</w:t>
            </w:r>
          </w:p>
        </w:tc>
        <w:tc>
          <w:tcPr>
            <w:tcW w:w="4903" w:type="dxa"/>
            <w:gridSpan w:val="2"/>
            <w:shd w:val="clear" w:color="auto" w:fill="FFFFFF"/>
            <w:tcMar>
              <w:top w:w="50" w:type="dxa"/>
              <w:left w:w="130" w:type="dxa"/>
              <w:bottom w:w="50" w:type="dxa"/>
              <w:right w:w="130" w:type="dxa"/>
            </w:tcMar>
            <w:vAlign w:val="center"/>
          </w:tcPr>
          <w:p w14:paraId="7E328A9E" w14:textId="77777777" w:rsidR="00AF5748" w:rsidRDefault="00AF5748">
            <w:pPr>
              <w:spacing w:after="0" w:line="250" w:lineRule="auto"/>
            </w:pPr>
          </w:p>
        </w:tc>
      </w:tr>
      <w:tr w:rsidR="00AF5748" w14:paraId="287F7050" w14:textId="77777777">
        <w:trPr>
          <w:cantSplit/>
        </w:trPr>
        <w:tc>
          <w:tcPr>
            <w:tcW w:w="4457" w:type="dxa"/>
            <w:shd w:val="clear" w:color="auto" w:fill="EAF3F5"/>
            <w:tcMar>
              <w:top w:w="50" w:type="dxa"/>
              <w:left w:w="130" w:type="dxa"/>
              <w:bottom w:w="50" w:type="dxa"/>
              <w:right w:w="130" w:type="dxa"/>
            </w:tcMar>
            <w:vAlign w:val="center"/>
          </w:tcPr>
          <w:p w14:paraId="43A6E4D9" w14:textId="77777777" w:rsidR="00AF5748" w:rsidRDefault="00B70E79">
            <w:pPr>
              <w:spacing w:after="0" w:line="250" w:lineRule="auto"/>
            </w:pPr>
            <w:r>
              <w:rPr>
                <w:rFonts w:eastAsia="Arial" w:cs="Arial"/>
                <w:b/>
                <w:color w:val="104454"/>
                <w:sz w:val="20"/>
              </w:rPr>
              <w:t>Oprávněná osoba převzala posudek do vlastních rukou dne</w:t>
            </w:r>
          </w:p>
        </w:tc>
        <w:tc>
          <w:tcPr>
            <w:tcW w:w="4903" w:type="dxa"/>
            <w:gridSpan w:val="2"/>
            <w:shd w:val="clear" w:color="auto" w:fill="FFFFFF"/>
            <w:tcMar>
              <w:top w:w="50" w:type="dxa"/>
              <w:left w:w="130" w:type="dxa"/>
              <w:bottom w:w="50" w:type="dxa"/>
              <w:right w:w="130" w:type="dxa"/>
            </w:tcMar>
            <w:vAlign w:val="center"/>
          </w:tcPr>
          <w:p w14:paraId="74A63D02" w14:textId="77777777" w:rsidR="00AF5748" w:rsidRDefault="00AF5748">
            <w:pPr>
              <w:spacing w:after="0" w:line="250" w:lineRule="auto"/>
            </w:pPr>
          </w:p>
        </w:tc>
      </w:tr>
      <w:tr w:rsidR="00AF5748" w14:paraId="189AFA0B" w14:textId="77777777" w:rsidTr="00B70E79">
        <w:trPr>
          <w:cantSplit/>
          <w:trHeight w:val="778"/>
        </w:trPr>
        <w:tc>
          <w:tcPr>
            <w:tcW w:w="4680" w:type="dxa"/>
            <w:gridSpan w:val="2"/>
            <w:shd w:val="clear" w:color="auto" w:fill="FFFFFF"/>
            <w:tcMar>
              <w:top w:w="75" w:type="dxa"/>
              <w:left w:w="130" w:type="dxa"/>
              <w:bottom w:w="25" w:type="dxa"/>
              <w:right w:w="130" w:type="dxa"/>
            </w:tcMar>
            <w:vAlign w:val="center"/>
          </w:tcPr>
          <w:p w14:paraId="3C0466D5" w14:textId="77777777" w:rsidR="00AF5748" w:rsidRDefault="00B70E79">
            <w:pPr>
              <w:spacing w:after="0" w:line="250" w:lineRule="auto"/>
              <w:jc w:val="center"/>
            </w:pPr>
            <w:r>
              <w:rPr>
                <w:rFonts w:eastAsia="Arial" w:cs="Arial"/>
                <w:sz w:val="22"/>
              </w:rPr>
              <w:t>__________________________________</w:t>
            </w:r>
          </w:p>
        </w:tc>
        <w:tc>
          <w:tcPr>
            <w:tcW w:w="4680" w:type="dxa"/>
            <w:shd w:val="clear" w:color="auto" w:fill="FFFFFF"/>
            <w:tcMar>
              <w:top w:w="75" w:type="dxa"/>
              <w:left w:w="130" w:type="dxa"/>
              <w:bottom w:w="25" w:type="dxa"/>
              <w:right w:w="130" w:type="dxa"/>
            </w:tcMar>
            <w:vAlign w:val="center"/>
          </w:tcPr>
          <w:p w14:paraId="0FE9D4F2" w14:textId="77777777" w:rsidR="00AF5748" w:rsidRDefault="00B70E79">
            <w:pPr>
              <w:spacing w:after="0" w:line="250" w:lineRule="auto"/>
              <w:jc w:val="center"/>
            </w:pPr>
            <w:r>
              <w:rPr>
                <w:rFonts w:eastAsia="Arial" w:cs="Arial"/>
                <w:sz w:val="22"/>
              </w:rPr>
              <w:t>__________________________________</w:t>
            </w:r>
          </w:p>
        </w:tc>
      </w:tr>
      <w:tr w:rsidR="00AF5748" w14:paraId="0DA8A0E8" w14:textId="77777777">
        <w:trPr>
          <w:cantSplit/>
        </w:trPr>
        <w:tc>
          <w:tcPr>
            <w:tcW w:w="4680" w:type="dxa"/>
            <w:gridSpan w:val="2"/>
            <w:shd w:val="clear" w:color="auto" w:fill="FFFFFF"/>
            <w:tcMar>
              <w:top w:w="15" w:type="dxa"/>
              <w:left w:w="130" w:type="dxa"/>
              <w:bottom w:w="42" w:type="dxa"/>
              <w:right w:w="130" w:type="dxa"/>
            </w:tcMar>
            <w:vAlign w:val="center"/>
          </w:tcPr>
          <w:p w14:paraId="0C773F55" w14:textId="77777777" w:rsidR="00AF5748" w:rsidRDefault="00B70E79">
            <w:pPr>
              <w:spacing w:after="0" w:line="250" w:lineRule="auto"/>
              <w:jc w:val="center"/>
            </w:pPr>
            <w:r>
              <w:rPr>
                <w:rFonts w:eastAsia="Arial" w:cs="Arial"/>
                <w:i/>
                <w:color w:val="5F6B73"/>
                <w:sz w:val="20"/>
              </w:rPr>
              <w:t>podpis oprávněné osoby</w:t>
            </w:r>
          </w:p>
        </w:tc>
        <w:tc>
          <w:tcPr>
            <w:tcW w:w="4680" w:type="dxa"/>
            <w:shd w:val="clear" w:color="auto" w:fill="FFFFFF"/>
            <w:tcMar>
              <w:top w:w="15" w:type="dxa"/>
              <w:left w:w="130" w:type="dxa"/>
              <w:bottom w:w="42" w:type="dxa"/>
              <w:right w:w="130" w:type="dxa"/>
            </w:tcMar>
            <w:vAlign w:val="center"/>
          </w:tcPr>
          <w:p w14:paraId="55C5505B" w14:textId="77777777" w:rsidR="00AF5748" w:rsidRDefault="00B70E79">
            <w:pPr>
              <w:spacing w:after="0" w:line="250" w:lineRule="auto"/>
              <w:jc w:val="center"/>
            </w:pPr>
            <w:r>
              <w:rPr>
                <w:rFonts w:eastAsia="Arial" w:cs="Arial"/>
                <w:i/>
                <w:color w:val="5F6B73"/>
                <w:sz w:val="20"/>
              </w:rPr>
              <w:t>datum vydání posudku</w:t>
            </w:r>
          </w:p>
        </w:tc>
      </w:tr>
      <w:tr w:rsidR="00AF5748" w14:paraId="22B5523C" w14:textId="77777777" w:rsidTr="00B70E79">
        <w:trPr>
          <w:cantSplit/>
          <w:trHeight w:val="1936"/>
        </w:trPr>
        <w:tc>
          <w:tcPr>
            <w:tcW w:w="4680" w:type="dxa"/>
            <w:gridSpan w:val="2"/>
            <w:shd w:val="clear" w:color="auto" w:fill="FFFFFF"/>
            <w:tcMar>
              <w:top w:w="75" w:type="dxa"/>
              <w:left w:w="130" w:type="dxa"/>
              <w:bottom w:w="25" w:type="dxa"/>
              <w:right w:w="130" w:type="dxa"/>
            </w:tcMar>
            <w:vAlign w:val="center"/>
          </w:tcPr>
          <w:p w14:paraId="1931A2B3" w14:textId="77777777" w:rsidR="00AF5748" w:rsidRDefault="00B70E79">
            <w:pPr>
              <w:spacing w:after="0" w:line="250" w:lineRule="auto"/>
              <w:jc w:val="center"/>
            </w:pPr>
            <w:r>
              <w:rPr>
                <w:rFonts w:eastAsia="Arial" w:cs="Arial"/>
                <w:sz w:val="22"/>
              </w:rPr>
              <w:t>__________________________________</w:t>
            </w:r>
          </w:p>
        </w:tc>
        <w:tc>
          <w:tcPr>
            <w:tcW w:w="4680" w:type="dxa"/>
            <w:shd w:val="clear" w:color="auto" w:fill="FFFFFF"/>
            <w:tcMar>
              <w:top w:w="75" w:type="dxa"/>
              <w:left w:w="130" w:type="dxa"/>
              <w:bottom w:w="25" w:type="dxa"/>
              <w:right w:w="130" w:type="dxa"/>
            </w:tcMar>
            <w:vAlign w:val="center"/>
          </w:tcPr>
          <w:p w14:paraId="203B6C45" w14:textId="77777777" w:rsidR="00AF5748" w:rsidRDefault="00B70E79">
            <w:pPr>
              <w:spacing w:after="0" w:line="250" w:lineRule="auto"/>
              <w:jc w:val="center"/>
            </w:pPr>
            <w:r>
              <w:rPr>
                <w:rFonts w:eastAsia="Arial" w:cs="Arial"/>
                <w:sz w:val="22"/>
              </w:rPr>
              <w:t>__________________________________</w:t>
            </w:r>
          </w:p>
        </w:tc>
      </w:tr>
      <w:tr w:rsidR="00AF5748" w14:paraId="4DE613F2" w14:textId="77777777" w:rsidTr="00B70E79">
        <w:trPr>
          <w:cantSplit/>
          <w:trHeight w:val="304"/>
        </w:trPr>
        <w:tc>
          <w:tcPr>
            <w:tcW w:w="4680" w:type="dxa"/>
            <w:gridSpan w:val="2"/>
            <w:shd w:val="clear" w:color="auto" w:fill="FFFFFF"/>
            <w:tcMar>
              <w:top w:w="15" w:type="dxa"/>
              <w:left w:w="130" w:type="dxa"/>
              <w:bottom w:w="42" w:type="dxa"/>
              <w:right w:w="130" w:type="dxa"/>
            </w:tcMar>
            <w:vAlign w:val="center"/>
          </w:tcPr>
          <w:p w14:paraId="21207FFF" w14:textId="6FF6A593" w:rsidR="00AF5748" w:rsidRDefault="00B70E79" w:rsidP="00B70E79">
            <w:pPr>
              <w:spacing w:after="0" w:line="250" w:lineRule="auto"/>
              <w:jc w:val="center"/>
            </w:pPr>
            <w:proofErr w:type="spellStart"/>
            <w:r>
              <w:rPr>
                <w:rFonts w:eastAsia="Arial" w:cs="Arial"/>
                <w:i/>
                <w:color w:val="5F6B73"/>
                <w:sz w:val="20"/>
              </w:rPr>
              <w:t>jméno</w:t>
            </w:r>
            <w:proofErr w:type="spellEnd"/>
            <w:r>
              <w:rPr>
                <w:rFonts w:eastAsia="Arial" w:cs="Arial"/>
                <w:i/>
                <w:color w:val="5F6B73"/>
                <w:sz w:val="20"/>
              </w:rPr>
              <w:t xml:space="preserve">, </w:t>
            </w:r>
            <w:proofErr w:type="spellStart"/>
            <w:r>
              <w:rPr>
                <w:rFonts w:eastAsia="Arial" w:cs="Arial"/>
                <w:i/>
                <w:color w:val="5F6B73"/>
                <w:sz w:val="20"/>
              </w:rPr>
              <w:t>příjmení</w:t>
            </w:r>
            <w:proofErr w:type="spellEnd"/>
            <w:r>
              <w:rPr>
                <w:rFonts w:eastAsia="Arial" w:cs="Arial"/>
                <w:i/>
                <w:color w:val="5F6B73"/>
                <w:sz w:val="20"/>
              </w:rPr>
              <w:t xml:space="preserve"> a </w:t>
            </w:r>
            <w:proofErr w:type="spellStart"/>
            <w:r>
              <w:rPr>
                <w:rFonts w:eastAsia="Arial" w:cs="Arial"/>
                <w:i/>
                <w:color w:val="5F6B73"/>
                <w:sz w:val="20"/>
              </w:rPr>
              <w:t>podpis</w:t>
            </w:r>
            <w:proofErr w:type="spellEnd"/>
            <w:r>
              <w:rPr>
                <w:rFonts w:eastAsia="Arial" w:cs="Arial"/>
                <w:i/>
                <w:color w:val="5F6B73"/>
                <w:sz w:val="20"/>
              </w:rPr>
              <w:t xml:space="preserve"> lékaře</w:t>
            </w:r>
          </w:p>
        </w:tc>
        <w:tc>
          <w:tcPr>
            <w:tcW w:w="4680" w:type="dxa"/>
            <w:shd w:val="clear" w:color="auto" w:fill="FFFFFF"/>
            <w:tcMar>
              <w:top w:w="15" w:type="dxa"/>
              <w:left w:w="130" w:type="dxa"/>
              <w:bottom w:w="42" w:type="dxa"/>
              <w:right w:w="130" w:type="dxa"/>
            </w:tcMar>
            <w:vAlign w:val="center"/>
          </w:tcPr>
          <w:p w14:paraId="76DB15F3" w14:textId="1496F33A" w:rsidR="00AF5748" w:rsidRDefault="00B70E79" w:rsidP="00B70E79">
            <w:pPr>
              <w:spacing w:after="0" w:line="250" w:lineRule="auto"/>
              <w:jc w:val="center"/>
            </w:pPr>
            <w:proofErr w:type="spellStart"/>
            <w:r>
              <w:rPr>
                <w:rFonts w:eastAsia="Arial" w:cs="Arial"/>
                <w:i/>
                <w:color w:val="5F6B73"/>
                <w:sz w:val="20"/>
              </w:rPr>
              <w:t>razítko</w:t>
            </w:r>
            <w:proofErr w:type="spellEnd"/>
            <w:r>
              <w:rPr>
                <w:rFonts w:eastAsia="Arial" w:cs="Arial"/>
                <w:i/>
                <w:color w:val="5F6B73"/>
                <w:sz w:val="20"/>
              </w:rPr>
              <w:t xml:space="preserve"> </w:t>
            </w:r>
            <w:proofErr w:type="spellStart"/>
            <w:r>
              <w:rPr>
                <w:rFonts w:eastAsia="Arial" w:cs="Arial"/>
                <w:i/>
                <w:color w:val="5F6B73"/>
                <w:sz w:val="20"/>
              </w:rPr>
              <w:t>poskytovatele</w:t>
            </w:r>
            <w:proofErr w:type="spellEnd"/>
            <w:r>
              <w:rPr>
                <w:rFonts w:eastAsia="Arial" w:cs="Arial"/>
                <w:i/>
                <w:color w:val="5F6B73"/>
                <w:sz w:val="20"/>
              </w:rPr>
              <w:t xml:space="preserve"> </w:t>
            </w:r>
            <w:proofErr w:type="spellStart"/>
            <w:r>
              <w:rPr>
                <w:rFonts w:eastAsia="Arial" w:cs="Arial"/>
                <w:i/>
                <w:color w:val="5F6B73"/>
                <w:sz w:val="20"/>
              </w:rPr>
              <w:t>zdravotních</w:t>
            </w:r>
            <w:proofErr w:type="spellEnd"/>
            <w:r>
              <w:rPr>
                <w:rFonts w:eastAsia="Arial" w:cs="Arial"/>
                <w:i/>
                <w:color w:val="5F6B73"/>
                <w:sz w:val="20"/>
              </w:rPr>
              <w:t xml:space="preserve"> </w:t>
            </w:r>
            <w:proofErr w:type="spellStart"/>
            <w:r>
              <w:rPr>
                <w:rFonts w:eastAsia="Arial" w:cs="Arial"/>
                <w:i/>
                <w:color w:val="5F6B73"/>
                <w:sz w:val="20"/>
              </w:rPr>
              <w:t>služeb</w:t>
            </w:r>
            <w:proofErr w:type="spellEnd"/>
          </w:p>
        </w:tc>
      </w:tr>
    </w:tbl>
    <w:p w14:paraId="0E9810BF" w14:textId="77777777" w:rsidR="00AF5748" w:rsidRDefault="00B70E79">
      <w:pPr>
        <w:spacing w:before="40" w:after="0" w:line="254" w:lineRule="auto"/>
        <w:jc w:val="center"/>
      </w:pPr>
      <w:r>
        <w:rPr>
          <w:rFonts w:eastAsia="Arial" w:cs="Arial"/>
          <w:i/>
          <w:color w:val="5F6B73"/>
          <w:sz w:val="17"/>
        </w:rPr>
        <w:t xml:space="preserve">U školy v přírodě se údaje o očkování nevyžadují jako podmínka účasti; část B se vztahuje také na zotavovací akce, pro které zákon tyto údaje </w:t>
      </w:r>
      <w:r>
        <w:rPr>
          <w:rFonts w:eastAsia="Arial" w:cs="Arial"/>
          <w:i/>
          <w:color w:val="5F6B73"/>
          <w:sz w:val="17"/>
        </w:rPr>
        <w:t>vyžaduje.</w:t>
      </w:r>
    </w:p>
    <w:sectPr w:rsidR="00AF5748" w:rsidSect="00034616">
      <w:headerReference w:type="default" r:id="rId8"/>
      <w:footerReference w:type="default" r:id="rId9"/>
      <w:pgSz w:w="11906" w:h="16838"/>
      <w:pgMar w:top="726" w:right="1162" w:bottom="669" w:left="1162" w:header="369" w:footer="369"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11B802" w14:textId="77777777" w:rsidR="00B70E79" w:rsidRDefault="00B70E79">
      <w:pPr>
        <w:spacing w:after="0" w:line="240" w:lineRule="auto"/>
      </w:pPr>
      <w:r>
        <w:separator/>
      </w:r>
    </w:p>
  </w:endnote>
  <w:endnote w:type="continuationSeparator" w:id="0">
    <w:p w14:paraId="683D3C1A" w14:textId="77777777" w:rsidR="00B70E79" w:rsidRDefault="00B70E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309020205020404"/>
    <w:charset w:val="00"/>
    <w:family w:val="auto"/>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949AD7" w14:textId="77777777" w:rsidR="00AF5748" w:rsidRDefault="00AF5748">
    <w:pPr>
      <w:pStyle w:val="Zpat"/>
    </w:pPr>
  </w:p>
  <w:tbl>
    <w:tblPr>
      <w:tblW w:w="9360" w:type="dxa"/>
      <w:tblLayout w:type="fixed"/>
      <w:tblLook w:val="04A0" w:firstRow="1" w:lastRow="0" w:firstColumn="1" w:lastColumn="0" w:noHBand="0" w:noVBand="1"/>
    </w:tblPr>
    <w:tblGrid>
      <w:gridCol w:w="6686"/>
      <w:gridCol w:w="2674"/>
    </w:tblGrid>
    <w:tr w:rsidR="00AF5748" w14:paraId="690D5DEB" w14:textId="77777777">
      <w:tc>
        <w:tcPr>
          <w:tcW w:w="6686" w:type="dxa"/>
          <w:tcMar>
            <w:top w:w="30" w:type="dxa"/>
            <w:left w:w="0" w:type="dxa"/>
            <w:bottom w:w="0" w:type="dxa"/>
            <w:right w:w="0" w:type="dxa"/>
          </w:tcMar>
        </w:tcPr>
        <w:p w14:paraId="7A051B52" w14:textId="77777777" w:rsidR="00AF5748" w:rsidRDefault="00B70E79">
          <w:r>
            <w:rPr>
              <w:rFonts w:eastAsia="Arial" w:cs="Arial"/>
              <w:color w:val="5F6B73"/>
              <w:sz w:val="18"/>
            </w:rPr>
            <w:t>Posudek o zdravotní způsobilosti dítěte | škola v přírodě</w:t>
          </w:r>
        </w:p>
      </w:tc>
      <w:tc>
        <w:tcPr>
          <w:tcW w:w="2674" w:type="dxa"/>
          <w:tcMar>
            <w:top w:w="30" w:type="dxa"/>
            <w:left w:w="0" w:type="dxa"/>
            <w:bottom w:w="0" w:type="dxa"/>
            <w:right w:w="0" w:type="dxa"/>
          </w:tcMar>
        </w:tcPr>
        <w:p w14:paraId="30F6043D" w14:textId="77777777" w:rsidR="00AF5748" w:rsidRDefault="00B70E79">
          <w:pPr>
            <w:jc w:val="right"/>
          </w:pPr>
          <w:r>
            <w:rPr>
              <w:rFonts w:eastAsia="Arial" w:cs="Arial"/>
              <w:color w:val="5F6B73"/>
              <w:sz w:val="18"/>
            </w:rPr>
            <w:t xml:space="preserve">Strana </w:t>
          </w:r>
          <w:r>
            <w:rPr>
              <w:rFonts w:eastAsia="Arial" w:cs="Arial"/>
              <w:color w:val="5F6B73"/>
              <w:sz w:val="18"/>
            </w:rPr>
            <w:fldChar w:fldCharType="begin"/>
          </w:r>
          <w:r>
            <w:rPr>
              <w:rFonts w:eastAsia="Arial" w:cs="Arial"/>
              <w:color w:val="5F6B73"/>
              <w:sz w:val="18"/>
            </w:rPr>
            <w:instrText>PAGE</w:instrText>
          </w:r>
          <w:r>
            <w:rPr>
              <w:rFonts w:eastAsia="Arial" w:cs="Arial"/>
              <w:color w:val="5F6B73"/>
              <w:sz w:val="18"/>
            </w:rPr>
            <w:fldChar w:fldCharType="separate"/>
          </w:r>
          <w:r>
            <w:rPr>
              <w:rFonts w:eastAsia="Arial" w:cs="Arial"/>
              <w:color w:val="5F6B73"/>
              <w:sz w:val="18"/>
            </w:rPr>
            <w:t>1</w:t>
          </w:r>
          <w:r>
            <w:rPr>
              <w:rFonts w:eastAsia="Arial" w:cs="Arial"/>
              <w:color w:val="5F6B73"/>
              <w:sz w:val="18"/>
            </w:rPr>
            <w:fldChar w:fldCharType="end"/>
          </w:r>
          <w:r>
            <w:rPr>
              <w:rFonts w:eastAsia="Arial" w:cs="Arial"/>
              <w:color w:val="5F6B73"/>
              <w:sz w:val="18"/>
            </w:rPr>
            <w:t xml:space="preserve"> z </w:t>
          </w:r>
          <w:r>
            <w:rPr>
              <w:rFonts w:eastAsia="Arial" w:cs="Arial"/>
              <w:color w:val="5F6B73"/>
              <w:sz w:val="18"/>
            </w:rPr>
            <w:fldChar w:fldCharType="begin"/>
          </w:r>
          <w:r>
            <w:rPr>
              <w:rFonts w:eastAsia="Arial" w:cs="Arial"/>
              <w:color w:val="5F6B73"/>
              <w:sz w:val="18"/>
            </w:rPr>
            <w:instrText>NUMPAGES</w:instrText>
          </w:r>
          <w:r>
            <w:rPr>
              <w:rFonts w:eastAsia="Arial" w:cs="Arial"/>
              <w:color w:val="5F6B73"/>
              <w:sz w:val="18"/>
            </w:rPr>
            <w:fldChar w:fldCharType="separate"/>
          </w:r>
          <w:r>
            <w:rPr>
              <w:rFonts w:eastAsia="Arial" w:cs="Arial"/>
              <w:color w:val="5F6B73"/>
              <w:sz w:val="18"/>
            </w:rPr>
            <w:t>1</w:t>
          </w:r>
          <w:r>
            <w:rPr>
              <w:rFonts w:eastAsia="Arial" w:cs="Arial"/>
              <w:color w:val="5F6B73"/>
              <w:sz w:val="18"/>
            </w:rPr>
            <w:fldChar w:fldCharType="end"/>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B3F3EA" w14:textId="77777777" w:rsidR="00B70E79" w:rsidRDefault="00B70E79">
      <w:pPr>
        <w:spacing w:after="0" w:line="240" w:lineRule="auto"/>
      </w:pPr>
      <w:r>
        <w:separator/>
      </w:r>
    </w:p>
  </w:footnote>
  <w:footnote w:type="continuationSeparator" w:id="0">
    <w:p w14:paraId="6983522C" w14:textId="77777777" w:rsidR="00B70E79" w:rsidRDefault="00B70E7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D85F4F" w14:textId="77777777" w:rsidR="00AF5748" w:rsidRDefault="00AF5748">
    <w:pPr>
      <w:pStyle w:val="Zhlav"/>
    </w:pPr>
  </w:p>
  <w:tbl>
    <w:tblPr>
      <w:tblW w:w="9360" w:type="dxa"/>
      <w:tblLayout w:type="fixed"/>
      <w:tblLook w:val="04A0" w:firstRow="1" w:lastRow="0" w:firstColumn="1" w:lastColumn="0" w:noHBand="0" w:noVBand="1"/>
    </w:tblPr>
    <w:tblGrid>
      <w:gridCol w:w="6296"/>
      <w:gridCol w:w="3064"/>
    </w:tblGrid>
    <w:tr w:rsidR="00AF5748" w14:paraId="64F3CEF8" w14:textId="77777777">
      <w:tc>
        <w:tcPr>
          <w:tcW w:w="6296" w:type="dxa"/>
          <w:tcMar>
            <w:top w:w="0" w:type="dxa"/>
            <w:left w:w="0" w:type="dxa"/>
            <w:bottom w:w="30" w:type="dxa"/>
            <w:right w:w="0" w:type="dxa"/>
          </w:tcMar>
        </w:tcPr>
        <w:p w14:paraId="47CD2D8B" w14:textId="77777777" w:rsidR="00AF5748" w:rsidRDefault="00B70E79">
          <w:pPr>
            <w:pBdr>
              <w:bottom w:val="single" w:sz="7" w:space="3" w:color="AFC1C7"/>
            </w:pBdr>
          </w:pPr>
          <w:r>
            <w:rPr>
              <w:rFonts w:eastAsia="Arial" w:cs="Arial"/>
              <w:color w:val="5F6B73"/>
              <w:sz w:val="18"/>
            </w:rPr>
            <w:t>Základní škola a Mateřská škola Rosovice</w:t>
          </w:r>
        </w:p>
      </w:tc>
      <w:tc>
        <w:tcPr>
          <w:tcW w:w="3064" w:type="dxa"/>
          <w:tcMar>
            <w:top w:w="0" w:type="dxa"/>
            <w:left w:w="0" w:type="dxa"/>
            <w:bottom w:w="30" w:type="dxa"/>
            <w:right w:w="0" w:type="dxa"/>
          </w:tcMar>
        </w:tcPr>
        <w:p w14:paraId="25591127" w14:textId="77777777" w:rsidR="00AF5748" w:rsidRDefault="00B70E79">
          <w:pPr>
            <w:pBdr>
              <w:bottom w:val="single" w:sz="7" w:space="3" w:color="AFC1C7"/>
            </w:pBdr>
            <w:spacing w:after="0"/>
            <w:jc w:val="right"/>
          </w:pPr>
          <w:r>
            <w:rPr>
              <w:rFonts w:eastAsia="Arial" w:cs="Arial"/>
              <w:b/>
              <w:color w:val="5F6B73"/>
              <w:sz w:val="18"/>
            </w:rPr>
            <w:t>ZÁKLADNÍ ŠKOLA</w:t>
          </w:r>
        </w:p>
      </w:tc>
    </w:tr>
  </w:tbl>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slovanseznam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slovanseznam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Seznamsodrkami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Seznamsodrkami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slovanseznam"/>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Seznamsodrkami"/>
      <w:lvlText w:val=""/>
      <w:lvlJc w:val="left"/>
      <w:pPr>
        <w:tabs>
          <w:tab w:val="num" w:pos="360"/>
        </w:tabs>
        <w:ind w:left="360" w:hanging="360"/>
      </w:pPr>
      <w:rPr>
        <w:rFonts w:ascii="Symbol" w:hAnsi="Symbol" w:hint="default"/>
      </w:rPr>
    </w:lvl>
  </w:abstractNum>
  <w:num w:numId="1" w16cid:durableId="949706901">
    <w:abstractNumId w:val="8"/>
  </w:num>
  <w:num w:numId="2" w16cid:durableId="289824269">
    <w:abstractNumId w:val="6"/>
  </w:num>
  <w:num w:numId="3" w16cid:durableId="1612007889">
    <w:abstractNumId w:val="5"/>
  </w:num>
  <w:num w:numId="4" w16cid:durableId="493955995">
    <w:abstractNumId w:val="4"/>
  </w:num>
  <w:num w:numId="5" w16cid:durableId="1031998737">
    <w:abstractNumId w:val="7"/>
  </w:num>
  <w:num w:numId="6" w16cid:durableId="1313290660">
    <w:abstractNumId w:val="3"/>
  </w:num>
  <w:num w:numId="7" w16cid:durableId="936594963">
    <w:abstractNumId w:val="2"/>
  </w:num>
  <w:num w:numId="8" w16cid:durableId="1363677318">
    <w:abstractNumId w:val="1"/>
  </w:num>
  <w:num w:numId="9" w16cid:durableId="145675426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29639D"/>
    <w:rsid w:val="00326F90"/>
    <w:rsid w:val="00AA1D8D"/>
    <w:rsid w:val="00AF5748"/>
    <w:rsid w:val="00B47730"/>
    <w:rsid w:val="00B70E79"/>
    <w:rsid w:val="00C22D22"/>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CCAE9CF"/>
  <w14:defaultImageDpi w14:val="300"/>
  <w15:docId w15:val="{82103FE0-66C7-4A7E-8015-3DD10C2841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FC693F"/>
    <w:pPr>
      <w:spacing w:after="80" w:line="247" w:lineRule="auto"/>
    </w:pPr>
    <w:rPr>
      <w:rFonts w:ascii="Arial" w:hAnsi="Arial"/>
      <w:color w:val="263238"/>
      <w:sz w:val="24"/>
    </w:rPr>
  </w:style>
  <w:style w:type="paragraph" w:styleId="Nadpis1">
    <w:name w:val="heading 1"/>
    <w:basedOn w:val="Normln"/>
    <w:next w:val="Normln"/>
    <w:link w:val="Nadpis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basedOn w:val="Normln"/>
    <w:next w:val="Normln"/>
    <w:link w:val="Nadpis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Nadpis3">
    <w:name w:val="heading 3"/>
    <w:basedOn w:val="Normln"/>
    <w:next w:val="Normln"/>
    <w:link w:val="Nadpis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Nadpis4">
    <w:name w:val="heading 4"/>
    <w:basedOn w:val="Normln"/>
    <w:next w:val="Normln"/>
    <w:link w:val="Nadpis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Nadpis5">
    <w:name w:val="heading 5"/>
    <w:basedOn w:val="Normln"/>
    <w:next w:val="Normln"/>
    <w:link w:val="Nadpis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Nadpis6">
    <w:name w:val="heading 6"/>
    <w:basedOn w:val="Normln"/>
    <w:next w:val="Normln"/>
    <w:link w:val="Nadpis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Nadpis7">
    <w:name w:val="heading 7"/>
    <w:basedOn w:val="Normln"/>
    <w:next w:val="Normln"/>
    <w:link w:val="Nadpis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Nadpis8">
    <w:name w:val="heading 8"/>
    <w:basedOn w:val="Normln"/>
    <w:next w:val="Normln"/>
    <w:link w:val="Nadpis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Nadpis9">
    <w:name w:val="heading 9"/>
    <w:basedOn w:val="Normln"/>
    <w:next w:val="Normln"/>
    <w:link w:val="Nadpis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E618BF"/>
    <w:pPr>
      <w:tabs>
        <w:tab w:val="center" w:pos="4680"/>
        <w:tab w:val="right" w:pos="9360"/>
      </w:tabs>
      <w:spacing w:after="0" w:line="240" w:lineRule="auto"/>
    </w:pPr>
  </w:style>
  <w:style w:type="character" w:customStyle="1" w:styleId="ZhlavChar">
    <w:name w:val="Záhlaví Char"/>
    <w:basedOn w:val="Standardnpsmoodstavce"/>
    <w:link w:val="Zhlav"/>
    <w:uiPriority w:val="99"/>
    <w:rsid w:val="00E618BF"/>
  </w:style>
  <w:style w:type="paragraph" w:styleId="Zpat">
    <w:name w:val="footer"/>
    <w:basedOn w:val="Normln"/>
    <w:link w:val="ZpatChar"/>
    <w:uiPriority w:val="99"/>
    <w:unhideWhenUsed/>
    <w:rsid w:val="00E618BF"/>
    <w:pPr>
      <w:tabs>
        <w:tab w:val="center" w:pos="4680"/>
        <w:tab w:val="right" w:pos="9360"/>
      </w:tabs>
      <w:spacing w:after="0" w:line="240" w:lineRule="auto"/>
    </w:pPr>
  </w:style>
  <w:style w:type="character" w:customStyle="1" w:styleId="ZpatChar">
    <w:name w:val="Zápatí Char"/>
    <w:basedOn w:val="Standardnpsmoodstavce"/>
    <w:link w:val="Zpat"/>
    <w:uiPriority w:val="99"/>
    <w:rsid w:val="00E618BF"/>
  </w:style>
  <w:style w:type="paragraph" w:styleId="Bezmezer">
    <w:name w:val="No Spacing"/>
    <w:uiPriority w:val="1"/>
    <w:qFormat/>
    <w:rsid w:val="00FC693F"/>
    <w:pPr>
      <w:spacing w:after="0" w:line="240" w:lineRule="auto"/>
    </w:pPr>
  </w:style>
  <w:style w:type="character" w:customStyle="1" w:styleId="Nadpis1Char">
    <w:name w:val="Nadpis 1 Char"/>
    <w:basedOn w:val="Standardnpsmoodstavce"/>
    <w:link w:val="Nadpis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Nadpis2Char">
    <w:name w:val="Nadpis 2 Char"/>
    <w:basedOn w:val="Standardnpsmoodstavce"/>
    <w:link w:val="Nadpis2"/>
    <w:uiPriority w:val="9"/>
    <w:rsid w:val="00FC693F"/>
    <w:rPr>
      <w:rFonts w:asciiTheme="majorHAnsi" w:eastAsiaTheme="majorEastAsia" w:hAnsiTheme="majorHAnsi" w:cstheme="majorBidi"/>
      <w:b/>
      <w:bCs/>
      <w:color w:val="4F81BD" w:themeColor="accent1"/>
      <w:sz w:val="26"/>
      <w:szCs w:val="26"/>
    </w:rPr>
  </w:style>
  <w:style w:type="character" w:customStyle="1" w:styleId="Nadpis3Char">
    <w:name w:val="Nadpis 3 Char"/>
    <w:basedOn w:val="Standardnpsmoodstavce"/>
    <w:link w:val="Nadpis3"/>
    <w:uiPriority w:val="9"/>
    <w:rsid w:val="00FC693F"/>
    <w:rPr>
      <w:rFonts w:asciiTheme="majorHAnsi" w:eastAsiaTheme="majorEastAsia" w:hAnsiTheme="majorHAnsi" w:cstheme="majorBidi"/>
      <w:b/>
      <w:bCs/>
      <w:color w:val="4F81BD" w:themeColor="accent1"/>
    </w:rPr>
  </w:style>
  <w:style w:type="paragraph" w:styleId="Nzev">
    <w:name w:val="Title"/>
    <w:basedOn w:val="Normln"/>
    <w:next w:val="Normln"/>
    <w:link w:val="Nzev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NzevChar">
    <w:name w:val="Název Char"/>
    <w:basedOn w:val="Standardnpsmoodstavce"/>
    <w:link w:val="Nzev"/>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Podnadpis">
    <w:name w:val="Subtitle"/>
    <w:basedOn w:val="Normln"/>
    <w:next w:val="Normln"/>
    <w:link w:val="PodnadpisChar"/>
    <w:uiPriority w:val="11"/>
    <w:qFormat/>
    <w:rsid w:val="00FC693F"/>
    <w:pPr>
      <w:numPr>
        <w:ilvl w:val="1"/>
      </w:numPr>
    </w:pPr>
    <w:rPr>
      <w:rFonts w:asciiTheme="majorHAnsi" w:eastAsiaTheme="majorEastAsia" w:hAnsiTheme="majorHAnsi" w:cstheme="majorBidi"/>
      <w:i/>
      <w:iCs/>
      <w:color w:val="4F81BD" w:themeColor="accent1"/>
      <w:spacing w:val="15"/>
      <w:szCs w:val="24"/>
    </w:rPr>
  </w:style>
  <w:style w:type="character" w:customStyle="1" w:styleId="PodnadpisChar">
    <w:name w:val="Podnadpis Char"/>
    <w:basedOn w:val="Standardnpsmoodstavce"/>
    <w:link w:val="Podnadpis"/>
    <w:uiPriority w:val="11"/>
    <w:rsid w:val="00FC693F"/>
    <w:rPr>
      <w:rFonts w:asciiTheme="majorHAnsi" w:eastAsiaTheme="majorEastAsia" w:hAnsiTheme="majorHAnsi" w:cstheme="majorBidi"/>
      <w:i/>
      <w:iCs/>
      <w:color w:val="4F81BD" w:themeColor="accent1"/>
      <w:spacing w:val="15"/>
      <w:sz w:val="24"/>
      <w:szCs w:val="24"/>
    </w:rPr>
  </w:style>
  <w:style w:type="paragraph" w:styleId="Odstavecseseznamem">
    <w:name w:val="List Paragraph"/>
    <w:basedOn w:val="Normln"/>
    <w:uiPriority w:val="34"/>
    <w:qFormat/>
    <w:rsid w:val="00FC693F"/>
    <w:pPr>
      <w:ind w:left="720"/>
      <w:contextualSpacing/>
    </w:pPr>
  </w:style>
  <w:style w:type="paragraph" w:styleId="Zkladntext">
    <w:name w:val="Body Text"/>
    <w:basedOn w:val="Normln"/>
    <w:link w:val="ZkladntextChar"/>
    <w:uiPriority w:val="99"/>
    <w:unhideWhenUsed/>
    <w:rsid w:val="00AA1D8D"/>
    <w:pPr>
      <w:spacing w:after="120"/>
    </w:pPr>
  </w:style>
  <w:style w:type="character" w:customStyle="1" w:styleId="ZkladntextChar">
    <w:name w:val="Základní text Char"/>
    <w:basedOn w:val="Standardnpsmoodstavce"/>
    <w:link w:val="Zkladntext"/>
    <w:uiPriority w:val="99"/>
    <w:rsid w:val="00AA1D8D"/>
  </w:style>
  <w:style w:type="paragraph" w:styleId="Zkladntext2">
    <w:name w:val="Body Text 2"/>
    <w:basedOn w:val="Normln"/>
    <w:link w:val="Zkladntext2Char"/>
    <w:uiPriority w:val="99"/>
    <w:unhideWhenUsed/>
    <w:rsid w:val="00AA1D8D"/>
    <w:pPr>
      <w:spacing w:after="120" w:line="480" w:lineRule="auto"/>
    </w:pPr>
  </w:style>
  <w:style w:type="character" w:customStyle="1" w:styleId="Zkladntext2Char">
    <w:name w:val="Základní text 2 Char"/>
    <w:basedOn w:val="Standardnpsmoodstavce"/>
    <w:link w:val="Zkladntext2"/>
    <w:uiPriority w:val="99"/>
    <w:rsid w:val="00AA1D8D"/>
  </w:style>
  <w:style w:type="paragraph" w:styleId="Zkladntext3">
    <w:name w:val="Body Text 3"/>
    <w:basedOn w:val="Normln"/>
    <w:link w:val="Zkladntext3Char"/>
    <w:uiPriority w:val="99"/>
    <w:unhideWhenUsed/>
    <w:rsid w:val="00AA1D8D"/>
    <w:pPr>
      <w:spacing w:after="120"/>
    </w:pPr>
    <w:rPr>
      <w:sz w:val="16"/>
      <w:szCs w:val="16"/>
    </w:rPr>
  </w:style>
  <w:style w:type="character" w:customStyle="1" w:styleId="Zkladntext3Char">
    <w:name w:val="Základní text 3 Char"/>
    <w:basedOn w:val="Standardnpsmoodstavce"/>
    <w:link w:val="Zkladntext3"/>
    <w:uiPriority w:val="99"/>
    <w:rsid w:val="00AA1D8D"/>
    <w:rPr>
      <w:sz w:val="16"/>
      <w:szCs w:val="16"/>
    </w:rPr>
  </w:style>
  <w:style w:type="paragraph" w:styleId="Seznam">
    <w:name w:val="List"/>
    <w:basedOn w:val="Normln"/>
    <w:uiPriority w:val="99"/>
    <w:unhideWhenUsed/>
    <w:rsid w:val="00AA1D8D"/>
    <w:pPr>
      <w:ind w:left="360" w:hanging="360"/>
      <w:contextualSpacing/>
    </w:pPr>
  </w:style>
  <w:style w:type="paragraph" w:styleId="Seznam2">
    <w:name w:val="List 2"/>
    <w:basedOn w:val="Normln"/>
    <w:uiPriority w:val="99"/>
    <w:unhideWhenUsed/>
    <w:rsid w:val="00326F90"/>
    <w:pPr>
      <w:ind w:left="720" w:hanging="360"/>
      <w:contextualSpacing/>
    </w:pPr>
  </w:style>
  <w:style w:type="paragraph" w:styleId="Seznam3">
    <w:name w:val="List 3"/>
    <w:basedOn w:val="Normln"/>
    <w:uiPriority w:val="99"/>
    <w:unhideWhenUsed/>
    <w:rsid w:val="00326F90"/>
    <w:pPr>
      <w:ind w:left="1080" w:hanging="360"/>
      <w:contextualSpacing/>
    </w:pPr>
  </w:style>
  <w:style w:type="paragraph" w:styleId="Seznamsodrkami">
    <w:name w:val="List Bullet"/>
    <w:basedOn w:val="Normln"/>
    <w:uiPriority w:val="99"/>
    <w:unhideWhenUsed/>
    <w:rsid w:val="00326F90"/>
    <w:pPr>
      <w:numPr>
        <w:numId w:val="1"/>
      </w:numPr>
      <w:contextualSpacing/>
    </w:pPr>
  </w:style>
  <w:style w:type="paragraph" w:styleId="Seznamsodrkami2">
    <w:name w:val="List Bullet 2"/>
    <w:basedOn w:val="Normln"/>
    <w:uiPriority w:val="99"/>
    <w:unhideWhenUsed/>
    <w:rsid w:val="00326F90"/>
    <w:pPr>
      <w:numPr>
        <w:numId w:val="2"/>
      </w:numPr>
      <w:contextualSpacing/>
    </w:pPr>
  </w:style>
  <w:style w:type="paragraph" w:styleId="Seznamsodrkami3">
    <w:name w:val="List Bullet 3"/>
    <w:basedOn w:val="Normln"/>
    <w:uiPriority w:val="99"/>
    <w:unhideWhenUsed/>
    <w:rsid w:val="00326F90"/>
    <w:pPr>
      <w:numPr>
        <w:numId w:val="3"/>
      </w:numPr>
      <w:contextualSpacing/>
    </w:pPr>
  </w:style>
  <w:style w:type="paragraph" w:styleId="slovanseznam">
    <w:name w:val="List Number"/>
    <w:basedOn w:val="Normln"/>
    <w:uiPriority w:val="99"/>
    <w:unhideWhenUsed/>
    <w:rsid w:val="00326F90"/>
    <w:pPr>
      <w:numPr>
        <w:numId w:val="5"/>
      </w:numPr>
      <w:contextualSpacing/>
    </w:pPr>
  </w:style>
  <w:style w:type="paragraph" w:styleId="slovanseznam2">
    <w:name w:val="List Number 2"/>
    <w:basedOn w:val="Normln"/>
    <w:uiPriority w:val="99"/>
    <w:unhideWhenUsed/>
    <w:rsid w:val="0029639D"/>
    <w:pPr>
      <w:numPr>
        <w:numId w:val="6"/>
      </w:numPr>
      <w:contextualSpacing/>
    </w:pPr>
  </w:style>
  <w:style w:type="paragraph" w:styleId="slovanseznam3">
    <w:name w:val="List Number 3"/>
    <w:basedOn w:val="Normln"/>
    <w:uiPriority w:val="99"/>
    <w:unhideWhenUsed/>
    <w:rsid w:val="0029639D"/>
    <w:pPr>
      <w:numPr>
        <w:numId w:val="7"/>
      </w:numPr>
      <w:contextualSpacing/>
    </w:pPr>
  </w:style>
  <w:style w:type="paragraph" w:styleId="Pokraovnseznamu">
    <w:name w:val="List Continue"/>
    <w:basedOn w:val="Normln"/>
    <w:uiPriority w:val="99"/>
    <w:unhideWhenUsed/>
    <w:rsid w:val="0029639D"/>
    <w:pPr>
      <w:spacing w:after="120"/>
      <w:ind w:left="360"/>
      <w:contextualSpacing/>
    </w:pPr>
  </w:style>
  <w:style w:type="paragraph" w:styleId="Pokraovnseznamu2">
    <w:name w:val="List Continue 2"/>
    <w:basedOn w:val="Normln"/>
    <w:uiPriority w:val="99"/>
    <w:unhideWhenUsed/>
    <w:rsid w:val="0029639D"/>
    <w:pPr>
      <w:spacing w:after="120"/>
      <w:ind w:left="720"/>
      <w:contextualSpacing/>
    </w:pPr>
  </w:style>
  <w:style w:type="paragraph" w:styleId="Pokraovnseznamu3">
    <w:name w:val="List Continue 3"/>
    <w:basedOn w:val="Normln"/>
    <w:uiPriority w:val="99"/>
    <w:unhideWhenUsed/>
    <w:rsid w:val="0029639D"/>
    <w:pPr>
      <w:spacing w:after="120"/>
      <w:ind w:left="1080"/>
      <w:contextualSpacing/>
    </w:pPr>
  </w:style>
  <w:style w:type="paragraph" w:styleId="Textmakra">
    <w:name w:val="macro"/>
    <w:link w:val="Textmakra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TextmakraChar">
    <w:name w:val="Text makra Char"/>
    <w:basedOn w:val="Standardnpsmoodstavce"/>
    <w:link w:val="Textmakra"/>
    <w:uiPriority w:val="99"/>
    <w:rsid w:val="0029639D"/>
    <w:rPr>
      <w:rFonts w:ascii="Courier" w:hAnsi="Courier"/>
      <w:sz w:val="20"/>
      <w:szCs w:val="20"/>
    </w:rPr>
  </w:style>
  <w:style w:type="paragraph" w:styleId="Citt">
    <w:name w:val="Quote"/>
    <w:basedOn w:val="Normln"/>
    <w:next w:val="Normln"/>
    <w:link w:val="CittChar"/>
    <w:uiPriority w:val="29"/>
    <w:qFormat/>
    <w:rsid w:val="00FC693F"/>
    <w:rPr>
      <w:i/>
      <w:iCs/>
      <w:color w:val="000000" w:themeColor="text1"/>
    </w:rPr>
  </w:style>
  <w:style w:type="character" w:customStyle="1" w:styleId="CittChar">
    <w:name w:val="Citát Char"/>
    <w:basedOn w:val="Standardnpsmoodstavce"/>
    <w:link w:val="Citt"/>
    <w:uiPriority w:val="29"/>
    <w:rsid w:val="00FC693F"/>
    <w:rPr>
      <w:i/>
      <w:iCs/>
      <w:color w:val="000000" w:themeColor="text1"/>
    </w:rPr>
  </w:style>
  <w:style w:type="character" w:customStyle="1" w:styleId="Nadpis4Char">
    <w:name w:val="Nadpis 4 Char"/>
    <w:basedOn w:val="Standardnpsmoodstavce"/>
    <w:link w:val="Nadpis4"/>
    <w:uiPriority w:val="9"/>
    <w:semiHidden/>
    <w:rsid w:val="00FC693F"/>
    <w:rPr>
      <w:rFonts w:asciiTheme="majorHAnsi" w:eastAsiaTheme="majorEastAsia" w:hAnsiTheme="majorHAnsi" w:cstheme="majorBidi"/>
      <w:b/>
      <w:bCs/>
      <w:i/>
      <w:iCs/>
      <w:color w:val="4F81BD" w:themeColor="accent1"/>
    </w:rPr>
  </w:style>
  <w:style w:type="character" w:customStyle="1" w:styleId="Nadpis5Char">
    <w:name w:val="Nadpis 5 Char"/>
    <w:basedOn w:val="Standardnpsmoodstavce"/>
    <w:link w:val="Nadpis5"/>
    <w:uiPriority w:val="9"/>
    <w:semiHidden/>
    <w:rsid w:val="00FC693F"/>
    <w:rPr>
      <w:rFonts w:asciiTheme="majorHAnsi" w:eastAsiaTheme="majorEastAsia" w:hAnsiTheme="majorHAnsi" w:cstheme="majorBidi"/>
      <w:color w:val="243F60" w:themeColor="accent1" w:themeShade="7F"/>
    </w:rPr>
  </w:style>
  <w:style w:type="character" w:customStyle="1" w:styleId="Nadpis6Char">
    <w:name w:val="Nadpis 6 Char"/>
    <w:basedOn w:val="Standardnpsmoodstavce"/>
    <w:link w:val="Nadpis6"/>
    <w:uiPriority w:val="9"/>
    <w:semiHidden/>
    <w:rsid w:val="00FC693F"/>
    <w:rPr>
      <w:rFonts w:asciiTheme="majorHAnsi" w:eastAsiaTheme="majorEastAsia" w:hAnsiTheme="majorHAnsi" w:cstheme="majorBidi"/>
      <w:i/>
      <w:iCs/>
      <w:color w:val="243F60" w:themeColor="accent1" w:themeShade="7F"/>
    </w:rPr>
  </w:style>
  <w:style w:type="character" w:customStyle="1" w:styleId="Nadpis7Char">
    <w:name w:val="Nadpis 7 Char"/>
    <w:basedOn w:val="Standardnpsmoodstavce"/>
    <w:link w:val="Nadpis7"/>
    <w:uiPriority w:val="9"/>
    <w:semiHidden/>
    <w:rsid w:val="00FC693F"/>
    <w:rPr>
      <w:rFonts w:asciiTheme="majorHAnsi" w:eastAsiaTheme="majorEastAsia" w:hAnsiTheme="majorHAnsi" w:cstheme="majorBidi"/>
      <w:i/>
      <w:iCs/>
      <w:color w:val="404040" w:themeColor="text1" w:themeTint="BF"/>
    </w:rPr>
  </w:style>
  <w:style w:type="character" w:customStyle="1" w:styleId="Nadpis8Char">
    <w:name w:val="Nadpis 8 Char"/>
    <w:basedOn w:val="Standardnpsmoodstavce"/>
    <w:link w:val="Nadpis8"/>
    <w:uiPriority w:val="9"/>
    <w:semiHidden/>
    <w:rsid w:val="00FC693F"/>
    <w:rPr>
      <w:rFonts w:asciiTheme="majorHAnsi" w:eastAsiaTheme="majorEastAsia" w:hAnsiTheme="majorHAnsi" w:cstheme="majorBidi"/>
      <w:color w:val="4F81BD" w:themeColor="accent1"/>
      <w:sz w:val="20"/>
      <w:szCs w:val="20"/>
    </w:rPr>
  </w:style>
  <w:style w:type="character" w:customStyle="1" w:styleId="Nadpis9Char">
    <w:name w:val="Nadpis 9 Char"/>
    <w:basedOn w:val="Standardnpsmoodstavce"/>
    <w:link w:val="Nadpis9"/>
    <w:uiPriority w:val="9"/>
    <w:semiHidden/>
    <w:rsid w:val="00FC693F"/>
    <w:rPr>
      <w:rFonts w:asciiTheme="majorHAnsi" w:eastAsiaTheme="majorEastAsia" w:hAnsiTheme="majorHAnsi" w:cstheme="majorBidi"/>
      <w:i/>
      <w:iCs/>
      <w:color w:val="404040" w:themeColor="text1" w:themeTint="BF"/>
      <w:sz w:val="20"/>
      <w:szCs w:val="20"/>
    </w:rPr>
  </w:style>
  <w:style w:type="paragraph" w:styleId="Titulek">
    <w:name w:val="caption"/>
    <w:basedOn w:val="Normln"/>
    <w:next w:val="Normln"/>
    <w:uiPriority w:val="35"/>
    <w:semiHidden/>
    <w:unhideWhenUsed/>
    <w:qFormat/>
    <w:rsid w:val="00FC693F"/>
    <w:pPr>
      <w:spacing w:line="240" w:lineRule="auto"/>
    </w:pPr>
    <w:rPr>
      <w:b/>
      <w:bCs/>
      <w:color w:val="4F81BD" w:themeColor="accent1"/>
      <w:sz w:val="18"/>
      <w:szCs w:val="18"/>
    </w:rPr>
  </w:style>
  <w:style w:type="character" w:styleId="Siln">
    <w:name w:val="Strong"/>
    <w:basedOn w:val="Standardnpsmoodstavce"/>
    <w:uiPriority w:val="22"/>
    <w:qFormat/>
    <w:rsid w:val="00FC693F"/>
    <w:rPr>
      <w:b/>
      <w:bCs/>
    </w:rPr>
  </w:style>
  <w:style w:type="character" w:styleId="Zdraznn">
    <w:name w:val="Emphasis"/>
    <w:basedOn w:val="Standardnpsmoodstavce"/>
    <w:uiPriority w:val="20"/>
    <w:qFormat/>
    <w:rsid w:val="00FC693F"/>
    <w:rPr>
      <w:i/>
      <w:iCs/>
    </w:rPr>
  </w:style>
  <w:style w:type="paragraph" w:styleId="Vrazncitt">
    <w:name w:val="Intense Quote"/>
    <w:basedOn w:val="Normln"/>
    <w:next w:val="Normln"/>
    <w:link w:val="Vrazncitt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VrazncittChar">
    <w:name w:val="Výrazný citát Char"/>
    <w:basedOn w:val="Standardnpsmoodstavce"/>
    <w:link w:val="Vrazncitt"/>
    <w:uiPriority w:val="30"/>
    <w:rsid w:val="00FC693F"/>
    <w:rPr>
      <w:b/>
      <w:bCs/>
      <w:i/>
      <w:iCs/>
      <w:color w:val="4F81BD" w:themeColor="accent1"/>
    </w:rPr>
  </w:style>
  <w:style w:type="character" w:styleId="Zdraznnjemn">
    <w:name w:val="Subtle Emphasis"/>
    <w:basedOn w:val="Standardnpsmoodstavce"/>
    <w:uiPriority w:val="19"/>
    <w:qFormat/>
    <w:rsid w:val="00FC693F"/>
    <w:rPr>
      <w:i/>
      <w:iCs/>
      <w:color w:val="808080" w:themeColor="text1" w:themeTint="7F"/>
    </w:rPr>
  </w:style>
  <w:style w:type="character" w:styleId="Zdraznnintenzivn">
    <w:name w:val="Intense Emphasis"/>
    <w:basedOn w:val="Standardnpsmoodstavce"/>
    <w:uiPriority w:val="21"/>
    <w:qFormat/>
    <w:rsid w:val="00FC693F"/>
    <w:rPr>
      <w:b/>
      <w:bCs/>
      <w:i/>
      <w:iCs/>
      <w:color w:val="4F81BD" w:themeColor="accent1"/>
    </w:rPr>
  </w:style>
  <w:style w:type="character" w:styleId="Odkazjemn">
    <w:name w:val="Subtle Reference"/>
    <w:basedOn w:val="Standardnpsmoodstavce"/>
    <w:uiPriority w:val="31"/>
    <w:qFormat/>
    <w:rsid w:val="00FC693F"/>
    <w:rPr>
      <w:smallCaps/>
      <w:color w:val="C0504D" w:themeColor="accent2"/>
      <w:u w:val="single"/>
    </w:rPr>
  </w:style>
  <w:style w:type="character" w:styleId="Odkazintenzivn">
    <w:name w:val="Intense Reference"/>
    <w:basedOn w:val="Standardnpsmoodstavce"/>
    <w:uiPriority w:val="32"/>
    <w:qFormat/>
    <w:rsid w:val="00FC693F"/>
    <w:rPr>
      <w:b/>
      <w:bCs/>
      <w:smallCaps/>
      <w:color w:val="C0504D" w:themeColor="accent2"/>
      <w:spacing w:val="5"/>
      <w:u w:val="single"/>
    </w:rPr>
  </w:style>
  <w:style w:type="character" w:styleId="Nzevknihy">
    <w:name w:val="Book Title"/>
    <w:basedOn w:val="Standardnpsmoodstavce"/>
    <w:uiPriority w:val="33"/>
    <w:qFormat/>
    <w:rsid w:val="00FC693F"/>
    <w:rPr>
      <w:b/>
      <w:bCs/>
      <w:smallCaps/>
      <w:spacing w:val="5"/>
    </w:rPr>
  </w:style>
  <w:style w:type="paragraph" w:styleId="Nadpisobsahu">
    <w:name w:val="TOC Heading"/>
    <w:basedOn w:val="Nadpis1"/>
    <w:next w:val="Normln"/>
    <w:uiPriority w:val="39"/>
    <w:semiHidden/>
    <w:unhideWhenUsed/>
    <w:qFormat/>
    <w:rsid w:val="00FC693F"/>
    <w:pPr>
      <w:outlineLvl w:val="9"/>
    </w:pPr>
  </w:style>
  <w:style w:type="table" w:styleId="Mkatabulky">
    <w:name w:val="Table Grid"/>
    <w:basedOn w:val="Normlntabulka"/>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Svtlstnovn">
    <w:name w:val="Light Shading"/>
    <w:basedOn w:val="Normlntabulka"/>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Svtlstnovnzvraznn1">
    <w:name w:val="Light Shading Accent 1"/>
    <w:basedOn w:val="Normlntabulka"/>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Svtlstnovnzvraznn2">
    <w:name w:val="Light Shading Accent 2"/>
    <w:basedOn w:val="Normlntabulka"/>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Svtlstnovnzvraznn3">
    <w:name w:val="Light Shading Accent 3"/>
    <w:basedOn w:val="Normlntabulka"/>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Svtlstnovnzvraznn4">
    <w:name w:val="Light Shading Accent 4"/>
    <w:basedOn w:val="Normlntabulka"/>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Svtlstnovnzvraznn5">
    <w:name w:val="Light Shading Accent 5"/>
    <w:basedOn w:val="Normlntabulka"/>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Svtlstnovnzvraznn6">
    <w:name w:val="Light Shading Accent 6"/>
    <w:basedOn w:val="Normlntabulka"/>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Svtlseznam">
    <w:name w:val="Light List"/>
    <w:basedOn w:val="Normlntabulka"/>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Svtlseznamzvraznn1">
    <w:name w:val="Light List Accent 1"/>
    <w:basedOn w:val="Normlntabulka"/>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Svtlseznamzvraznn2">
    <w:name w:val="Light List Accent 2"/>
    <w:basedOn w:val="Normlntabulka"/>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Svtlseznamzvraznn3">
    <w:name w:val="Light List Accent 3"/>
    <w:basedOn w:val="Normlntabulka"/>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Svtlseznamzvraznn4">
    <w:name w:val="Light List Accent 4"/>
    <w:basedOn w:val="Normlntabulka"/>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Svtlseznamzvraznn5">
    <w:name w:val="Light List Accent 5"/>
    <w:basedOn w:val="Normlntabulka"/>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Svtlseznamzvraznn6">
    <w:name w:val="Light List Accent 6"/>
    <w:basedOn w:val="Normlntabulka"/>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Svtlmka">
    <w:name w:val="Light Grid"/>
    <w:basedOn w:val="Normlntabulka"/>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Svtlmkazvraznn1">
    <w:name w:val="Light Grid Accent 1"/>
    <w:basedOn w:val="Normlntabulka"/>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Svtlmkazvraznn2">
    <w:name w:val="Light Grid Accent 2"/>
    <w:basedOn w:val="Normlntabulka"/>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Svtlmkazvraznn3">
    <w:name w:val="Light Grid Accent 3"/>
    <w:basedOn w:val="Normlntabulka"/>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Svtlmkazvraznn4">
    <w:name w:val="Light Grid Accent 4"/>
    <w:basedOn w:val="Normlntabulka"/>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Svtlmkazvraznn5">
    <w:name w:val="Light Grid Accent 5"/>
    <w:basedOn w:val="Normlntabulka"/>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Svtlmkazvraznn6">
    <w:name w:val="Light Grid Accent 6"/>
    <w:basedOn w:val="Normlntabulka"/>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Stednstnovn1">
    <w:name w:val="Medium Shading 1"/>
    <w:basedOn w:val="Normlntabulka"/>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Stednstnovn1zvraznn1">
    <w:name w:val="Medium Shading 1 Accent 1"/>
    <w:basedOn w:val="Normlntabulka"/>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Stednstnovn1zvraznn2">
    <w:name w:val="Medium Shading 1 Accent 2"/>
    <w:basedOn w:val="Normlntabulka"/>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Stednstnovn1zvraznn3">
    <w:name w:val="Medium Shading 1 Accent 3"/>
    <w:basedOn w:val="Normlntabulka"/>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Stednstnovn1zvraznn4">
    <w:name w:val="Medium Shading 1 Accent 4"/>
    <w:basedOn w:val="Normlntabulka"/>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Stednstnovn1zvraznn5">
    <w:name w:val="Medium Shading 1 Accent 5"/>
    <w:basedOn w:val="Normlntabulka"/>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Stednstnovn1zvraznn6">
    <w:name w:val="Medium Shading 1 Accent 6"/>
    <w:basedOn w:val="Normlntabulka"/>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Stednstnovn2">
    <w:name w:val="Medium Shading 2"/>
    <w:basedOn w:val="Normlntabulka"/>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tednstnovn2zvraznn1">
    <w:name w:val="Medium Shading 2 Accent 1"/>
    <w:basedOn w:val="Normlntabulka"/>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tednstnovn2zvraznn2">
    <w:name w:val="Medium Shading 2 Accent 2"/>
    <w:basedOn w:val="Normlntabulka"/>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tednstnovn2zvraznn3">
    <w:name w:val="Medium Shading 2 Accent 3"/>
    <w:basedOn w:val="Normlntabulka"/>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tednstnovn2zvraznn4">
    <w:name w:val="Medium Shading 2 Accent 4"/>
    <w:basedOn w:val="Normlntabulka"/>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tednstnovn2zvraznn5">
    <w:name w:val="Medium Shading 2 Accent 5"/>
    <w:basedOn w:val="Normlntabulka"/>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tednstnovn2zvraznn6">
    <w:name w:val="Medium Shading 2 Accent 6"/>
    <w:basedOn w:val="Normlntabulka"/>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tednseznam1">
    <w:name w:val="Medium List 1"/>
    <w:basedOn w:val="Normlntabulka"/>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Stednseznam1zvraznn1">
    <w:name w:val="Medium List 1 Accent 1"/>
    <w:basedOn w:val="Normlntabulka"/>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Stednseznam1zvraznn2">
    <w:name w:val="Medium List 1 Accent 2"/>
    <w:basedOn w:val="Normlntabulka"/>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Stednseznam1zvraznn3">
    <w:name w:val="Medium List 1 Accent 3"/>
    <w:basedOn w:val="Normlntabulka"/>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Stednseznam1zvraznn4">
    <w:name w:val="Medium List 1 Accent 4"/>
    <w:basedOn w:val="Normlntabulka"/>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Stednseznam1zvraznn5">
    <w:name w:val="Medium List 1 Accent 5"/>
    <w:basedOn w:val="Normlntabulka"/>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Stednseznam1zvraznn6">
    <w:name w:val="Medium List 1 Accent 6"/>
    <w:basedOn w:val="Normlntabulka"/>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Stednseznam2">
    <w:name w:val="Medium List 2"/>
    <w:basedOn w:val="Normlntabulka"/>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Stednseznam2zvraznn1">
    <w:name w:val="Medium List 2 Accent 1"/>
    <w:basedOn w:val="Normlntabulka"/>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Stednseznam2zvraznn2">
    <w:name w:val="Medium List 2 Accent 2"/>
    <w:basedOn w:val="Normlntabulka"/>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Stednseznam2zvraznn3">
    <w:name w:val="Medium List 2 Accent 3"/>
    <w:basedOn w:val="Normlntabulka"/>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Stednseznam2zvraznn4">
    <w:name w:val="Medium List 2 Accent 4"/>
    <w:basedOn w:val="Normlntabulka"/>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Stednseznam2zvraznn5">
    <w:name w:val="Medium List 2 Accent 5"/>
    <w:basedOn w:val="Normlntabulka"/>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Stednseznam2zvraznn6">
    <w:name w:val="Medium List 2 Accent 6"/>
    <w:basedOn w:val="Normlntabulka"/>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Stednmka1">
    <w:name w:val="Medium Grid 1"/>
    <w:basedOn w:val="Normlntabulka"/>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Stednmka1zvraznn1">
    <w:name w:val="Medium Grid 1 Accent 1"/>
    <w:basedOn w:val="Normlntabulka"/>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Stednmka1zvraznn2">
    <w:name w:val="Medium Grid 1 Accent 2"/>
    <w:basedOn w:val="Normlntabulka"/>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Stednmka1zvraznn3">
    <w:name w:val="Medium Grid 1 Accent 3"/>
    <w:basedOn w:val="Normlntabulka"/>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Stednmka1zvraznn4">
    <w:name w:val="Medium Grid 1 Accent 4"/>
    <w:basedOn w:val="Normlntabulka"/>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Stednmka1zvraznn5">
    <w:name w:val="Medium Grid 1 Accent 5"/>
    <w:basedOn w:val="Normlntabulka"/>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Stednmka1zvraznn6">
    <w:name w:val="Medium Grid 1 Accent 6"/>
    <w:basedOn w:val="Normlntabulka"/>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Stednmka2">
    <w:name w:val="Medium Grid 2"/>
    <w:basedOn w:val="Normlntabulka"/>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Stednmka2zvraznn1">
    <w:name w:val="Medium Grid 2 Accent 1"/>
    <w:basedOn w:val="Normlntabulka"/>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Stednmka2zvraznn2">
    <w:name w:val="Medium Grid 2 Accent 2"/>
    <w:basedOn w:val="Normlntabulka"/>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Stednmka2zvraznn3">
    <w:name w:val="Medium Grid 2 Accent 3"/>
    <w:basedOn w:val="Normlntabulka"/>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Stednmka2zvraznn4">
    <w:name w:val="Medium Grid 2 Accent 4"/>
    <w:basedOn w:val="Normlntabulka"/>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Stednmka2zvraznn5">
    <w:name w:val="Medium Grid 2 Accent 5"/>
    <w:basedOn w:val="Normlntabulka"/>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Stednmka2zvraznn6">
    <w:name w:val="Medium Grid 2 Accent 6"/>
    <w:basedOn w:val="Normlntabulka"/>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Stednmka3">
    <w:name w:val="Medium Grid 3"/>
    <w:basedOn w:val="Normlntabulka"/>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Stednmka3zvraznn1">
    <w:name w:val="Medium Grid 3 Accent 1"/>
    <w:basedOn w:val="Normlntabulka"/>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Stednmka3zvraznn2">
    <w:name w:val="Medium Grid 3 Accent 2"/>
    <w:basedOn w:val="Normlntabulka"/>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Stednmka3zvraznn3">
    <w:name w:val="Medium Grid 3 Accent 3"/>
    <w:basedOn w:val="Normlntabulka"/>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Stednmka3zvraznn4">
    <w:name w:val="Medium Grid 3 Accent 4"/>
    <w:basedOn w:val="Normlntabulka"/>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Stednmka3zvraznn5">
    <w:name w:val="Medium Grid 3 Accent 5"/>
    <w:basedOn w:val="Normlntabulka"/>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Stednmka3zvraznn6">
    <w:name w:val="Medium Grid 3 Accent 6"/>
    <w:basedOn w:val="Normlntabulka"/>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Tmavseznam">
    <w:name w:val="Dark List"/>
    <w:basedOn w:val="Normlntabulka"/>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Tmavseznamzvraznn1">
    <w:name w:val="Dark List Accent 1"/>
    <w:basedOn w:val="Normlntabulka"/>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Tmavseznamzvraznn2">
    <w:name w:val="Dark List Accent 2"/>
    <w:basedOn w:val="Normlntabulka"/>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Tmavseznamzvraznn3">
    <w:name w:val="Dark List Accent 3"/>
    <w:basedOn w:val="Normlntabulka"/>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Tmavseznamzvraznn4">
    <w:name w:val="Dark List Accent 4"/>
    <w:basedOn w:val="Normlntabulka"/>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Tmavseznamzvraznn5">
    <w:name w:val="Dark List Accent 5"/>
    <w:basedOn w:val="Normlntabulka"/>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Tmavseznamzvraznn6">
    <w:name w:val="Dark List Accent 6"/>
    <w:basedOn w:val="Normlntabulka"/>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Barevnstnovn">
    <w:name w:val="Colorful Shading"/>
    <w:basedOn w:val="Normlntabulka"/>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Barevnstnovnzvraznn1">
    <w:name w:val="Colorful Shading Accent 1"/>
    <w:basedOn w:val="Normlntabulka"/>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Barevnstnovnzvraznn2">
    <w:name w:val="Colorful Shading Accent 2"/>
    <w:basedOn w:val="Normlntabulka"/>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Barevnstnovnzvraznn3">
    <w:name w:val="Colorful Shading Accent 3"/>
    <w:basedOn w:val="Normlntabulka"/>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Barevnstnovnzvraznn4">
    <w:name w:val="Colorful Shading Accent 4"/>
    <w:basedOn w:val="Normlntabulka"/>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Barevnstnovnzvraznn5">
    <w:name w:val="Colorful Shading Accent 5"/>
    <w:basedOn w:val="Normlntabulka"/>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Barevnstnovnzvraznn6">
    <w:name w:val="Colorful Shading Accent 6"/>
    <w:basedOn w:val="Normlntabulka"/>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Barevnseznam">
    <w:name w:val="Colorful List"/>
    <w:basedOn w:val="Normlntabulka"/>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Barevnseznamzvraznn1">
    <w:name w:val="Colorful List Accent 1"/>
    <w:basedOn w:val="Normlntabulka"/>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Barevnseznamzvraznn2">
    <w:name w:val="Colorful List Accent 2"/>
    <w:basedOn w:val="Normlntabulka"/>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Barevnseznamzvraznn3">
    <w:name w:val="Colorful List Accent 3"/>
    <w:basedOn w:val="Normlntabulka"/>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Barevnseznamzvraznn4">
    <w:name w:val="Colorful List Accent 4"/>
    <w:basedOn w:val="Normlntabulka"/>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Barevnseznamzvraznn5">
    <w:name w:val="Colorful List Accent 5"/>
    <w:basedOn w:val="Normlntabulka"/>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Barevnseznamzvraznn6">
    <w:name w:val="Colorful List Accent 6"/>
    <w:basedOn w:val="Normlntabulka"/>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Barevnmka">
    <w:name w:val="Colorful Grid"/>
    <w:basedOn w:val="Normlntabulka"/>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Barevnmkazvraznn1">
    <w:name w:val="Colorful Grid Accent 1"/>
    <w:basedOn w:val="Normlntabulka"/>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Barevnmkazvraznn2">
    <w:name w:val="Colorful Grid Accent 2"/>
    <w:basedOn w:val="Normlntabulka"/>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Barevnmkazvraznn3">
    <w:name w:val="Colorful Grid Accent 3"/>
    <w:basedOn w:val="Normlntabulka"/>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Barevnmkazvraznn4">
    <w:name w:val="Colorful Grid Accent 4"/>
    <w:basedOn w:val="Normlntabulka"/>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Barevnmkazvraznn5">
    <w:name w:val="Colorful Grid Accent 5"/>
    <w:basedOn w:val="Normlntabulka"/>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Barevnmkazvraznn6">
    <w:name w:val="Colorful Grid Accent 6"/>
    <w:basedOn w:val="Normlntabulka"/>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498</Words>
  <Characters>2940</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3432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Reditelka</cp:lastModifiedBy>
  <cp:revision>2</cp:revision>
  <dcterms:created xsi:type="dcterms:W3CDTF">2026-08-09T19:35:00Z</dcterms:created>
  <dcterms:modified xsi:type="dcterms:W3CDTF">2026-08-09T19:35:00Z</dcterms:modified>
  <cp:category/>
</cp:coreProperties>
</file>