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PROHLÁŠENÍ O BEZINFEKČNOSTI</w:t>
      </w:r>
    </w:p>
    <w:p w14:paraId="17A1FEF3" w14:textId="77777777" w:rsidR="00AF5748" w:rsidRDefault="00B70E79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pro účast dítěte na škole v přírodě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FBF3DF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sz w:val="23"/>
              </w:rPr>
              <w:t xml:space="preserve">DŮLEŽITÉ: Prohlášení se podepisuje nejdříve jeden den před zahájením akce a odevzdává se škole podle </w:t>
            </w:r>
            <w:r>
              <w:rPr>
                <w:rFonts w:eastAsia="Arial" w:cs="Arial"/>
                <w:b/>
                <w:sz w:val="23"/>
              </w:rPr>
              <w:t>jejích pokynů.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DÍTĚTI A AKCI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43"/>
        <w:gridCol w:w="6017"/>
      </w:tblGrid>
      <w:tr w:rsidR="00AF5748" w14:paraId="6097248C" w14:textId="77777777">
        <w:trPr>
          <w:cantSplit/>
        </w:trPr>
        <w:tc>
          <w:tcPr>
            <w:tcW w:w="3343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0603E8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 dítěte</w:t>
            </w:r>
          </w:p>
        </w:tc>
        <w:tc>
          <w:tcPr>
            <w:tcW w:w="6017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</w:tr>
      <w:tr w:rsidR="00AF5748" w14:paraId="263A2ABF" w14:textId="77777777">
        <w:trPr>
          <w:cantSplit/>
        </w:trPr>
        <w:tc>
          <w:tcPr>
            <w:tcW w:w="3343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161E87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narození</w:t>
            </w:r>
          </w:p>
        </w:tc>
        <w:tc>
          <w:tcPr>
            <w:tcW w:w="6017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44204D16" w14:textId="77777777" w:rsidR="00AF5748" w:rsidRDefault="00AF5748">
            <w:pPr>
              <w:spacing w:after="0" w:line="250" w:lineRule="auto"/>
            </w:pPr>
          </w:p>
        </w:tc>
      </w:tr>
      <w:tr w:rsidR="00AF5748" w14:paraId="6F5B0DFF" w14:textId="77777777">
        <w:trPr>
          <w:cantSplit/>
        </w:trPr>
        <w:tc>
          <w:tcPr>
            <w:tcW w:w="3343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086AE7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Třída / ročník</w:t>
            </w:r>
          </w:p>
        </w:tc>
        <w:tc>
          <w:tcPr>
            <w:tcW w:w="6017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69E0C7BA" w14:textId="77777777" w:rsidR="00AF5748" w:rsidRDefault="00AF5748">
            <w:pPr>
              <w:spacing w:after="0" w:line="250" w:lineRule="auto"/>
            </w:pPr>
          </w:p>
        </w:tc>
      </w:tr>
      <w:tr w:rsidR="00AF5748" w14:paraId="531F3358" w14:textId="77777777">
        <w:trPr>
          <w:cantSplit/>
        </w:trPr>
        <w:tc>
          <w:tcPr>
            <w:tcW w:w="3343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334F14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Místo konání školy v přírodě</w:t>
            </w:r>
          </w:p>
        </w:tc>
        <w:tc>
          <w:tcPr>
            <w:tcW w:w="6017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1187A78" w14:textId="77777777" w:rsidR="00AF5748" w:rsidRDefault="00AF5748">
            <w:pPr>
              <w:spacing w:after="0" w:line="250" w:lineRule="auto"/>
            </w:pPr>
          </w:p>
        </w:tc>
      </w:tr>
      <w:tr w:rsidR="00AF5748" w14:paraId="6A075CF0" w14:textId="77777777">
        <w:trPr>
          <w:cantSplit/>
        </w:trPr>
        <w:tc>
          <w:tcPr>
            <w:tcW w:w="3343" w:type="dxa"/>
            <w:shd w:val="clear" w:color="auto" w:fill="EAF3F5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6F01AA95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Termín akce</w:t>
            </w:r>
          </w:p>
        </w:tc>
        <w:tc>
          <w:tcPr>
            <w:tcW w:w="6017" w:type="dxa"/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DF9FA62" w14:textId="77777777" w:rsidR="00AF5748" w:rsidRDefault="00AF5748">
            <w:pPr>
              <w:spacing w:after="0" w:line="250" w:lineRule="auto"/>
            </w:pPr>
          </w:p>
        </w:tc>
      </w:tr>
    </w:tbl>
    <w:p w14:paraId="37854D23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ZÁKONNÉHO ZÁSTUPCE</w:t>
      </w:r>
    </w:p>
    <w:tbl>
      <w:tblPr>
        <w:tblW w:w="9360" w:type="dxa"/>
        <w:tblInd w:w="130" w:type="dxa"/>
        <w:tblBorders>
          <w:top w:val="single" w:sz="7" w:space="0" w:color="15566A"/>
          <w:left w:val="single" w:sz="7" w:space="0" w:color="15566A"/>
          <w:bottom w:val="single" w:sz="7" w:space="0" w:color="15566A"/>
          <w:right w:val="single" w:sz="7" w:space="0" w:color="15566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13DB90DE" w14:textId="77777777">
        <w:trPr>
          <w:cantSplit/>
        </w:trPr>
        <w:tc>
          <w:tcPr>
            <w:tcW w:w="9360" w:type="dxa"/>
            <w:shd w:val="clear" w:color="auto" w:fill="EAF3F5"/>
            <w:tcMar>
              <w:top w:w="110" w:type="dxa"/>
              <w:left w:w="130" w:type="dxa"/>
              <w:bottom w:w="105" w:type="dxa"/>
              <w:right w:w="130" w:type="dxa"/>
            </w:tcMar>
            <w:vAlign w:val="center"/>
          </w:tcPr>
          <w:p w14:paraId="0FED0B6A" w14:textId="77777777" w:rsidR="00AF5748" w:rsidRDefault="00B70E79">
            <w:pPr>
              <w:spacing w:after="0" w:line="269" w:lineRule="auto"/>
              <w:jc w:val="both"/>
            </w:pPr>
            <w:r>
              <w:rPr>
                <w:rFonts w:eastAsia="Arial" w:cs="Arial"/>
              </w:rPr>
              <w:t xml:space="preserve">Prohlašuji, že výše uvedené dítě nejeví známky akutního onemocnění </w:t>
            </w:r>
            <w:r>
              <w:rPr>
                <w:rFonts w:eastAsia="Arial" w:cs="Arial"/>
              </w:rPr>
              <w:t>(například horečky nebo průjmu) a ve 14 kalendářních dnech před odjezdem do školy v přírodě nepřišlo do styku s fyzickou osobou nemocnou infekčním onemocněním nebo podezřelou z nákazy ani mu není nařízeno karanténní opatření.</w:t>
            </w:r>
          </w:p>
        </w:tc>
      </w:tr>
    </w:tbl>
    <w:p w14:paraId="69514054" w14:textId="77777777" w:rsidR="00AF5748" w:rsidRDefault="00B70E79">
      <w:pPr>
        <w:spacing w:after="100" w:line="254" w:lineRule="auto"/>
      </w:pPr>
      <w:r>
        <w:rPr>
          <w:rFonts w:eastAsia="Arial" w:cs="Arial"/>
          <w:sz w:val="22"/>
        </w:rPr>
        <w:t>Prohlášení činím na základě aktuálně známých skutečností a jsem si vědom/a následků uvedení nepravdivých údajů.</w:t>
      </w:r>
    </w:p>
    <w:p w14:paraId="6D1DD2BF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MÍSTO, DATUM A PODPIS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454"/>
        <w:gridCol w:w="5906"/>
      </w:tblGrid>
      <w:tr w:rsidR="00AF5748" w14:paraId="32607252" w14:textId="77777777">
        <w:trPr>
          <w:cantSplit/>
        </w:trPr>
        <w:tc>
          <w:tcPr>
            <w:tcW w:w="3454" w:type="dxa"/>
            <w:shd w:val="clear" w:color="auto" w:fill="EAF3F5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2C2AC95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zákonného zástupce</w:t>
            </w:r>
          </w:p>
        </w:tc>
        <w:tc>
          <w:tcPr>
            <w:tcW w:w="5906" w:type="dxa"/>
            <w:shd w:val="clear" w:color="auto" w:fill="FFFFFF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007C0F37" w14:textId="77777777" w:rsidR="00AF5748" w:rsidRDefault="00AF5748">
            <w:pPr>
              <w:spacing w:after="0" w:line="250" w:lineRule="auto"/>
            </w:pPr>
          </w:p>
        </w:tc>
      </w:tr>
      <w:tr w:rsidR="00AF5748" w14:paraId="4CD8CB82" w14:textId="77777777">
        <w:trPr>
          <w:cantSplit/>
        </w:trPr>
        <w:tc>
          <w:tcPr>
            <w:tcW w:w="3454" w:type="dxa"/>
            <w:shd w:val="clear" w:color="auto" w:fill="EAF3F5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390E764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Místo podpisu</w:t>
            </w:r>
          </w:p>
        </w:tc>
        <w:tc>
          <w:tcPr>
            <w:tcW w:w="5906" w:type="dxa"/>
            <w:shd w:val="clear" w:color="auto" w:fill="FFFFFF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7ADB5F02" w14:textId="77777777" w:rsidR="00AF5748" w:rsidRDefault="00AF5748">
            <w:pPr>
              <w:spacing w:after="0" w:line="250" w:lineRule="auto"/>
            </w:pPr>
          </w:p>
        </w:tc>
      </w:tr>
      <w:tr w:rsidR="00AF5748" w14:paraId="7F6EBF48" w14:textId="77777777">
        <w:trPr>
          <w:cantSplit/>
        </w:trPr>
        <w:tc>
          <w:tcPr>
            <w:tcW w:w="3454" w:type="dxa"/>
            <w:shd w:val="clear" w:color="auto" w:fill="EAF3F5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340416C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a čas podpisu</w:t>
            </w:r>
          </w:p>
        </w:tc>
        <w:tc>
          <w:tcPr>
            <w:tcW w:w="5906" w:type="dxa"/>
            <w:shd w:val="clear" w:color="auto" w:fill="FFFFFF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1BEA1D32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>dne ______________ v __________ hodin</w:t>
            </w:r>
          </w:p>
        </w:tc>
      </w:tr>
      <w:tr w:rsidR="00AF5748" w14:paraId="26CE6D60" w14:textId="77777777">
        <w:trPr>
          <w:cantSplit/>
        </w:trPr>
        <w:tc>
          <w:tcPr>
            <w:tcW w:w="3454" w:type="dxa"/>
            <w:shd w:val="clear" w:color="auto" w:fill="EAF3F5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56AD2F3B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Podpis zákonného zástupce</w:t>
            </w:r>
          </w:p>
        </w:tc>
        <w:tc>
          <w:tcPr>
            <w:tcW w:w="5906" w:type="dxa"/>
            <w:shd w:val="clear" w:color="auto" w:fill="FFFFFF"/>
            <w:tcMar>
              <w:top w:w="72" w:type="dxa"/>
              <w:left w:w="130" w:type="dxa"/>
              <w:bottom w:w="72" w:type="dxa"/>
              <w:right w:w="130" w:type="dxa"/>
            </w:tcMar>
            <w:vAlign w:val="center"/>
          </w:tcPr>
          <w:p w14:paraId="4CF9D0DC" w14:textId="77777777" w:rsidR="00AF5748" w:rsidRDefault="00AF5748">
            <w:pPr>
              <w:spacing w:after="0" w:line="250" w:lineRule="auto"/>
            </w:pPr>
          </w:p>
        </w:tc>
      </w:tr>
    </w:tbl>
    <w:p w14:paraId="5846D37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PŘEVZETÍ ŠKOLOU</w:t>
      </w:r>
    </w:p>
    <w:tbl>
      <w:tblPr>
        <w:tblW w:w="9356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B70E79" w14:paraId="3D69FA18" w14:textId="77777777" w:rsidTr="00B70E79">
        <w:trPr>
          <w:cantSplit/>
        </w:trPr>
        <w:tc>
          <w:tcPr>
            <w:tcW w:w="9356" w:type="dxa"/>
            <w:shd w:val="clear" w:color="auto" w:fill="F5F8F9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89AFA0B" w14:textId="77777777" w:rsidR="00B70E79" w:rsidRDefault="00B70E79">
            <w:pPr>
              <w:spacing w:after="0" w:line="250" w:lineRule="auto"/>
              <w:rPr>
                <w:rFonts w:eastAsia="Arial" w:cs="Arial"/>
                <w:sz w:val="21"/>
              </w:rPr>
            </w:pPr>
          </w:p>
          <w:p w14:paraId="302B6309" w14:textId="0FE9D4F2" w:rsidR="00B70E79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Převzato dne: __________________</w:t>
            </w:r>
          </w:p>
        </w:tc>
      </w:tr>
      <w:tr w:rsidR="00B70E79" w14:paraId="4807127C" w14:textId="77777777" w:rsidTr="00B70E79">
        <w:trPr>
          <w:cantSplit/>
          <w:trHeight w:val="725"/>
        </w:trPr>
        <w:tc>
          <w:tcPr>
            <w:tcW w:w="9356" w:type="dxa"/>
            <w:shd w:val="clear" w:color="auto" w:fill="F5F8F9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25AC2D08" w14:textId="77777777" w:rsidR="00B70E79" w:rsidRDefault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sz w:val="21"/>
              </w:rPr>
              <w:t>Převzal</w:t>
            </w:r>
            <w:proofErr w:type="spellEnd"/>
            <w:r>
              <w:rPr>
                <w:rFonts w:eastAsia="Arial" w:cs="Arial"/>
                <w:sz w:val="21"/>
              </w:rPr>
              <w:t>/a: _____________________</w:t>
            </w:r>
          </w:p>
        </w:tc>
      </w:tr>
    </w:tbl>
    <w:p w14:paraId="525CEAB9" w14:textId="77777777" w:rsidR="00AF5748" w:rsidRDefault="00B70E79">
      <w:pPr>
        <w:spacing w:before="60" w:after="0" w:line="254" w:lineRule="auto"/>
        <w:jc w:val="center"/>
      </w:pPr>
      <w:proofErr w:type="spellStart"/>
      <w:r>
        <w:rPr>
          <w:rFonts w:eastAsia="Arial" w:cs="Arial"/>
          <w:i/>
          <w:color w:val="5F6B73"/>
          <w:sz w:val="18"/>
        </w:rPr>
        <w:t>Právní</w:t>
      </w:r>
      <w:proofErr w:type="spellEnd"/>
      <w:r>
        <w:rPr>
          <w:rFonts w:eastAsia="Arial" w:cs="Arial"/>
          <w:i/>
          <w:color w:val="5F6B73"/>
          <w:sz w:val="18"/>
        </w:rPr>
        <w:t xml:space="preserve"> </w:t>
      </w:r>
      <w:proofErr w:type="spellStart"/>
      <w:r>
        <w:rPr>
          <w:rFonts w:eastAsia="Arial" w:cs="Arial"/>
          <w:i/>
          <w:color w:val="5F6B73"/>
          <w:sz w:val="18"/>
        </w:rPr>
        <w:t>základ</w:t>
      </w:r>
      <w:proofErr w:type="spellEnd"/>
      <w:r>
        <w:rPr>
          <w:rFonts w:eastAsia="Arial" w:cs="Arial"/>
          <w:i/>
          <w:color w:val="5F6B73"/>
          <w:sz w:val="18"/>
        </w:rPr>
        <w:t xml:space="preserve">: § 9 </w:t>
      </w:r>
      <w:proofErr w:type="spellStart"/>
      <w:r>
        <w:rPr>
          <w:rFonts w:eastAsia="Arial" w:cs="Arial"/>
          <w:i/>
          <w:color w:val="5F6B73"/>
          <w:sz w:val="18"/>
        </w:rPr>
        <w:t>odst</w:t>
      </w:r>
      <w:proofErr w:type="spellEnd"/>
      <w:r>
        <w:rPr>
          <w:rFonts w:eastAsia="Arial" w:cs="Arial"/>
          <w:i/>
          <w:color w:val="5F6B73"/>
          <w:sz w:val="18"/>
        </w:rPr>
        <w:t>. 1 a 3 zákona č. 258/2000 Sb., o ochraně veřejného zdraví, ve znění pozdějších předpisů.</w:t>
      </w:r>
    </w:p>
    <w:sectPr w:rsidR="00AF5748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A8F7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3A70CBCD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0FEB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610128FD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62F181A9" w14:textId="77777777" w:rsidR="00AF5748" w:rsidRDefault="00B70E79">
          <w:r>
            <w:rPr>
              <w:rFonts w:eastAsia="Arial" w:cs="Arial"/>
              <w:color w:val="5F6B73"/>
              <w:sz w:val="18"/>
            </w:rPr>
            <w:t>Prohlášení o bezinfekčnosti | škola v přírodě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660821AF" w14:textId="77777777" w:rsidR="00AF5748" w:rsidRDefault="00B70E79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60C5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377FD448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A899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074163A0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6440AC81" w14:textId="77777777" w:rsidR="00AF5748" w:rsidRDefault="00B70E79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2026B02D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ZÁKLADNÍ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14C44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2</cp:revision>
  <dcterms:created xsi:type="dcterms:W3CDTF">2026-08-09T19:31:00Z</dcterms:created>
  <dcterms:modified xsi:type="dcterms:W3CDTF">2026-08-09T19:31:00Z</dcterms:modified>
  <cp:category/>
</cp:coreProperties>
</file>