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93CFA" w14:textId="77777777" w:rsidR="00AF5748" w:rsidRDefault="00B70E79">
      <w:pPr>
        <w:spacing w:after="20" w:line="254" w:lineRule="auto"/>
        <w:jc w:val="center"/>
      </w:pPr>
      <w:r>
        <w:rPr>
          <w:rFonts w:eastAsia="Arial" w:cs="Arial"/>
          <w:b/>
          <w:color w:val="15566A"/>
          <w:sz w:val="21"/>
        </w:rPr>
        <w:t>ZÁKLADNÍ ŠKOLA A MATEŘSKÁ ŠKOLA ROSOVICE</w:t>
      </w:r>
    </w:p>
    <w:p w14:paraId="2DA4EB0F" w14:textId="77777777" w:rsidR="00AF5748" w:rsidRDefault="00B70E79">
      <w:pPr>
        <w:spacing w:after="60" w:line="254" w:lineRule="auto"/>
        <w:jc w:val="center"/>
      </w:pPr>
      <w:r>
        <w:rPr>
          <w:rFonts w:eastAsia="Arial" w:cs="Arial"/>
          <w:color w:val="5F6B73"/>
          <w:sz w:val="19"/>
        </w:rPr>
        <w:t>okres Příbram, příspěvková organizace</w:t>
      </w:r>
    </w:p>
    <w:p w14:paraId="2ADA66AF" w14:textId="77777777" w:rsidR="00AF5748" w:rsidRDefault="00B70E79">
      <w:pPr>
        <w:spacing w:after="20" w:line="254" w:lineRule="auto"/>
        <w:jc w:val="center"/>
      </w:pPr>
      <w:r>
        <w:rPr>
          <w:rFonts w:eastAsia="Arial" w:cs="Arial"/>
          <w:b/>
          <w:color w:val="15566A"/>
          <w:sz w:val="35"/>
        </w:rPr>
        <w:t>ŽÁDOST O KRÁTKODOBÉ UVOLNĚNÍ</w:t>
      </w:r>
    </w:p>
    <w:p w14:paraId="17A1FEF3" w14:textId="77777777" w:rsidR="00AF5748" w:rsidRDefault="00B70E79">
      <w:pPr>
        <w:spacing w:after="100" w:line="254" w:lineRule="auto"/>
        <w:jc w:val="center"/>
      </w:pPr>
      <w:r>
        <w:rPr>
          <w:rFonts w:eastAsia="Arial" w:cs="Arial"/>
          <w:i/>
          <w:color w:val="5F6B73"/>
          <w:sz w:val="21"/>
        </w:rPr>
        <w:t>odchod žáka během vyučování – například návštěva lékaře</w:t>
      </w:r>
    </w:p>
    <w:tbl>
      <w:tblPr>
        <w:tblW w:w="9360" w:type="dxa"/>
        <w:tblInd w:w="130" w:type="dxa"/>
        <w:tblBorders>
          <w:top w:val="single" w:sz="5" w:space="0" w:color="AFC1C7"/>
          <w:left w:val="single" w:sz="5" w:space="0" w:color="AFC1C7"/>
          <w:bottom w:val="single" w:sz="5" w:space="0" w:color="AFC1C7"/>
          <w:right w:val="single" w:sz="5" w:space="0" w:color="AFC1C7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AF5748" w14:paraId="705BC565" w14:textId="77777777">
        <w:trPr>
          <w:cantSplit/>
        </w:trPr>
        <w:tc>
          <w:tcPr>
            <w:tcW w:w="9360" w:type="dxa"/>
            <w:shd w:val="clear" w:color="auto" w:fill="EAF3F5"/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14:paraId="3CBE6CAC" w14:textId="77777777" w:rsidR="00AF5748" w:rsidRDefault="00B70E79">
            <w:pPr>
              <w:spacing w:after="0" w:line="250" w:lineRule="auto"/>
              <w:jc w:val="center"/>
            </w:pPr>
            <w:r>
              <w:rPr>
                <w:rFonts w:eastAsia="Arial" w:cs="Arial"/>
                <w:b/>
                <w:color w:val="104454"/>
                <w:sz w:val="23"/>
              </w:rPr>
              <w:t>Žádám o uvolnění níže uvedeného žáka během vyučování v uvedeném čase a současně určuji způsob jeho odchodu ze školy.</w:t>
            </w:r>
          </w:p>
        </w:tc>
      </w:tr>
    </w:tbl>
    <w:p w14:paraId="0BB09567" w14:textId="77777777" w:rsidR="00AF5748" w:rsidRDefault="00B70E79">
      <w:pPr>
        <w:keepNext/>
        <w:shd w:val="clear" w:color="auto" w:fill="15566A"/>
        <w:spacing w:before="40" w:after="40" w:line="254" w:lineRule="auto"/>
        <w:ind w:left="100" w:right="100"/>
      </w:pPr>
      <w:r>
        <w:rPr>
          <w:rFonts w:eastAsia="Arial" w:cs="Arial"/>
          <w:b/>
          <w:color w:val="FFFFFF"/>
        </w:rPr>
        <w:t>ÚDAJE O ŽÁKOVI</w:t>
      </w:r>
    </w:p>
    <w:tbl>
      <w:tblPr>
        <w:tblW w:w="9360" w:type="dxa"/>
        <w:tblInd w:w="130" w:type="dxa"/>
        <w:tblBorders>
          <w:top w:val="single" w:sz="5" w:space="0" w:color="AFC1C7"/>
          <w:left w:val="single" w:sz="5" w:space="0" w:color="AFC1C7"/>
          <w:bottom w:val="single" w:sz="5" w:space="0" w:color="AFC1C7"/>
          <w:right w:val="single" w:sz="5" w:space="0" w:color="AFC1C7"/>
          <w:insideH w:val="single" w:sz="5" w:space="0" w:color="AFC1C7"/>
          <w:insideV w:val="single" w:sz="5" w:space="0" w:color="AFC1C7"/>
        </w:tblBorders>
        <w:tblLayout w:type="fixed"/>
        <w:tblLook w:val="04A0" w:firstRow="1" w:lastRow="0" w:firstColumn="1" w:lastColumn="0" w:noHBand="0" w:noVBand="1"/>
      </w:tblPr>
      <w:tblGrid>
        <w:gridCol w:w="2953"/>
        <w:gridCol w:w="6407"/>
      </w:tblGrid>
      <w:tr w:rsidR="00AF5748" w14:paraId="6097248C" w14:textId="77777777">
        <w:trPr>
          <w:cantSplit/>
          <w:trHeight w:val="329"/>
        </w:trPr>
        <w:tc>
          <w:tcPr>
            <w:tcW w:w="2953" w:type="dxa"/>
            <w:shd w:val="clear" w:color="auto" w:fill="EAF3F5"/>
            <w:tcMar>
              <w:top w:w="55" w:type="dxa"/>
              <w:left w:w="130" w:type="dxa"/>
              <w:bottom w:w="55" w:type="dxa"/>
              <w:right w:w="130" w:type="dxa"/>
            </w:tcMar>
            <w:vAlign w:val="center"/>
          </w:tcPr>
          <w:p w14:paraId="10603E81" w14:textId="77777777" w:rsidR="00AF5748" w:rsidRDefault="00B70E79">
            <w:pPr>
              <w:spacing w:after="0" w:line="250" w:lineRule="auto"/>
            </w:pPr>
            <w:r>
              <w:rPr>
                <w:rFonts w:eastAsia="Arial" w:cs="Arial"/>
                <w:b/>
                <w:color w:val="104454"/>
                <w:sz w:val="23"/>
              </w:rPr>
              <w:t>Jméno a příjmení žáka</w:t>
            </w:r>
          </w:p>
        </w:tc>
        <w:tc>
          <w:tcPr>
            <w:tcW w:w="6407" w:type="dxa"/>
            <w:shd w:val="clear" w:color="auto" w:fill="FFFFFF"/>
            <w:tcMar>
              <w:top w:w="55" w:type="dxa"/>
              <w:left w:w="130" w:type="dxa"/>
              <w:bottom w:w="55" w:type="dxa"/>
              <w:right w:w="130" w:type="dxa"/>
            </w:tcMar>
            <w:vAlign w:val="center"/>
          </w:tcPr>
          <w:p w14:paraId="574A832C" w14:textId="77777777" w:rsidR="00AF5748" w:rsidRDefault="00AF5748">
            <w:pPr>
              <w:spacing w:after="0" w:line="250" w:lineRule="auto"/>
            </w:pPr>
          </w:p>
        </w:tc>
      </w:tr>
      <w:tr w:rsidR="00AF5748" w14:paraId="263A2ABF" w14:textId="77777777">
        <w:trPr>
          <w:cantSplit/>
          <w:trHeight w:val="329"/>
        </w:trPr>
        <w:tc>
          <w:tcPr>
            <w:tcW w:w="2953" w:type="dxa"/>
            <w:shd w:val="clear" w:color="auto" w:fill="EAF3F5"/>
            <w:tcMar>
              <w:top w:w="55" w:type="dxa"/>
              <w:left w:w="130" w:type="dxa"/>
              <w:bottom w:w="55" w:type="dxa"/>
              <w:right w:w="130" w:type="dxa"/>
            </w:tcMar>
            <w:vAlign w:val="center"/>
          </w:tcPr>
          <w:p w14:paraId="2161E87A" w14:textId="77777777" w:rsidR="00AF5748" w:rsidRDefault="00B70E79">
            <w:pPr>
              <w:spacing w:after="0" w:line="250" w:lineRule="auto"/>
            </w:pPr>
            <w:r>
              <w:rPr>
                <w:rFonts w:eastAsia="Arial" w:cs="Arial"/>
                <w:b/>
                <w:color w:val="104454"/>
                <w:sz w:val="23"/>
              </w:rPr>
              <w:t>Třída / ročník</w:t>
            </w:r>
          </w:p>
        </w:tc>
        <w:tc>
          <w:tcPr>
            <w:tcW w:w="6407" w:type="dxa"/>
            <w:shd w:val="clear" w:color="auto" w:fill="FFFFFF"/>
            <w:tcMar>
              <w:top w:w="55" w:type="dxa"/>
              <w:left w:w="130" w:type="dxa"/>
              <w:bottom w:w="55" w:type="dxa"/>
              <w:right w:w="130" w:type="dxa"/>
            </w:tcMar>
            <w:vAlign w:val="center"/>
          </w:tcPr>
          <w:p w14:paraId="44204D16" w14:textId="77777777" w:rsidR="00AF5748" w:rsidRDefault="00AF5748">
            <w:pPr>
              <w:spacing w:after="0" w:line="250" w:lineRule="auto"/>
            </w:pPr>
          </w:p>
        </w:tc>
      </w:tr>
    </w:tbl>
    <w:p w14:paraId="2086AE7D" w14:textId="77777777" w:rsidR="00AF5748" w:rsidRDefault="00B70E79">
      <w:pPr>
        <w:keepNext/>
        <w:shd w:val="clear" w:color="auto" w:fill="15566A"/>
        <w:spacing w:before="40" w:after="40" w:line="254" w:lineRule="auto"/>
        <w:ind w:left="100" w:right="100"/>
      </w:pPr>
      <w:r>
        <w:rPr>
          <w:rFonts w:eastAsia="Arial" w:cs="Arial"/>
          <w:b/>
          <w:color w:val="FFFFFF"/>
        </w:rPr>
        <w:t>TERMÍN A DŮVOD ODCHODU</w:t>
      </w:r>
    </w:p>
    <w:tbl>
      <w:tblPr>
        <w:tblW w:w="9360" w:type="dxa"/>
        <w:tblInd w:w="130" w:type="dxa"/>
        <w:tblBorders>
          <w:top w:val="single" w:sz="5" w:space="0" w:color="AFC1C7"/>
          <w:left w:val="single" w:sz="5" w:space="0" w:color="AFC1C7"/>
          <w:bottom w:val="single" w:sz="5" w:space="0" w:color="AFC1C7"/>
          <w:right w:val="single" w:sz="5" w:space="0" w:color="AFC1C7"/>
          <w:insideH w:val="single" w:sz="5" w:space="0" w:color="AFC1C7"/>
          <w:insideV w:val="single" w:sz="5" w:space="0" w:color="AFC1C7"/>
        </w:tblBorders>
        <w:tblLayout w:type="fixed"/>
        <w:tblLook w:val="04A0" w:firstRow="1" w:lastRow="0" w:firstColumn="1" w:lastColumn="0" w:noHBand="0" w:noVBand="1"/>
      </w:tblPr>
      <w:tblGrid>
        <w:gridCol w:w="1226"/>
        <w:gridCol w:w="3064"/>
        <w:gridCol w:w="2089"/>
        <w:gridCol w:w="2981"/>
      </w:tblGrid>
      <w:tr w:rsidR="00AF5748" w14:paraId="531F3358" w14:textId="77777777" w:rsidTr="00B70E79">
        <w:trPr>
          <w:cantSplit/>
          <w:trHeight w:val="341"/>
        </w:trPr>
        <w:tc>
          <w:tcPr>
            <w:tcW w:w="1226" w:type="dxa"/>
            <w:shd w:val="clear" w:color="auto" w:fill="EAF3F5"/>
            <w:tcMar>
              <w:top w:w="60" w:type="dxa"/>
              <w:left w:w="130" w:type="dxa"/>
              <w:bottom w:w="60" w:type="dxa"/>
              <w:right w:w="130" w:type="dxa"/>
            </w:tcMar>
            <w:vAlign w:val="center"/>
          </w:tcPr>
          <w:p w14:paraId="69E0C7BA" w14:textId="77777777" w:rsidR="00AF5748" w:rsidRDefault="00B70E79">
            <w:pPr>
              <w:spacing w:after="0" w:line="250" w:lineRule="auto"/>
            </w:pPr>
            <w:r>
              <w:rPr>
                <w:rFonts w:eastAsia="Arial" w:cs="Arial"/>
                <w:b/>
                <w:color w:val="104454"/>
                <w:sz w:val="21"/>
              </w:rPr>
              <w:t>Dne</w:t>
            </w:r>
          </w:p>
        </w:tc>
        <w:tc>
          <w:tcPr>
            <w:tcW w:w="3064" w:type="dxa"/>
            <w:shd w:val="clear" w:color="auto" w:fill="FFFFFF"/>
            <w:tcMar>
              <w:top w:w="60" w:type="dxa"/>
              <w:left w:w="130" w:type="dxa"/>
              <w:bottom w:w="60" w:type="dxa"/>
              <w:right w:w="130" w:type="dxa"/>
            </w:tcMar>
            <w:vAlign w:val="center"/>
          </w:tcPr>
          <w:p w14:paraId="6F5B0DFF" w14:textId="77777777" w:rsidR="00AF5748" w:rsidRDefault="00B70E79">
            <w:pPr>
              <w:spacing w:after="0" w:line="250" w:lineRule="auto"/>
            </w:pPr>
            <w:r>
              <w:rPr>
                <w:rFonts w:eastAsia="Arial" w:cs="Arial"/>
                <w:sz w:val="21"/>
              </w:rPr>
              <w:t>________________</w:t>
            </w:r>
          </w:p>
        </w:tc>
        <w:tc>
          <w:tcPr>
            <w:tcW w:w="2089" w:type="dxa"/>
            <w:shd w:val="clear" w:color="auto" w:fill="EAF3F5"/>
            <w:tcMar>
              <w:top w:w="60" w:type="dxa"/>
              <w:left w:w="130" w:type="dxa"/>
              <w:bottom w:w="60" w:type="dxa"/>
              <w:right w:w="130" w:type="dxa"/>
            </w:tcMar>
            <w:vAlign w:val="center"/>
          </w:tcPr>
          <w:p w14:paraId="1334F144" w14:textId="77777777" w:rsidR="00AF5748" w:rsidRDefault="00B70E79">
            <w:pPr>
              <w:spacing w:after="0" w:line="250" w:lineRule="auto"/>
            </w:pPr>
            <w:r>
              <w:rPr>
                <w:rFonts w:eastAsia="Arial" w:cs="Arial"/>
                <w:b/>
                <w:color w:val="104454"/>
                <w:sz w:val="21"/>
              </w:rPr>
              <w:t>Odchod v</w:t>
            </w:r>
          </w:p>
        </w:tc>
        <w:tc>
          <w:tcPr>
            <w:tcW w:w="2981" w:type="dxa"/>
            <w:shd w:val="clear" w:color="auto" w:fill="FFFFFF"/>
            <w:tcMar>
              <w:top w:w="60" w:type="dxa"/>
              <w:left w:w="130" w:type="dxa"/>
              <w:bottom w:w="60" w:type="dxa"/>
              <w:right w:w="130" w:type="dxa"/>
            </w:tcMar>
            <w:vAlign w:val="center"/>
          </w:tcPr>
          <w:p w14:paraId="71187A78" w14:textId="77777777" w:rsidR="00AF5748" w:rsidRDefault="00B70E79">
            <w:pPr>
              <w:spacing w:after="0" w:line="250" w:lineRule="auto"/>
            </w:pPr>
            <w:r>
              <w:rPr>
                <w:rFonts w:eastAsia="Arial" w:cs="Arial"/>
                <w:sz w:val="21"/>
              </w:rPr>
              <w:t>__________ hodin</w:t>
            </w:r>
          </w:p>
        </w:tc>
      </w:tr>
      <w:tr w:rsidR="00AF5748" w14:paraId="0FED0B6A" w14:textId="77777777" w:rsidTr="00B70E79">
        <w:trPr>
          <w:cantSplit/>
          <w:trHeight w:val="390"/>
        </w:trPr>
        <w:tc>
          <w:tcPr>
            <w:tcW w:w="1226" w:type="dxa"/>
            <w:shd w:val="clear" w:color="auto" w:fill="EAF3F5"/>
            <w:tcMar>
              <w:top w:w="60" w:type="dxa"/>
              <w:left w:w="130" w:type="dxa"/>
              <w:bottom w:w="60" w:type="dxa"/>
              <w:right w:w="130" w:type="dxa"/>
            </w:tcMar>
            <w:vAlign w:val="center"/>
          </w:tcPr>
          <w:p w14:paraId="6F01AA95" w14:textId="77777777" w:rsidR="00AF5748" w:rsidRDefault="00B70E79">
            <w:pPr>
              <w:spacing w:after="0" w:line="250" w:lineRule="auto"/>
            </w:pPr>
            <w:r>
              <w:rPr>
                <w:rFonts w:eastAsia="Arial" w:cs="Arial"/>
                <w:b/>
                <w:color w:val="104454"/>
                <w:sz w:val="21"/>
              </w:rPr>
              <w:t>Návrat</w:t>
            </w:r>
          </w:p>
        </w:tc>
        <w:tc>
          <w:tcPr>
            <w:tcW w:w="3064" w:type="dxa"/>
            <w:shd w:val="clear" w:color="auto" w:fill="FFFFFF"/>
            <w:tcMar>
              <w:top w:w="60" w:type="dxa"/>
              <w:left w:w="130" w:type="dxa"/>
              <w:bottom w:w="60" w:type="dxa"/>
              <w:right w:w="130" w:type="dxa"/>
            </w:tcMar>
            <w:vAlign w:val="center"/>
          </w:tcPr>
          <w:p w14:paraId="2DF9FA62" w14:textId="77777777" w:rsidR="00AF5748" w:rsidRDefault="00B70E79">
            <w:pPr>
              <w:spacing w:after="0" w:line="250" w:lineRule="auto"/>
            </w:pPr>
            <w:r>
              <w:rPr>
                <w:rFonts w:ascii="DejaVu Sans" w:eastAsia="DejaVu Sans" w:hAnsi="DejaVu Sans" w:cs="DejaVu Sans"/>
                <w:sz w:val="21"/>
              </w:rPr>
              <w:t>☐ nevrátí se</w:t>
            </w:r>
          </w:p>
        </w:tc>
        <w:tc>
          <w:tcPr>
            <w:tcW w:w="2089" w:type="dxa"/>
            <w:shd w:val="clear" w:color="auto" w:fill="EAF3F5"/>
            <w:tcMar>
              <w:top w:w="60" w:type="dxa"/>
              <w:left w:w="130" w:type="dxa"/>
              <w:bottom w:w="60" w:type="dxa"/>
              <w:right w:w="130" w:type="dxa"/>
            </w:tcMar>
            <w:vAlign w:val="center"/>
          </w:tcPr>
          <w:p w14:paraId="6A075CF0" w14:textId="77777777" w:rsidR="00AF5748" w:rsidRDefault="00B70E79">
            <w:pPr>
              <w:spacing w:after="0" w:line="250" w:lineRule="auto"/>
            </w:pPr>
            <w:r>
              <w:rPr>
                <w:rFonts w:eastAsia="Arial" w:cs="Arial"/>
                <w:b/>
                <w:color w:val="104454"/>
                <w:sz w:val="21"/>
              </w:rPr>
              <w:t>Předpokládaně</w:t>
            </w:r>
          </w:p>
        </w:tc>
        <w:tc>
          <w:tcPr>
            <w:tcW w:w="2981" w:type="dxa"/>
            <w:shd w:val="clear" w:color="auto" w:fill="FFFFFF"/>
            <w:tcMar>
              <w:top w:w="60" w:type="dxa"/>
              <w:left w:w="130" w:type="dxa"/>
              <w:bottom w:w="60" w:type="dxa"/>
              <w:right w:w="130" w:type="dxa"/>
            </w:tcMar>
            <w:vAlign w:val="center"/>
          </w:tcPr>
          <w:p w14:paraId="37854D23" w14:textId="77777777" w:rsidR="00AF5748" w:rsidRDefault="00B70E79">
            <w:pPr>
              <w:spacing w:after="0" w:line="250" w:lineRule="auto"/>
            </w:pPr>
            <w:r>
              <w:rPr>
                <w:rFonts w:eastAsia="Arial" w:cs="Arial"/>
                <w:sz w:val="21"/>
              </w:rPr>
              <w:t>__________ hodin</w:t>
            </w:r>
          </w:p>
        </w:tc>
      </w:tr>
      <w:tr w:rsidR="00AF5748" w14:paraId="6D1DD2BF" w14:textId="77777777" w:rsidTr="00B70E79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763"/>
        </w:trPr>
        <w:tc>
          <w:tcPr>
            <w:tcW w:w="9360" w:type="dxa"/>
            <w:gridSpan w:val="4"/>
            <w:shd w:val="clear" w:color="auto" w:fill="FFFFFF"/>
            <w:tcMar>
              <w:top w:w="65" w:type="dxa"/>
              <w:left w:w="130" w:type="dxa"/>
              <w:bottom w:w="65" w:type="dxa"/>
              <w:right w:w="130" w:type="dxa"/>
            </w:tcMar>
            <w:vAlign w:val="center"/>
          </w:tcPr>
          <w:p w14:paraId="13DB90DE" w14:textId="690D5DEB" w:rsidR="00AF5748" w:rsidRDefault="00B70E79">
            <w:pPr>
              <w:spacing w:after="0" w:line="250" w:lineRule="auto"/>
            </w:pPr>
            <w:proofErr w:type="spellStart"/>
            <w:r>
              <w:rPr>
                <w:rFonts w:eastAsia="Arial" w:cs="Arial"/>
                <w:b/>
                <w:color w:val="104454"/>
                <w:sz w:val="23"/>
              </w:rPr>
              <w:t>Důvod</w:t>
            </w:r>
            <w:proofErr w:type="spellEnd"/>
            <w:r>
              <w:rPr>
                <w:rFonts w:eastAsia="Arial" w:cs="Arial"/>
                <w:b/>
                <w:color w:val="104454"/>
                <w:sz w:val="23"/>
              </w:rPr>
              <w:t xml:space="preserve"> </w:t>
            </w:r>
            <w:proofErr w:type="spellStart"/>
            <w:r>
              <w:rPr>
                <w:rFonts w:eastAsia="Arial" w:cs="Arial"/>
                <w:b/>
                <w:color w:val="104454"/>
                <w:sz w:val="23"/>
              </w:rPr>
              <w:t>odchodu</w:t>
            </w:r>
            <w:proofErr w:type="spellEnd"/>
            <w:r>
              <w:rPr>
                <w:rFonts w:eastAsia="Arial" w:cs="Arial"/>
                <w:b/>
                <w:color w:val="104454"/>
                <w:sz w:val="23"/>
              </w:rPr>
              <w:t>:</w:t>
            </w:r>
          </w:p>
          <w:p w14:paraId="69514054" w14:textId="77777777" w:rsidR="00AF5748" w:rsidRDefault="00B70E79">
            <w:pPr>
              <w:spacing w:after="40"/>
            </w:pPr>
            <w:r>
              <w:rPr>
                <w:rFonts w:eastAsia="Arial" w:cs="Arial"/>
                <w:color w:val="5F6B73"/>
                <w:sz w:val="20"/>
              </w:rPr>
              <w:t>________________________________________________________________________________</w:t>
            </w:r>
          </w:p>
        </w:tc>
      </w:tr>
    </w:tbl>
    <w:p w14:paraId="2C2AC95F" w14:textId="77777777" w:rsidR="00AF5748" w:rsidRDefault="00B70E79">
      <w:pPr>
        <w:keepNext/>
        <w:shd w:val="clear" w:color="auto" w:fill="15566A"/>
        <w:spacing w:before="40" w:after="40" w:line="254" w:lineRule="auto"/>
        <w:ind w:left="100" w:right="100"/>
      </w:pPr>
      <w:r>
        <w:rPr>
          <w:rFonts w:eastAsia="Arial" w:cs="Arial"/>
          <w:b/>
          <w:color w:val="FFFFFF"/>
        </w:rPr>
        <w:t>ZPŮSOB ODCHODU ŽÁKA ZE ŠKOLY</w:t>
      </w:r>
    </w:p>
    <w:tbl>
      <w:tblPr>
        <w:tblW w:w="9360" w:type="dxa"/>
        <w:tblInd w:w="130" w:type="dxa"/>
        <w:tblBorders>
          <w:top w:val="single" w:sz="6" w:space="0" w:color="15566A"/>
          <w:left w:val="single" w:sz="6" w:space="0" w:color="15566A"/>
          <w:bottom w:val="single" w:sz="6" w:space="0" w:color="15566A"/>
          <w:right w:val="single" w:sz="6" w:space="0" w:color="15566A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AF5748" w14:paraId="340416C4" w14:textId="77777777">
        <w:trPr>
          <w:cantSplit/>
        </w:trPr>
        <w:tc>
          <w:tcPr>
            <w:tcW w:w="9360" w:type="dxa"/>
            <w:shd w:val="clear" w:color="auto" w:fill="F5F8F9"/>
            <w:tcMar>
              <w:top w:w="70" w:type="dxa"/>
              <w:left w:w="130" w:type="dxa"/>
              <w:bottom w:w="55" w:type="dxa"/>
              <w:right w:w="130" w:type="dxa"/>
            </w:tcMar>
            <w:vAlign w:val="center"/>
          </w:tcPr>
          <w:p w14:paraId="007C0F37" w14:textId="77777777" w:rsidR="00AF5748" w:rsidRDefault="00B70E79">
            <w:pPr>
              <w:spacing w:after="60" w:line="250" w:lineRule="auto"/>
            </w:pPr>
            <w:r>
              <w:rPr>
                <w:rFonts w:ascii="DejaVu Sans" w:eastAsia="DejaVu Sans" w:hAnsi="DejaVu Sans" w:cs="DejaVu Sans"/>
                <w:color w:val="104454"/>
                <w:sz w:val="22"/>
              </w:rPr>
              <w:t xml:space="preserve">☐  </w:t>
            </w:r>
            <w:r>
              <w:rPr>
                <w:rFonts w:eastAsia="Arial" w:cs="Arial"/>
                <w:sz w:val="22"/>
              </w:rPr>
              <w:t>Žáka převezmu osobně.</w:t>
            </w:r>
          </w:p>
          <w:p w14:paraId="32607252" w14:textId="77777777" w:rsidR="00AF5748" w:rsidRDefault="00B70E79">
            <w:pPr>
              <w:spacing w:after="60"/>
            </w:pPr>
            <w:r>
              <w:rPr>
                <w:rFonts w:ascii="DejaVu Sans" w:eastAsia="DejaVu Sans" w:hAnsi="DejaVu Sans" w:cs="DejaVu Sans"/>
                <w:color w:val="104454"/>
                <w:sz w:val="22"/>
              </w:rPr>
              <w:t xml:space="preserve">☐  </w:t>
            </w:r>
            <w:r>
              <w:rPr>
                <w:rFonts w:eastAsia="Arial" w:cs="Arial"/>
                <w:sz w:val="22"/>
              </w:rPr>
              <w:t>Žáka převezme pověřená osoba:</w:t>
            </w:r>
          </w:p>
          <w:p w14:paraId="390E7641" w14:textId="77777777" w:rsidR="00AF5748" w:rsidRDefault="00B70E79">
            <w:pPr>
              <w:spacing w:after="60"/>
              <w:ind w:left="312"/>
              <w:rPr>
                <w:rFonts w:eastAsia="Arial" w:cs="Arial"/>
                <w:sz w:val="21"/>
              </w:rPr>
            </w:pPr>
            <w:r>
              <w:rPr>
                <w:rFonts w:eastAsia="Arial" w:cs="Arial"/>
                <w:sz w:val="21"/>
              </w:rPr>
              <w:t xml:space="preserve">Jméno a příjmení: __________________________________  </w:t>
            </w:r>
            <w:proofErr w:type="spellStart"/>
            <w:r>
              <w:rPr>
                <w:rFonts w:eastAsia="Arial" w:cs="Arial"/>
                <w:sz w:val="21"/>
              </w:rPr>
              <w:t>vztah</w:t>
            </w:r>
            <w:proofErr w:type="spellEnd"/>
            <w:r>
              <w:rPr>
                <w:rFonts w:eastAsia="Arial" w:cs="Arial"/>
                <w:sz w:val="21"/>
              </w:rPr>
              <w:t xml:space="preserve"> k </w:t>
            </w:r>
            <w:proofErr w:type="spellStart"/>
            <w:r>
              <w:rPr>
                <w:rFonts w:eastAsia="Arial" w:cs="Arial"/>
                <w:sz w:val="21"/>
              </w:rPr>
              <w:t>dítěti</w:t>
            </w:r>
            <w:proofErr w:type="spellEnd"/>
            <w:r>
              <w:rPr>
                <w:rFonts w:eastAsia="Arial" w:cs="Arial"/>
                <w:sz w:val="21"/>
              </w:rPr>
              <w:t>: ______________</w:t>
            </w:r>
          </w:p>
          <w:p w14:paraId="46CB19F3" w14:textId="77777777" w:rsidR="005B44CC" w:rsidRPr="005B44CC" w:rsidRDefault="005B44CC" w:rsidP="005B44CC">
            <w:pPr>
              <w:spacing w:after="60"/>
              <w:rPr>
                <w:rFonts w:eastAsia="Arial" w:cs="Arial"/>
                <w:sz w:val="21"/>
              </w:rPr>
            </w:pPr>
            <w:r w:rsidRPr="005B44CC">
              <w:rPr>
                <w:rFonts w:ascii="Segoe UI Symbol" w:eastAsia="Arial" w:hAnsi="Segoe UI Symbol" w:cs="Segoe UI Symbol"/>
                <w:sz w:val="21"/>
              </w:rPr>
              <w:t>☐</w:t>
            </w:r>
            <w:r w:rsidRPr="005B44CC">
              <w:rPr>
                <w:rFonts w:eastAsia="Arial" w:cs="Arial"/>
                <w:sz w:val="21"/>
              </w:rPr>
              <w:t xml:space="preserve">  </w:t>
            </w:r>
            <w:proofErr w:type="spellStart"/>
            <w:r w:rsidRPr="005B44CC">
              <w:rPr>
                <w:rFonts w:eastAsia="Arial" w:cs="Arial"/>
                <w:sz w:val="21"/>
              </w:rPr>
              <w:t>Žák</w:t>
            </w:r>
            <w:proofErr w:type="spellEnd"/>
            <w:r w:rsidRPr="005B44CC">
              <w:rPr>
                <w:rFonts w:eastAsia="Arial" w:cs="Arial"/>
                <w:sz w:val="21"/>
              </w:rPr>
              <w:t xml:space="preserve"> </w:t>
            </w:r>
            <w:proofErr w:type="spellStart"/>
            <w:r w:rsidRPr="005B44CC">
              <w:rPr>
                <w:rFonts w:eastAsia="Arial" w:cs="Arial"/>
                <w:sz w:val="21"/>
              </w:rPr>
              <w:t>může</w:t>
            </w:r>
            <w:proofErr w:type="spellEnd"/>
            <w:r w:rsidRPr="005B44CC">
              <w:rPr>
                <w:rFonts w:eastAsia="Arial" w:cs="Arial"/>
                <w:sz w:val="21"/>
              </w:rPr>
              <w:t xml:space="preserve"> </w:t>
            </w:r>
            <w:proofErr w:type="spellStart"/>
            <w:r w:rsidRPr="005B44CC">
              <w:rPr>
                <w:rFonts w:eastAsia="Arial" w:cs="Arial"/>
                <w:sz w:val="21"/>
              </w:rPr>
              <w:t>odejít</w:t>
            </w:r>
            <w:proofErr w:type="spellEnd"/>
            <w:r w:rsidRPr="005B44CC">
              <w:rPr>
                <w:rFonts w:eastAsia="Arial" w:cs="Arial"/>
                <w:sz w:val="21"/>
              </w:rPr>
              <w:t xml:space="preserve"> ze </w:t>
            </w:r>
            <w:proofErr w:type="spellStart"/>
            <w:r w:rsidRPr="005B44CC">
              <w:rPr>
                <w:rFonts w:eastAsia="Arial" w:cs="Arial"/>
                <w:sz w:val="21"/>
              </w:rPr>
              <w:t>školy</w:t>
            </w:r>
            <w:proofErr w:type="spellEnd"/>
            <w:r w:rsidRPr="005B44CC">
              <w:rPr>
                <w:rFonts w:eastAsia="Arial" w:cs="Arial"/>
                <w:sz w:val="21"/>
              </w:rPr>
              <w:t xml:space="preserve"> </w:t>
            </w:r>
            <w:proofErr w:type="spellStart"/>
            <w:r w:rsidRPr="005B44CC">
              <w:rPr>
                <w:rFonts w:eastAsia="Arial" w:cs="Arial"/>
                <w:sz w:val="21"/>
              </w:rPr>
              <w:t>samostatně</w:t>
            </w:r>
            <w:proofErr w:type="spellEnd"/>
            <w:r w:rsidRPr="005B44CC">
              <w:rPr>
                <w:rFonts w:eastAsia="Arial" w:cs="Arial"/>
                <w:sz w:val="21"/>
              </w:rPr>
              <w:t xml:space="preserve"> v </w:t>
            </w:r>
            <w:proofErr w:type="spellStart"/>
            <w:r w:rsidRPr="005B44CC">
              <w:rPr>
                <w:rFonts w:eastAsia="Arial" w:cs="Arial"/>
                <w:sz w:val="21"/>
              </w:rPr>
              <w:t>uvedeném</w:t>
            </w:r>
            <w:proofErr w:type="spellEnd"/>
            <w:r w:rsidRPr="005B44CC">
              <w:rPr>
                <w:rFonts w:eastAsia="Arial" w:cs="Arial"/>
                <w:sz w:val="21"/>
              </w:rPr>
              <w:t xml:space="preserve"> </w:t>
            </w:r>
            <w:proofErr w:type="spellStart"/>
            <w:r w:rsidRPr="005B44CC">
              <w:rPr>
                <w:rFonts w:eastAsia="Arial" w:cs="Arial"/>
                <w:sz w:val="21"/>
              </w:rPr>
              <w:t>čase</w:t>
            </w:r>
            <w:proofErr w:type="spellEnd"/>
            <w:r w:rsidRPr="005B44CC">
              <w:rPr>
                <w:rFonts w:eastAsia="Arial" w:cs="Arial"/>
                <w:sz w:val="21"/>
              </w:rPr>
              <w:t>.</w:t>
            </w:r>
          </w:p>
          <w:p w14:paraId="4CD8CB82" w14:textId="750BB235" w:rsidR="00AF5748" w:rsidRPr="005B44CC" w:rsidRDefault="005B44CC" w:rsidP="005B44CC">
            <w:pPr>
              <w:spacing w:after="60"/>
              <w:rPr>
                <w:rFonts w:eastAsia="Arial" w:cs="Arial"/>
                <w:sz w:val="21"/>
              </w:rPr>
            </w:pPr>
            <w:r w:rsidRPr="005B44CC">
              <w:rPr>
                <w:rFonts w:eastAsia="Arial" w:cs="Arial"/>
                <w:sz w:val="21"/>
              </w:rPr>
              <w:t xml:space="preserve">V </w:t>
            </w:r>
            <w:proofErr w:type="spellStart"/>
            <w:r w:rsidRPr="005B44CC">
              <w:rPr>
                <w:rFonts w:eastAsia="Arial" w:cs="Arial"/>
                <w:sz w:val="21"/>
              </w:rPr>
              <w:t>tomto</w:t>
            </w:r>
            <w:proofErr w:type="spellEnd"/>
            <w:r w:rsidRPr="005B44CC">
              <w:rPr>
                <w:rFonts w:eastAsia="Arial" w:cs="Arial"/>
                <w:sz w:val="21"/>
              </w:rPr>
              <w:t xml:space="preserve"> </w:t>
            </w:r>
            <w:proofErr w:type="spellStart"/>
            <w:r w:rsidRPr="005B44CC">
              <w:rPr>
                <w:rFonts w:eastAsia="Arial" w:cs="Arial"/>
                <w:sz w:val="21"/>
              </w:rPr>
              <w:t>případě</w:t>
            </w:r>
            <w:proofErr w:type="spellEnd"/>
            <w:r w:rsidRPr="005B44CC">
              <w:rPr>
                <w:rFonts w:eastAsia="Arial" w:cs="Arial"/>
                <w:sz w:val="21"/>
              </w:rPr>
              <w:t xml:space="preserve"> </w:t>
            </w:r>
            <w:proofErr w:type="spellStart"/>
            <w:r w:rsidRPr="005B44CC">
              <w:rPr>
                <w:rFonts w:eastAsia="Arial" w:cs="Arial"/>
                <w:sz w:val="21"/>
              </w:rPr>
              <w:t>přebírám</w:t>
            </w:r>
            <w:proofErr w:type="spellEnd"/>
            <w:r w:rsidRPr="005B44CC">
              <w:rPr>
                <w:rFonts w:eastAsia="Arial" w:cs="Arial"/>
                <w:sz w:val="21"/>
              </w:rPr>
              <w:t xml:space="preserve"> za </w:t>
            </w:r>
            <w:proofErr w:type="spellStart"/>
            <w:r w:rsidRPr="005B44CC">
              <w:rPr>
                <w:rFonts w:eastAsia="Arial" w:cs="Arial"/>
                <w:sz w:val="21"/>
              </w:rPr>
              <w:t>dítě</w:t>
            </w:r>
            <w:proofErr w:type="spellEnd"/>
            <w:r w:rsidRPr="005B44CC">
              <w:rPr>
                <w:rFonts w:eastAsia="Arial" w:cs="Arial"/>
                <w:sz w:val="21"/>
              </w:rPr>
              <w:t xml:space="preserve"> </w:t>
            </w:r>
            <w:proofErr w:type="spellStart"/>
            <w:r w:rsidRPr="005B44CC">
              <w:rPr>
                <w:rFonts w:eastAsia="Arial" w:cs="Arial"/>
                <w:sz w:val="21"/>
              </w:rPr>
              <w:t>odpovědnost</w:t>
            </w:r>
            <w:proofErr w:type="spellEnd"/>
            <w:r w:rsidRPr="005B44CC">
              <w:rPr>
                <w:rFonts w:eastAsia="Arial" w:cs="Arial"/>
                <w:sz w:val="21"/>
              </w:rPr>
              <w:t xml:space="preserve"> </w:t>
            </w:r>
            <w:proofErr w:type="spellStart"/>
            <w:r w:rsidRPr="005B44CC">
              <w:rPr>
                <w:rFonts w:eastAsia="Arial" w:cs="Arial"/>
                <w:sz w:val="21"/>
              </w:rPr>
              <w:t>od</w:t>
            </w:r>
            <w:proofErr w:type="spellEnd"/>
            <w:r w:rsidRPr="005B44CC">
              <w:rPr>
                <w:rFonts w:eastAsia="Arial" w:cs="Arial"/>
                <w:sz w:val="21"/>
              </w:rPr>
              <w:t xml:space="preserve"> </w:t>
            </w:r>
            <w:proofErr w:type="spellStart"/>
            <w:r w:rsidRPr="005B44CC">
              <w:rPr>
                <w:rFonts w:eastAsia="Arial" w:cs="Arial"/>
                <w:sz w:val="21"/>
              </w:rPr>
              <w:t>okamžiku</w:t>
            </w:r>
            <w:proofErr w:type="spellEnd"/>
            <w:r w:rsidRPr="005B44CC">
              <w:rPr>
                <w:rFonts w:eastAsia="Arial" w:cs="Arial"/>
                <w:sz w:val="21"/>
              </w:rPr>
              <w:t xml:space="preserve"> </w:t>
            </w:r>
            <w:proofErr w:type="spellStart"/>
            <w:r w:rsidRPr="005B44CC">
              <w:rPr>
                <w:rFonts w:eastAsia="Arial" w:cs="Arial"/>
                <w:sz w:val="21"/>
              </w:rPr>
              <w:t>jeho</w:t>
            </w:r>
            <w:proofErr w:type="spellEnd"/>
            <w:r w:rsidRPr="005B44CC">
              <w:rPr>
                <w:rFonts w:eastAsia="Arial" w:cs="Arial"/>
                <w:sz w:val="21"/>
              </w:rPr>
              <w:t xml:space="preserve"> </w:t>
            </w:r>
            <w:proofErr w:type="spellStart"/>
            <w:r w:rsidRPr="005B44CC">
              <w:rPr>
                <w:rFonts w:eastAsia="Arial" w:cs="Arial"/>
                <w:sz w:val="21"/>
              </w:rPr>
              <w:t>odchodu</w:t>
            </w:r>
            <w:proofErr w:type="spellEnd"/>
            <w:r w:rsidRPr="005B44CC">
              <w:rPr>
                <w:rFonts w:eastAsia="Arial" w:cs="Arial"/>
                <w:sz w:val="21"/>
              </w:rPr>
              <w:t xml:space="preserve"> ze </w:t>
            </w:r>
            <w:proofErr w:type="spellStart"/>
            <w:r w:rsidRPr="005B44CC">
              <w:rPr>
                <w:rFonts w:eastAsia="Arial" w:cs="Arial"/>
                <w:sz w:val="21"/>
              </w:rPr>
              <w:t>školy</w:t>
            </w:r>
            <w:proofErr w:type="spellEnd"/>
            <w:r w:rsidRPr="005B44CC">
              <w:rPr>
                <w:rFonts w:eastAsia="Arial" w:cs="Arial"/>
                <w:sz w:val="21"/>
              </w:rPr>
              <w:t>.</w:t>
            </w:r>
          </w:p>
        </w:tc>
      </w:tr>
    </w:tbl>
    <w:p w14:paraId="1BEA1D32" w14:textId="77777777" w:rsidR="00AF5748" w:rsidRDefault="00B70E79">
      <w:pPr>
        <w:keepNext/>
        <w:shd w:val="clear" w:color="auto" w:fill="15566A"/>
        <w:spacing w:before="40" w:after="40" w:line="254" w:lineRule="auto"/>
        <w:ind w:left="100" w:right="100"/>
      </w:pPr>
      <w:r>
        <w:rPr>
          <w:rFonts w:eastAsia="Arial" w:cs="Arial"/>
          <w:b/>
          <w:color w:val="FFFFFF"/>
        </w:rPr>
        <w:t>PROHLÁŠENÍ A PODPIS</w:t>
      </w:r>
    </w:p>
    <w:p w14:paraId="7F6EBF48" w14:textId="77777777" w:rsidR="00AF5748" w:rsidRDefault="00B70E79">
      <w:pPr>
        <w:spacing w:line="254" w:lineRule="auto"/>
      </w:pPr>
      <w:r>
        <w:rPr>
          <w:rFonts w:eastAsia="Arial" w:cs="Arial"/>
          <w:sz w:val="22"/>
        </w:rPr>
        <w:t>Potvrzuji správnost uvedených údajů a žádám školu o uvolnění žáka. Nepřítomnost omluvím způsobem stanoveným školním řádem.</w:t>
      </w:r>
    </w:p>
    <w:tbl>
      <w:tblPr>
        <w:tblW w:w="9360" w:type="dxa"/>
        <w:tblInd w:w="130" w:type="dxa"/>
        <w:tblBorders>
          <w:top w:val="single" w:sz="5" w:space="0" w:color="AFC1C7"/>
          <w:left w:val="single" w:sz="5" w:space="0" w:color="AFC1C7"/>
          <w:bottom w:val="single" w:sz="5" w:space="0" w:color="AFC1C7"/>
          <w:right w:val="single" w:sz="5" w:space="0" w:color="AFC1C7"/>
          <w:insideH w:val="single" w:sz="5" w:space="0" w:color="AFC1C7"/>
          <w:insideV w:val="single" w:sz="5" w:space="0" w:color="AFC1C7"/>
        </w:tblBorders>
        <w:tblLayout w:type="fixed"/>
        <w:tblLook w:val="04A0" w:firstRow="1" w:lastRow="0" w:firstColumn="1" w:lastColumn="0" w:noHBand="0" w:noVBand="1"/>
      </w:tblPr>
      <w:tblGrid>
        <w:gridCol w:w="4680"/>
        <w:gridCol w:w="4680"/>
      </w:tblGrid>
      <w:tr w:rsidR="00AF5748" w14:paraId="5846D377" w14:textId="77777777" w:rsidTr="00B70E79">
        <w:trPr>
          <w:cantSplit/>
          <w:trHeight w:val="798"/>
        </w:trPr>
        <w:tc>
          <w:tcPr>
            <w:tcW w:w="4680" w:type="dxa"/>
            <w:shd w:val="clear" w:color="auto" w:fill="FFFFFF"/>
            <w:tcMar>
              <w:top w:w="65" w:type="dxa"/>
              <w:left w:w="130" w:type="dxa"/>
              <w:bottom w:w="50" w:type="dxa"/>
              <w:right w:w="130" w:type="dxa"/>
            </w:tcMar>
            <w:vAlign w:val="center"/>
          </w:tcPr>
          <w:p w14:paraId="287F7050" w14:textId="77777777" w:rsidR="00B70E79" w:rsidRDefault="00B70E79" w:rsidP="00B70E79">
            <w:pPr>
              <w:spacing w:after="0" w:line="250" w:lineRule="auto"/>
              <w:rPr>
                <w:rFonts w:eastAsia="Arial" w:cs="Arial"/>
                <w:sz w:val="22"/>
              </w:rPr>
            </w:pPr>
            <w:r>
              <w:rPr>
                <w:rFonts w:eastAsia="Arial" w:cs="Arial"/>
                <w:sz w:val="22"/>
              </w:rPr>
              <w:t xml:space="preserve">V __________________ </w:t>
            </w:r>
          </w:p>
          <w:p w14:paraId="0FE9D4F2" w14:textId="77777777" w:rsidR="00B70E79" w:rsidRDefault="00B70E79" w:rsidP="00B70E79">
            <w:pPr>
              <w:spacing w:after="0" w:line="250" w:lineRule="auto"/>
              <w:rPr>
                <w:rFonts w:eastAsia="Arial" w:cs="Arial"/>
                <w:sz w:val="22"/>
              </w:rPr>
            </w:pPr>
          </w:p>
          <w:p w14:paraId="56AD2F3B" w14:textId="3C0466D5" w:rsidR="00AF5748" w:rsidRDefault="00B70E79" w:rsidP="00B70E79">
            <w:pPr>
              <w:spacing w:after="0" w:line="250" w:lineRule="auto"/>
            </w:pPr>
            <w:proofErr w:type="spellStart"/>
            <w:r>
              <w:rPr>
                <w:rFonts w:eastAsia="Arial" w:cs="Arial"/>
                <w:sz w:val="22"/>
              </w:rPr>
              <w:t>dne</w:t>
            </w:r>
            <w:proofErr w:type="spellEnd"/>
            <w:r>
              <w:rPr>
                <w:rFonts w:eastAsia="Arial" w:cs="Arial"/>
                <w:sz w:val="22"/>
              </w:rPr>
              <w:t xml:space="preserve"> ______________</w:t>
            </w:r>
          </w:p>
        </w:tc>
        <w:tc>
          <w:tcPr>
            <w:tcW w:w="4680" w:type="dxa"/>
            <w:shd w:val="clear" w:color="auto" w:fill="FFFFFF"/>
            <w:tcMar>
              <w:top w:w="65" w:type="dxa"/>
              <w:left w:w="130" w:type="dxa"/>
              <w:bottom w:w="50" w:type="dxa"/>
              <w:right w:w="130" w:type="dxa"/>
            </w:tcMar>
            <w:vAlign w:val="center"/>
          </w:tcPr>
          <w:p w14:paraId="0C773F55" w14:textId="77777777" w:rsidR="00B70E79" w:rsidRDefault="00B70E79">
            <w:pPr>
              <w:spacing w:after="0" w:line="250" w:lineRule="auto"/>
              <w:jc w:val="center"/>
              <w:rPr>
                <w:rFonts w:eastAsia="Arial" w:cs="Arial"/>
                <w:sz w:val="22"/>
              </w:rPr>
            </w:pPr>
          </w:p>
          <w:p w14:paraId="4CF9D0DC" w14:textId="189AFA0B" w:rsidR="00AF5748" w:rsidRDefault="00B70E79">
            <w:pPr>
              <w:spacing w:after="0" w:line="250" w:lineRule="auto"/>
              <w:jc w:val="center"/>
            </w:pPr>
            <w:r>
              <w:rPr>
                <w:rFonts w:eastAsia="Arial" w:cs="Arial"/>
                <w:sz w:val="22"/>
              </w:rPr>
              <w:t>__________________________________</w:t>
            </w:r>
          </w:p>
          <w:p w14:paraId="26CE6D60" w14:textId="77777777" w:rsidR="00AF5748" w:rsidRDefault="00B70E79">
            <w:pPr>
              <w:spacing w:before="20" w:after="0"/>
              <w:jc w:val="center"/>
            </w:pPr>
            <w:r>
              <w:rPr>
                <w:rFonts w:eastAsia="Arial" w:cs="Arial"/>
                <w:i/>
                <w:color w:val="5F6B73"/>
                <w:sz w:val="20"/>
              </w:rPr>
              <w:t>podpis zákonného zástupce</w:t>
            </w:r>
          </w:p>
        </w:tc>
      </w:tr>
    </w:tbl>
    <w:p w14:paraId="302B6309" w14:textId="77777777" w:rsidR="00AF5748" w:rsidRDefault="00B70E79">
      <w:pPr>
        <w:keepNext/>
        <w:shd w:val="clear" w:color="auto" w:fill="15566A"/>
        <w:spacing w:before="40" w:after="40" w:line="254" w:lineRule="auto"/>
        <w:ind w:left="100" w:right="100"/>
      </w:pPr>
      <w:r>
        <w:rPr>
          <w:rFonts w:eastAsia="Arial" w:cs="Arial"/>
          <w:b/>
          <w:color w:val="FFFFFF"/>
        </w:rPr>
        <w:t>ZÁZNAM ŠKOLY</w:t>
      </w:r>
    </w:p>
    <w:tbl>
      <w:tblPr>
        <w:tblW w:w="9360" w:type="dxa"/>
        <w:tblInd w:w="130" w:type="dxa"/>
        <w:tblBorders>
          <w:top w:val="single" w:sz="5" w:space="0" w:color="AFC1C7"/>
          <w:left w:val="single" w:sz="5" w:space="0" w:color="AFC1C7"/>
          <w:bottom w:val="single" w:sz="5" w:space="0" w:color="AFC1C7"/>
          <w:right w:val="single" w:sz="5" w:space="0" w:color="AFC1C7"/>
          <w:insideH w:val="single" w:sz="5" w:space="0" w:color="AFC1C7"/>
          <w:insideV w:val="single" w:sz="5" w:space="0" w:color="AFC1C7"/>
        </w:tblBorders>
        <w:tblLayout w:type="fixed"/>
        <w:tblLook w:val="04A0" w:firstRow="1" w:lastRow="0" w:firstColumn="1" w:lastColumn="0" w:noHBand="0" w:noVBand="1"/>
      </w:tblPr>
      <w:tblGrid>
        <w:gridCol w:w="3399"/>
        <w:gridCol w:w="5961"/>
      </w:tblGrid>
      <w:tr w:rsidR="00AF5748" w14:paraId="25AC2D08" w14:textId="77777777">
        <w:trPr>
          <w:cantSplit/>
        </w:trPr>
        <w:tc>
          <w:tcPr>
            <w:tcW w:w="3399" w:type="dxa"/>
            <w:shd w:val="clear" w:color="auto" w:fill="EAF3F5"/>
            <w:tcMar>
              <w:top w:w="55" w:type="dxa"/>
              <w:left w:w="130" w:type="dxa"/>
              <w:bottom w:w="55" w:type="dxa"/>
              <w:right w:w="130" w:type="dxa"/>
            </w:tcMar>
            <w:vAlign w:val="center"/>
          </w:tcPr>
          <w:p w14:paraId="0DA8A0E8" w14:textId="77777777" w:rsidR="00B70E79" w:rsidRDefault="00B70E79">
            <w:pPr>
              <w:spacing w:after="0" w:line="250" w:lineRule="auto"/>
              <w:rPr>
                <w:rFonts w:eastAsia="Arial" w:cs="Arial"/>
                <w:b/>
                <w:color w:val="104454"/>
                <w:sz w:val="21"/>
              </w:rPr>
            </w:pPr>
          </w:p>
          <w:p w14:paraId="0B830BD7" w14:textId="55C5505B" w:rsidR="00AF5748" w:rsidRDefault="00B70E79">
            <w:pPr>
              <w:spacing w:after="0" w:line="250" w:lineRule="auto"/>
            </w:pPr>
            <w:proofErr w:type="spellStart"/>
            <w:r>
              <w:rPr>
                <w:rFonts w:eastAsia="Arial" w:cs="Arial"/>
                <w:b/>
                <w:color w:val="104454"/>
                <w:sz w:val="21"/>
              </w:rPr>
              <w:t>Žák</w:t>
            </w:r>
            <w:proofErr w:type="spellEnd"/>
            <w:r>
              <w:rPr>
                <w:rFonts w:eastAsia="Arial" w:cs="Arial"/>
                <w:b/>
                <w:color w:val="104454"/>
                <w:sz w:val="21"/>
              </w:rPr>
              <w:t xml:space="preserve"> </w:t>
            </w:r>
            <w:proofErr w:type="spellStart"/>
            <w:r>
              <w:rPr>
                <w:rFonts w:eastAsia="Arial" w:cs="Arial"/>
                <w:b/>
                <w:color w:val="104454"/>
                <w:sz w:val="21"/>
              </w:rPr>
              <w:t>uvolněn</w:t>
            </w:r>
            <w:proofErr w:type="spellEnd"/>
            <w:r>
              <w:rPr>
                <w:rFonts w:eastAsia="Arial" w:cs="Arial"/>
                <w:b/>
                <w:color w:val="104454"/>
                <w:sz w:val="21"/>
              </w:rPr>
              <w:t xml:space="preserve"> </w:t>
            </w:r>
            <w:proofErr w:type="spellStart"/>
            <w:r>
              <w:rPr>
                <w:rFonts w:eastAsia="Arial" w:cs="Arial"/>
                <w:b/>
                <w:color w:val="104454"/>
                <w:sz w:val="21"/>
              </w:rPr>
              <w:t>dne</w:t>
            </w:r>
            <w:proofErr w:type="spellEnd"/>
            <w:r>
              <w:rPr>
                <w:rFonts w:eastAsia="Arial" w:cs="Arial"/>
                <w:b/>
                <w:color w:val="104454"/>
                <w:sz w:val="21"/>
              </w:rPr>
              <w:t xml:space="preserve"> / v</w:t>
            </w:r>
          </w:p>
        </w:tc>
        <w:tc>
          <w:tcPr>
            <w:tcW w:w="5961" w:type="dxa"/>
            <w:shd w:val="clear" w:color="auto" w:fill="FFFFFF"/>
            <w:tcMar>
              <w:top w:w="55" w:type="dxa"/>
              <w:left w:w="130" w:type="dxa"/>
              <w:bottom w:w="55" w:type="dxa"/>
              <w:right w:w="130" w:type="dxa"/>
            </w:tcMar>
            <w:vAlign w:val="center"/>
          </w:tcPr>
          <w:p w14:paraId="3D69FA18" w14:textId="77777777" w:rsidR="00AF5748" w:rsidRDefault="00B70E79">
            <w:pPr>
              <w:spacing w:after="0" w:line="250" w:lineRule="auto"/>
            </w:pPr>
            <w:r>
              <w:rPr>
                <w:rFonts w:eastAsia="Arial" w:cs="Arial"/>
                <w:sz w:val="21"/>
              </w:rPr>
              <w:t>____________________________ / __________ hodin</w:t>
            </w:r>
          </w:p>
        </w:tc>
      </w:tr>
      <w:tr w:rsidR="00AF5748" w14:paraId="525CEAB9" w14:textId="77777777" w:rsidTr="00B70E79">
        <w:trPr>
          <w:cantSplit/>
          <w:trHeight w:val="690"/>
        </w:trPr>
        <w:tc>
          <w:tcPr>
            <w:tcW w:w="3399" w:type="dxa"/>
            <w:shd w:val="clear" w:color="auto" w:fill="EAF3F5"/>
            <w:tcMar>
              <w:top w:w="55" w:type="dxa"/>
              <w:left w:w="130" w:type="dxa"/>
              <w:bottom w:w="55" w:type="dxa"/>
              <w:right w:w="130" w:type="dxa"/>
            </w:tcMar>
            <w:vAlign w:val="center"/>
          </w:tcPr>
          <w:p w14:paraId="59485C3A" w14:textId="77777777" w:rsidR="00AF5748" w:rsidRDefault="00B70E79">
            <w:pPr>
              <w:spacing w:after="0" w:line="250" w:lineRule="auto"/>
            </w:pPr>
            <w:r>
              <w:rPr>
                <w:rFonts w:eastAsia="Arial" w:cs="Arial"/>
                <w:b/>
                <w:color w:val="104454"/>
                <w:sz w:val="21"/>
              </w:rPr>
              <w:t>Předán / odchod povolil/a</w:t>
            </w:r>
          </w:p>
        </w:tc>
        <w:tc>
          <w:tcPr>
            <w:tcW w:w="5961" w:type="dxa"/>
            <w:shd w:val="clear" w:color="auto" w:fill="FFFFFF"/>
            <w:tcMar>
              <w:top w:w="55" w:type="dxa"/>
              <w:left w:w="130" w:type="dxa"/>
              <w:bottom w:w="55" w:type="dxa"/>
              <w:right w:w="130" w:type="dxa"/>
            </w:tcMar>
            <w:vAlign w:val="center"/>
          </w:tcPr>
          <w:p w14:paraId="4807127C" w14:textId="77777777" w:rsidR="00AF5748" w:rsidRDefault="00B70E79">
            <w:pPr>
              <w:spacing w:after="0" w:line="250" w:lineRule="auto"/>
            </w:pPr>
            <w:r>
              <w:rPr>
                <w:rFonts w:eastAsia="Arial" w:cs="Arial"/>
                <w:sz w:val="21"/>
              </w:rPr>
              <w:t>____________________________________________</w:t>
            </w:r>
          </w:p>
        </w:tc>
      </w:tr>
    </w:tbl>
    <w:p w14:paraId="51A5A694" w14:textId="77777777" w:rsidR="00AF5748" w:rsidRDefault="00B70E79">
      <w:pPr>
        <w:spacing w:before="40" w:after="0" w:line="254" w:lineRule="auto"/>
        <w:jc w:val="center"/>
      </w:pPr>
      <w:r>
        <w:rPr>
          <w:rFonts w:eastAsia="Arial" w:cs="Arial"/>
          <w:i/>
          <w:color w:val="5F6B73"/>
          <w:sz w:val="18"/>
        </w:rPr>
        <w:t>Formulář je nutné předat škole před požadovaným odchodem dítěte; škola může ověřit totožnost přebírající osoby.</w:t>
      </w:r>
    </w:p>
    <w:sectPr w:rsidR="00AF5748" w:rsidSect="00034616">
      <w:headerReference w:type="default" r:id="rId8"/>
      <w:footerReference w:type="default" r:id="rId9"/>
      <w:pgSz w:w="11906" w:h="16838"/>
      <w:pgMar w:top="726" w:right="1162" w:bottom="669" w:left="1162" w:header="369" w:footer="36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8CE58" w14:textId="77777777" w:rsidR="00B70E79" w:rsidRDefault="00B70E79">
      <w:pPr>
        <w:spacing w:after="0" w:line="240" w:lineRule="auto"/>
      </w:pPr>
      <w:r>
        <w:separator/>
      </w:r>
    </w:p>
  </w:endnote>
  <w:endnote w:type="continuationSeparator" w:id="0">
    <w:p w14:paraId="14475C67" w14:textId="77777777" w:rsidR="00B70E79" w:rsidRDefault="00B70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‚l‚r –ľ’©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  <w:font w:name="DejaVu Sans">
    <w:altName w:val="Verda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181A9" w14:textId="77777777" w:rsidR="00AF5748" w:rsidRDefault="00AF5748">
    <w:pPr>
      <w:pStyle w:val="Zpat"/>
    </w:pPr>
  </w:p>
  <w:tbl>
    <w:tblPr>
      <w:tblW w:w="9360" w:type="dxa"/>
      <w:tblLayout w:type="fixed"/>
      <w:tblLook w:val="04A0" w:firstRow="1" w:lastRow="0" w:firstColumn="1" w:lastColumn="0" w:noHBand="0" w:noVBand="1"/>
    </w:tblPr>
    <w:tblGrid>
      <w:gridCol w:w="6686"/>
      <w:gridCol w:w="2674"/>
    </w:tblGrid>
    <w:tr w:rsidR="00AF5748" w14:paraId="048E59C4" w14:textId="77777777">
      <w:tc>
        <w:tcPr>
          <w:tcW w:w="6686" w:type="dxa"/>
          <w:tcMar>
            <w:top w:w="30" w:type="dxa"/>
            <w:left w:w="0" w:type="dxa"/>
            <w:bottom w:w="0" w:type="dxa"/>
            <w:right w:w="0" w:type="dxa"/>
          </w:tcMar>
        </w:tcPr>
        <w:p w14:paraId="660821AF" w14:textId="77777777" w:rsidR="00AF5748" w:rsidRDefault="00B70E79">
          <w:r>
            <w:rPr>
              <w:rFonts w:eastAsia="Arial" w:cs="Arial"/>
              <w:color w:val="5F6B73"/>
              <w:sz w:val="18"/>
            </w:rPr>
            <w:t>Krátkodobé uvolnění žáka z vyučování | ZŠ Rosovice</w:t>
          </w:r>
        </w:p>
      </w:tc>
      <w:tc>
        <w:tcPr>
          <w:tcW w:w="2674" w:type="dxa"/>
          <w:tcMar>
            <w:top w:w="30" w:type="dxa"/>
            <w:left w:w="0" w:type="dxa"/>
            <w:bottom w:w="0" w:type="dxa"/>
            <w:right w:w="0" w:type="dxa"/>
          </w:tcMar>
        </w:tcPr>
        <w:p w14:paraId="610128FD" w14:textId="77777777" w:rsidR="00AF5748" w:rsidRDefault="00B70E79">
          <w:pPr>
            <w:jc w:val="right"/>
          </w:pPr>
          <w:r>
            <w:rPr>
              <w:rFonts w:eastAsia="Arial" w:cs="Arial"/>
              <w:color w:val="5F6B73"/>
              <w:sz w:val="18"/>
            </w:rPr>
            <w:t xml:space="preserve">Strana </w:t>
          </w:r>
          <w:r>
            <w:rPr>
              <w:rFonts w:eastAsia="Arial" w:cs="Arial"/>
              <w:color w:val="5F6B73"/>
              <w:sz w:val="18"/>
            </w:rPr>
            <w:fldChar w:fldCharType="begin"/>
          </w:r>
          <w:r>
            <w:rPr>
              <w:rFonts w:eastAsia="Arial" w:cs="Arial"/>
              <w:color w:val="5F6B73"/>
              <w:sz w:val="18"/>
            </w:rPr>
            <w:instrText>PAGE</w:instrText>
          </w:r>
          <w:r>
            <w:rPr>
              <w:rFonts w:eastAsia="Arial" w:cs="Arial"/>
              <w:color w:val="5F6B73"/>
              <w:sz w:val="18"/>
            </w:rPr>
            <w:fldChar w:fldCharType="separate"/>
          </w:r>
          <w:r>
            <w:rPr>
              <w:rFonts w:eastAsia="Arial" w:cs="Arial"/>
              <w:color w:val="5F6B73"/>
              <w:sz w:val="18"/>
            </w:rPr>
            <w:t>1</w:t>
          </w:r>
          <w:r>
            <w:rPr>
              <w:rFonts w:eastAsia="Arial" w:cs="Arial"/>
              <w:color w:val="5F6B73"/>
              <w:sz w:val="18"/>
            </w:rPr>
            <w:fldChar w:fldCharType="end"/>
          </w:r>
          <w:r>
            <w:rPr>
              <w:rFonts w:eastAsia="Arial" w:cs="Arial"/>
              <w:color w:val="5F6B73"/>
              <w:sz w:val="18"/>
            </w:rPr>
            <w:t xml:space="preserve"> z </w:t>
          </w:r>
          <w:r>
            <w:rPr>
              <w:rFonts w:eastAsia="Arial" w:cs="Arial"/>
              <w:color w:val="5F6B73"/>
              <w:sz w:val="18"/>
            </w:rPr>
            <w:fldChar w:fldCharType="begin"/>
          </w:r>
          <w:r>
            <w:rPr>
              <w:rFonts w:eastAsia="Arial" w:cs="Arial"/>
              <w:color w:val="5F6B73"/>
              <w:sz w:val="18"/>
            </w:rPr>
            <w:instrText>NUMPAGES</w:instrText>
          </w:r>
          <w:r>
            <w:rPr>
              <w:rFonts w:eastAsia="Arial" w:cs="Arial"/>
              <w:color w:val="5F6B73"/>
              <w:sz w:val="18"/>
            </w:rPr>
            <w:fldChar w:fldCharType="separate"/>
          </w:r>
          <w:r>
            <w:rPr>
              <w:rFonts w:eastAsia="Arial" w:cs="Arial"/>
              <w:color w:val="5F6B73"/>
              <w:sz w:val="18"/>
            </w:rPr>
            <w:t>1</w:t>
          </w:r>
          <w:r>
            <w:rPr>
              <w:rFonts w:eastAsia="Arial" w:cs="Arial"/>
              <w:color w:val="5F6B73"/>
              <w:sz w:val="18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3139B5" w14:textId="77777777" w:rsidR="00B70E79" w:rsidRDefault="00B70E79">
      <w:pPr>
        <w:spacing w:after="0" w:line="240" w:lineRule="auto"/>
      </w:pPr>
      <w:r>
        <w:separator/>
      </w:r>
    </w:p>
  </w:footnote>
  <w:footnote w:type="continuationSeparator" w:id="0">
    <w:p w14:paraId="3DFFADFD" w14:textId="77777777" w:rsidR="00B70E79" w:rsidRDefault="00B70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0AC81" w14:textId="77777777" w:rsidR="00AF5748" w:rsidRDefault="00AF5748">
    <w:pPr>
      <w:pStyle w:val="Zhlav"/>
    </w:pPr>
  </w:p>
  <w:tbl>
    <w:tblPr>
      <w:tblW w:w="9360" w:type="dxa"/>
      <w:tblLayout w:type="fixed"/>
      <w:tblLook w:val="04A0" w:firstRow="1" w:lastRow="0" w:firstColumn="1" w:lastColumn="0" w:noHBand="0" w:noVBand="1"/>
    </w:tblPr>
    <w:tblGrid>
      <w:gridCol w:w="6296"/>
      <w:gridCol w:w="3064"/>
    </w:tblGrid>
    <w:tr w:rsidR="00AF5748" w14:paraId="7297AA38" w14:textId="77777777">
      <w:tc>
        <w:tcPr>
          <w:tcW w:w="6296" w:type="dxa"/>
          <w:tcMar>
            <w:top w:w="0" w:type="dxa"/>
            <w:left w:w="0" w:type="dxa"/>
            <w:bottom w:w="30" w:type="dxa"/>
            <w:right w:w="0" w:type="dxa"/>
          </w:tcMar>
        </w:tcPr>
        <w:p w14:paraId="2026B02D" w14:textId="77777777" w:rsidR="00AF5748" w:rsidRDefault="00B70E79">
          <w:pPr>
            <w:pBdr>
              <w:bottom w:val="single" w:sz="7" w:space="3" w:color="AFC1C7"/>
            </w:pBdr>
          </w:pPr>
          <w:r>
            <w:rPr>
              <w:rFonts w:eastAsia="Arial" w:cs="Arial"/>
              <w:color w:val="5F6B73"/>
              <w:sz w:val="18"/>
            </w:rPr>
            <w:t>Základní škola a Mateřská škola Rosovice</w:t>
          </w:r>
        </w:p>
      </w:tc>
      <w:tc>
        <w:tcPr>
          <w:tcW w:w="3064" w:type="dxa"/>
          <w:tcMar>
            <w:top w:w="0" w:type="dxa"/>
            <w:left w:w="0" w:type="dxa"/>
            <w:bottom w:w="30" w:type="dxa"/>
            <w:right w:w="0" w:type="dxa"/>
          </w:tcMar>
        </w:tcPr>
        <w:p w14:paraId="074163A0" w14:textId="77777777" w:rsidR="00AF5748" w:rsidRDefault="00B70E79">
          <w:pPr>
            <w:pBdr>
              <w:bottom w:val="single" w:sz="7" w:space="3" w:color="AFC1C7"/>
            </w:pBdr>
            <w:spacing w:after="0"/>
            <w:jc w:val="right"/>
          </w:pPr>
          <w:r>
            <w:rPr>
              <w:rFonts w:eastAsia="Arial" w:cs="Arial"/>
              <w:b/>
              <w:color w:val="5F6B73"/>
              <w:sz w:val="18"/>
            </w:rPr>
            <w:t>ZÁKLADNÍ ŠKOLA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49706901">
    <w:abstractNumId w:val="8"/>
  </w:num>
  <w:num w:numId="2" w16cid:durableId="289824269">
    <w:abstractNumId w:val="6"/>
  </w:num>
  <w:num w:numId="3" w16cid:durableId="1612007889">
    <w:abstractNumId w:val="5"/>
  </w:num>
  <w:num w:numId="4" w16cid:durableId="493955995">
    <w:abstractNumId w:val="4"/>
  </w:num>
  <w:num w:numId="5" w16cid:durableId="1031998737">
    <w:abstractNumId w:val="7"/>
  </w:num>
  <w:num w:numId="6" w16cid:durableId="1313290660">
    <w:abstractNumId w:val="3"/>
  </w:num>
  <w:num w:numId="7" w16cid:durableId="936594963">
    <w:abstractNumId w:val="2"/>
  </w:num>
  <w:num w:numId="8" w16cid:durableId="1363677318">
    <w:abstractNumId w:val="1"/>
  </w:num>
  <w:num w:numId="9" w16cid:durableId="1456754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B44CC"/>
    <w:rsid w:val="00A2217B"/>
    <w:rsid w:val="00AA1D8D"/>
    <w:rsid w:val="00AF5748"/>
    <w:rsid w:val="00B47730"/>
    <w:rsid w:val="00B70E79"/>
    <w:rsid w:val="00C22D22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77B873"/>
  <w14:defaultImageDpi w14:val="300"/>
  <w15:docId w15:val="{82103FE0-66C7-4A7E-8015-3DD10C284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  <w:pPr>
      <w:spacing w:after="80" w:line="247" w:lineRule="auto"/>
    </w:pPr>
    <w:rPr>
      <w:rFonts w:ascii="Arial" w:hAnsi="Arial"/>
      <w:color w:val="263238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Veronika Procházková</cp:lastModifiedBy>
  <cp:revision>3</cp:revision>
  <dcterms:created xsi:type="dcterms:W3CDTF">2026-08-09T18:56:00Z</dcterms:created>
  <dcterms:modified xsi:type="dcterms:W3CDTF">2026-08-09T19:22:00Z</dcterms:modified>
  <cp:category/>
</cp:coreProperties>
</file>