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B70E79">
      <w:pPr>
        <w:spacing w:after="60" w:line="254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35"/>
        </w:rPr>
        <w:t>ZÁVAZNÁ PŘIHLÁŠKA</w:t>
      </w:r>
    </w:p>
    <w:p w14:paraId="17A1FEF3" w14:textId="77777777" w:rsidR="00AF5748" w:rsidRDefault="00B70E79">
      <w:pPr>
        <w:spacing w:after="100" w:line="254" w:lineRule="auto"/>
        <w:jc w:val="center"/>
      </w:pPr>
      <w:r>
        <w:rPr>
          <w:rFonts w:eastAsia="Arial" w:cs="Arial"/>
          <w:i/>
          <w:color w:val="5F6B73"/>
          <w:sz w:val="21"/>
        </w:rPr>
        <w:t>na školu v přírodě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5BC565" w14:textId="77777777">
        <w:trPr>
          <w:cantSplit/>
        </w:trPr>
        <w:tc>
          <w:tcPr>
            <w:tcW w:w="9360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3CBE6CAC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3"/>
              </w:rPr>
              <w:t>Vyplněním a podpisem přihlašuje zákonný zástupce žáka k účasti na uvedené škole v přírodě.</w:t>
            </w:r>
          </w:p>
        </w:tc>
      </w:tr>
    </w:tbl>
    <w:p w14:paraId="0BB09567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AKCI – VYPLNÍ ŠKOLA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3343"/>
        <w:gridCol w:w="1337"/>
        <w:gridCol w:w="3343"/>
      </w:tblGrid>
      <w:tr w:rsidR="00AF5748" w14:paraId="44204D16" w14:textId="77777777">
        <w:trPr>
          <w:cantSplit/>
        </w:trPr>
        <w:tc>
          <w:tcPr>
            <w:tcW w:w="1337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10603E81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Místo</w:t>
            </w:r>
          </w:p>
        </w:tc>
        <w:tc>
          <w:tcPr>
            <w:tcW w:w="3343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574A832C" w14:textId="77777777" w:rsidR="00AF5748" w:rsidRDefault="00AF5748">
            <w:pPr>
              <w:spacing w:after="0" w:line="250" w:lineRule="auto"/>
            </w:pPr>
          </w:p>
        </w:tc>
        <w:tc>
          <w:tcPr>
            <w:tcW w:w="1337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6097248C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Termín</w:t>
            </w:r>
          </w:p>
        </w:tc>
        <w:tc>
          <w:tcPr>
            <w:tcW w:w="3343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2161E87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 xml:space="preserve">od </w:t>
            </w:r>
            <w:r>
              <w:rPr>
                <w:rFonts w:eastAsia="Arial" w:cs="Arial"/>
                <w:sz w:val="21"/>
              </w:rPr>
              <w:t>__________ do __________</w:t>
            </w:r>
          </w:p>
        </w:tc>
      </w:tr>
      <w:tr w:rsidR="00AF5748" w14:paraId="1334F144" w14:textId="77777777" w:rsidTr="00B70E79">
        <w:trPr>
          <w:cantSplit/>
          <w:trHeight w:val="723"/>
        </w:trPr>
        <w:tc>
          <w:tcPr>
            <w:tcW w:w="1337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263A2ABF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Cena</w:t>
            </w:r>
          </w:p>
        </w:tc>
        <w:tc>
          <w:tcPr>
            <w:tcW w:w="3343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2086AE7D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 Kč</w:t>
            </w:r>
          </w:p>
        </w:tc>
        <w:tc>
          <w:tcPr>
            <w:tcW w:w="1337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69E0C7B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Splatnost</w:t>
            </w:r>
          </w:p>
        </w:tc>
        <w:tc>
          <w:tcPr>
            <w:tcW w:w="3343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6F5B0DFF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</w:t>
            </w:r>
          </w:p>
        </w:tc>
      </w:tr>
      <w:tr w:rsidR="00AF5748" w14:paraId="6A075CF0" w14:textId="77777777" w:rsidTr="00B70E79">
        <w:trPr>
          <w:cantSplit/>
          <w:trHeight w:val="465"/>
        </w:trPr>
        <w:tc>
          <w:tcPr>
            <w:tcW w:w="1337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71187A7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Odjezd</w:t>
            </w:r>
          </w:p>
        </w:tc>
        <w:tc>
          <w:tcPr>
            <w:tcW w:w="3343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531F3358" w14:textId="77777777" w:rsidR="00AF5748" w:rsidRDefault="00AF5748">
            <w:pPr>
              <w:spacing w:after="0" w:line="250" w:lineRule="auto"/>
            </w:pPr>
          </w:p>
        </w:tc>
        <w:tc>
          <w:tcPr>
            <w:tcW w:w="1337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6F01AA95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Návrat</w:t>
            </w:r>
          </w:p>
        </w:tc>
        <w:tc>
          <w:tcPr>
            <w:tcW w:w="3343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2DF9FA62" w14:textId="77777777" w:rsidR="00AF5748" w:rsidRDefault="00AF5748">
            <w:pPr>
              <w:spacing w:after="0" w:line="250" w:lineRule="auto"/>
            </w:pPr>
          </w:p>
        </w:tc>
      </w:tr>
    </w:tbl>
    <w:p w14:paraId="37854D23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ŽÁKOVI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6129"/>
      </w:tblGrid>
      <w:tr w:rsidR="00AF5748" w14:paraId="69514054" w14:textId="77777777">
        <w:trPr>
          <w:cantSplit/>
        </w:trPr>
        <w:tc>
          <w:tcPr>
            <w:tcW w:w="3231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0FED0B6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 žáka</w:t>
            </w:r>
          </w:p>
        </w:tc>
        <w:tc>
          <w:tcPr>
            <w:tcW w:w="6129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3DB90DE" w14:textId="77777777" w:rsidR="00AF5748" w:rsidRDefault="00AF5748">
            <w:pPr>
              <w:spacing w:after="0" w:line="250" w:lineRule="auto"/>
            </w:pPr>
          </w:p>
        </w:tc>
      </w:tr>
      <w:tr w:rsidR="00AF5748" w14:paraId="007C0F37" w14:textId="77777777">
        <w:trPr>
          <w:cantSplit/>
        </w:trPr>
        <w:tc>
          <w:tcPr>
            <w:tcW w:w="3231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6D1DD2BF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narození</w:t>
            </w:r>
          </w:p>
        </w:tc>
        <w:tc>
          <w:tcPr>
            <w:tcW w:w="6129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2C2AC95F" w14:textId="77777777" w:rsidR="00AF5748" w:rsidRDefault="00AF5748">
            <w:pPr>
              <w:spacing w:after="0" w:line="250" w:lineRule="auto"/>
            </w:pPr>
          </w:p>
        </w:tc>
      </w:tr>
      <w:tr w:rsidR="00AF5748" w14:paraId="7ADB5F02" w14:textId="77777777">
        <w:trPr>
          <w:cantSplit/>
        </w:trPr>
        <w:tc>
          <w:tcPr>
            <w:tcW w:w="3231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32607252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Třída / ročník</w:t>
            </w:r>
          </w:p>
        </w:tc>
        <w:tc>
          <w:tcPr>
            <w:tcW w:w="6129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390E7641" w14:textId="77777777" w:rsidR="00AF5748" w:rsidRDefault="00AF5748">
            <w:pPr>
              <w:spacing w:after="0" w:line="250" w:lineRule="auto"/>
            </w:pPr>
          </w:p>
        </w:tc>
      </w:tr>
      <w:tr w:rsidR="00AF5748" w14:paraId="1BEA1D32" w14:textId="77777777">
        <w:trPr>
          <w:cantSplit/>
        </w:trPr>
        <w:tc>
          <w:tcPr>
            <w:tcW w:w="3231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4CD8CB82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Zdravotní pojišťovna (kód)</w:t>
            </w:r>
          </w:p>
        </w:tc>
        <w:tc>
          <w:tcPr>
            <w:tcW w:w="6129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340416C4" w14:textId="77777777" w:rsidR="00AF5748" w:rsidRDefault="00AF5748">
            <w:pPr>
              <w:spacing w:after="0" w:line="250" w:lineRule="auto"/>
            </w:pPr>
          </w:p>
        </w:tc>
      </w:tr>
    </w:tbl>
    <w:p w14:paraId="7F6EBF48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KONTAKTY PRO PŘÍPAD POTŘEBY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3009"/>
        <w:gridCol w:w="1671"/>
        <w:gridCol w:w="3009"/>
      </w:tblGrid>
      <w:tr w:rsidR="00AF5748" w14:paraId="302B6309" w14:textId="77777777">
        <w:trPr>
          <w:cantSplit/>
        </w:trPr>
        <w:tc>
          <w:tcPr>
            <w:tcW w:w="1671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56AD2F3B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Zákonný zástupce</w:t>
            </w:r>
          </w:p>
        </w:tc>
        <w:tc>
          <w:tcPr>
            <w:tcW w:w="3009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4CF9D0DC" w14:textId="77777777" w:rsidR="00AF5748" w:rsidRDefault="00AF5748">
            <w:pPr>
              <w:spacing w:after="0" w:line="250" w:lineRule="auto"/>
            </w:pPr>
          </w:p>
        </w:tc>
        <w:tc>
          <w:tcPr>
            <w:tcW w:w="1671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26CE6D60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Telefon</w:t>
            </w:r>
          </w:p>
        </w:tc>
        <w:tc>
          <w:tcPr>
            <w:tcW w:w="3009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5846D377" w14:textId="77777777" w:rsidR="00AF5748" w:rsidRDefault="00AF5748">
            <w:pPr>
              <w:spacing w:after="0" w:line="250" w:lineRule="auto"/>
            </w:pPr>
          </w:p>
        </w:tc>
      </w:tr>
      <w:tr w:rsidR="00AF5748" w14:paraId="4807127C" w14:textId="77777777">
        <w:trPr>
          <w:cantSplit/>
        </w:trPr>
        <w:tc>
          <w:tcPr>
            <w:tcW w:w="1671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0B830BD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Druhý kontakt</w:t>
            </w:r>
          </w:p>
        </w:tc>
        <w:tc>
          <w:tcPr>
            <w:tcW w:w="3009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3D69FA18" w14:textId="77777777" w:rsidR="00AF5748" w:rsidRDefault="00AF5748">
            <w:pPr>
              <w:spacing w:after="0" w:line="250" w:lineRule="auto"/>
            </w:pPr>
          </w:p>
        </w:tc>
        <w:tc>
          <w:tcPr>
            <w:tcW w:w="1671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25AC2D0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Telefon</w:t>
            </w:r>
          </w:p>
        </w:tc>
        <w:tc>
          <w:tcPr>
            <w:tcW w:w="3009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59485C3A" w14:textId="77777777" w:rsidR="00AF5748" w:rsidRDefault="00AF5748">
            <w:pPr>
              <w:spacing w:after="0" w:line="250" w:lineRule="auto"/>
            </w:pPr>
          </w:p>
        </w:tc>
      </w:tr>
      <w:tr w:rsidR="00AF5748" w14:paraId="377FD448" w14:textId="77777777">
        <w:trPr>
          <w:cantSplit/>
        </w:trPr>
        <w:tc>
          <w:tcPr>
            <w:tcW w:w="1671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525CEAB9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E-mail</w:t>
            </w:r>
          </w:p>
        </w:tc>
        <w:tc>
          <w:tcPr>
            <w:tcW w:w="3009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51A5A694" w14:textId="77777777" w:rsidR="00AF5748" w:rsidRDefault="00AF5748">
            <w:pPr>
              <w:spacing w:after="0" w:line="250" w:lineRule="auto"/>
            </w:pPr>
          </w:p>
        </w:tc>
        <w:tc>
          <w:tcPr>
            <w:tcW w:w="1671" w:type="dxa"/>
            <w:shd w:val="clear" w:color="auto" w:fill="EAF3F5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5AF460C5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Vztah k dítěti</w:t>
            </w:r>
          </w:p>
        </w:tc>
        <w:tc>
          <w:tcPr>
            <w:tcW w:w="3009" w:type="dxa"/>
            <w:shd w:val="clear" w:color="auto" w:fill="FFFFFF"/>
            <w:tcMar>
              <w:top w:w="48" w:type="dxa"/>
              <w:left w:w="130" w:type="dxa"/>
              <w:bottom w:w="48" w:type="dxa"/>
              <w:right w:w="130" w:type="dxa"/>
            </w:tcMar>
            <w:vAlign w:val="center"/>
          </w:tcPr>
          <w:p w14:paraId="6C3139B5" w14:textId="77777777" w:rsidR="00AF5748" w:rsidRDefault="00AF5748">
            <w:pPr>
              <w:spacing w:after="0" w:line="250" w:lineRule="auto"/>
            </w:pPr>
          </w:p>
        </w:tc>
      </w:tr>
    </w:tbl>
    <w:p w14:paraId="3DFFADFD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DŮLEŽITÉ INFORMACE PRO BEZPEČNÝ POBYT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14475C67" w14:textId="77777777" w:rsidTr="00B70E79">
        <w:trPr>
          <w:cantSplit/>
          <w:trHeight w:val="1703"/>
        </w:trPr>
        <w:tc>
          <w:tcPr>
            <w:tcW w:w="9360" w:type="dxa"/>
            <w:shd w:val="clear" w:color="auto" w:fill="F5F8F9"/>
            <w:tcMar>
              <w:top w:w="55" w:type="dxa"/>
              <w:left w:w="130" w:type="dxa"/>
              <w:bottom w:w="45" w:type="dxa"/>
              <w:right w:w="130" w:type="dxa"/>
            </w:tcMar>
            <w:vAlign w:val="center"/>
          </w:tcPr>
          <w:p w14:paraId="14C2A8F7" w14:textId="77777777" w:rsidR="00AF5748" w:rsidRDefault="00B70E79">
            <w:pPr>
              <w:keepNext/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Zdravotní, stravovací nebo jiné potřeby, o nichž má škola vědět (alergie, omezení, dieta apod.):</w:t>
            </w:r>
          </w:p>
          <w:p w14:paraId="0AD8CE58" w14:textId="77777777" w:rsidR="00AF5748" w:rsidRDefault="00B70E79">
            <w:pPr>
              <w:spacing w:after="20"/>
            </w:pPr>
            <w:r>
              <w:rPr>
                <w:rFonts w:eastAsia="Arial" w:cs="Arial"/>
                <w:color w:val="5F6B73"/>
                <w:sz w:val="19"/>
              </w:rPr>
              <w:t>________________________________________________________________________________</w:t>
            </w:r>
          </w:p>
          <w:p w14:paraId="683D3C1A" w14:textId="77777777" w:rsidR="00B70E79" w:rsidRDefault="00B70E79">
            <w:pPr>
              <w:spacing w:after="20"/>
              <w:rPr>
                <w:rFonts w:eastAsia="Arial" w:cs="Arial"/>
                <w:color w:val="5F6B73"/>
                <w:sz w:val="19"/>
              </w:rPr>
            </w:pPr>
          </w:p>
          <w:p w14:paraId="3A70CBCD" w14:textId="2FCD0B74" w:rsidR="00AF5748" w:rsidRDefault="00B70E79">
            <w:pPr>
              <w:spacing w:after="20"/>
            </w:pPr>
            <w:r>
              <w:rPr>
                <w:rFonts w:eastAsia="Arial" w:cs="Arial"/>
                <w:color w:val="5F6B73"/>
                <w:sz w:val="19"/>
              </w:rPr>
              <w:t>________________________________________________________________________________</w:t>
            </w:r>
          </w:p>
        </w:tc>
      </w:tr>
    </w:tbl>
    <w:p w14:paraId="10B0A899" w14:textId="77777777" w:rsidR="00AF5748" w:rsidRDefault="00B70E79">
      <w:pPr>
        <w:spacing w:before="20" w:after="20" w:line="254" w:lineRule="auto"/>
        <w:jc w:val="center"/>
      </w:pPr>
      <w:r>
        <w:rPr>
          <w:rFonts w:eastAsia="Arial" w:cs="Arial"/>
          <w:i/>
          <w:color w:val="5F6B73"/>
          <w:sz w:val="19"/>
        </w:rPr>
        <w:t xml:space="preserve">Pravidelně užívané léky a způsob jejich podávání budou škole předány samostatně podle </w:t>
      </w:r>
      <w:r>
        <w:rPr>
          <w:rFonts w:eastAsia="Arial" w:cs="Arial"/>
          <w:i/>
          <w:color w:val="5F6B73"/>
          <w:sz w:val="19"/>
        </w:rPr>
        <w:t>pokynů školy.</w:t>
      </w:r>
    </w:p>
    <w:p w14:paraId="6440AC81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ZÁVAZNÉ PROHLÁŠENÍ ZÁKONNÉHO ZÁSTUPCE</w:t>
      </w:r>
    </w:p>
    <w:p w14:paraId="2026B02D" w14:textId="77777777" w:rsidR="00AF5748" w:rsidRDefault="00B70E79">
      <w:pPr>
        <w:spacing w:after="60" w:line="254" w:lineRule="auto"/>
      </w:pPr>
      <w:r>
        <w:rPr>
          <w:rFonts w:eastAsia="Arial" w:cs="Arial"/>
          <w:sz w:val="21"/>
        </w:rPr>
        <w:t>Závazně přihlašuji uvedeného žáka na školu v přírodě. Potvrzuji správnost uvedených údajů a zavazuji se bezodkladně oznámit škole jejich změnu. Beru na vědomí organizační a platební pokyny školy a skutečnost, že při odhlášení mohou být vyúčtovány prokazatelně vzniklé náklady podle podmínek dodavatele a pokynů školy.</w:t>
      </w:r>
    </w:p>
    <w:p w14:paraId="074163A0" w14:textId="77777777" w:rsidR="00AF5748" w:rsidRDefault="00B70E79">
      <w:pPr>
        <w:spacing w:after="60" w:line="254" w:lineRule="auto"/>
      </w:pPr>
      <w:r>
        <w:rPr>
          <w:rFonts w:eastAsia="Arial" w:cs="Arial"/>
          <w:sz w:val="21"/>
        </w:rPr>
        <w:t>Před odjezdem předám škole požadované zdravotní doklady, zejména platný posudek o zdravotní způsobilosti a aktuální prohlášení o bezinfekčnosti, jsou-li pro danou akci vyžadovány.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62F181A9" w14:textId="77777777">
        <w:trPr>
          <w:cantSplit/>
        </w:trPr>
        <w:tc>
          <w:tcPr>
            <w:tcW w:w="4680" w:type="dxa"/>
            <w:shd w:val="clear" w:color="auto" w:fill="FFFFFF"/>
            <w:tcMar>
              <w:top w:w="75" w:type="dxa"/>
              <w:left w:w="130" w:type="dxa"/>
              <w:bottom w:w="25" w:type="dxa"/>
              <w:right w:w="130" w:type="dxa"/>
            </w:tcMar>
            <w:vAlign w:val="center"/>
          </w:tcPr>
          <w:p w14:paraId="7297AA38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__________________________________</w:t>
            </w:r>
          </w:p>
        </w:tc>
        <w:tc>
          <w:tcPr>
            <w:tcW w:w="4680" w:type="dxa"/>
            <w:shd w:val="clear" w:color="auto" w:fill="FFFFFF"/>
            <w:tcMar>
              <w:top w:w="75" w:type="dxa"/>
              <w:left w:w="130" w:type="dxa"/>
              <w:bottom w:w="25" w:type="dxa"/>
              <w:right w:w="130" w:type="dxa"/>
            </w:tcMar>
            <w:vAlign w:val="center"/>
          </w:tcPr>
          <w:p w14:paraId="3F6A0FEB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__________________________________</w:t>
            </w:r>
          </w:p>
        </w:tc>
      </w:tr>
      <w:tr w:rsidR="00AF5748" w14:paraId="048E59C4" w14:textId="77777777">
        <w:trPr>
          <w:cantSplit/>
        </w:trPr>
        <w:tc>
          <w:tcPr>
            <w:tcW w:w="4680" w:type="dxa"/>
            <w:shd w:val="clear" w:color="auto" w:fill="FFFFFF"/>
            <w:tcMar>
              <w:top w:w="15" w:type="dxa"/>
              <w:left w:w="130" w:type="dxa"/>
              <w:bottom w:w="42" w:type="dxa"/>
              <w:right w:w="130" w:type="dxa"/>
            </w:tcMar>
            <w:vAlign w:val="center"/>
          </w:tcPr>
          <w:p w14:paraId="660821AF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i/>
                <w:color w:val="5F6B73"/>
                <w:sz w:val="20"/>
              </w:rPr>
              <w:t>místo a datum</w:t>
            </w:r>
          </w:p>
        </w:tc>
        <w:tc>
          <w:tcPr>
            <w:tcW w:w="4680" w:type="dxa"/>
            <w:shd w:val="clear" w:color="auto" w:fill="FFFFFF"/>
            <w:tcMar>
              <w:top w:w="15" w:type="dxa"/>
              <w:left w:w="130" w:type="dxa"/>
              <w:bottom w:w="42" w:type="dxa"/>
              <w:right w:w="130" w:type="dxa"/>
            </w:tcMar>
            <w:vAlign w:val="center"/>
          </w:tcPr>
          <w:p w14:paraId="610128FD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i/>
                <w:color w:val="5F6B73"/>
                <w:sz w:val="20"/>
              </w:rPr>
              <w:t>podpis zákonného zástupce</w:t>
            </w:r>
          </w:p>
        </w:tc>
      </w:tr>
    </w:tbl>
    <w:p w14:paraId="64165E3C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KONTROLA DOKLADŮ – VYPLNÍ ŠKOLA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214C44" w14:textId="77777777">
        <w:trPr>
          <w:cantSplit/>
        </w:trPr>
        <w:tc>
          <w:tcPr>
            <w:tcW w:w="9360" w:type="dxa"/>
            <w:shd w:val="clear" w:color="auto" w:fill="F5F8F9"/>
            <w:tcMar>
              <w:top w:w="45" w:type="dxa"/>
              <w:left w:w="130" w:type="dxa"/>
              <w:bottom w:w="35" w:type="dxa"/>
              <w:right w:w="130" w:type="dxa"/>
            </w:tcMar>
            <w:vAlign w:val="center"/>
          </w:tcPr>
          <w:p w14:paraId="492A202D" w14:textId="77777777" w:rsidR="00AF5748" w:rsidRDefault="00B70E79">
            <w:pPr>
              <w:spacing w:after="0" w:line="250" w:lineRule="auto"/>
            </w:pPr>
            <w:r>
              <w:rPr>
                <w:rFonts w:ascii="DejaVu Sans" w:eastAsia="DejaVu Sans" w:hAnsi="DejaVu Sans" w:cs="DejaVu Sans"/>
                <w:sz w:val="20"/>
              </w:rPr>
              <w:t>☐</w:t>
            </w:r>
            <w:r>
              <w:rPr>
                <w:rFonts w:ascii="DejaVu Sans" w:eastAsia="DejaVu Sans" w:hAnsi="DejaVu Sans" w:cs="DejaVu Sans"/>
                <w:sz w:val="20"/>
              </w:rPr>
              <w:t xml:space="preserve"> přihláška   ☐ platba   ☐ posudek   ☐ bezinfekčnost   ☐ další: </w:t>
            </w:r>
            <w:r>
              <w:rPr>
                <w:rFonts w:ascii="DejaVu Sans" w:eastAsia="DejaVu Sans" w:hAnsi="DejaVu Sans" w:cs="DejaVu Sans"/>
                <w:sz w:val="20"/>
              </w:rPr>
              <w:t>__________________</w:t>
            </w:r>
          </w:p>
        </w:tc>
      </w:tr>
    </w:tbl>
    <w:p w14:paraId="4877B873" w14:textId="77777777" w:rsidR="00B70E79" w:rsidRDefault="00B70E79"/>
    <w:sectPr w:rsidR="00000000" w:rsidSect="00034616">
      <w:headerReference w:type="default" r:id="rId8"/>
      <w:footerReference w:type="default" r:id="rId9"/>
      <w:pgSz w:w="11906" w:h="16838"/>
      <w:pgMar w:top="726" w:right="1162" w:bottom="669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7050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0FE9D4F2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523C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686"/>
      <w:gridCol w:w="2674"/>
    </w:tblGrid>
    <w:tr w:rsidR="00AF5748" w14:paraId="4DE613F2" w14:textId="77777777">
      <w:tc>
        <w:tcPr>
          <w:tcW w:w="6686" w:type="dxa"/>
          <w:tcMar>
            <w:top w:w="30" w:type="dxa"/>
            <w:left w:w="0" w:type="dxa"/>
            <w:bottom w:w="0" w:type="dxa"/>
            <w:right w:w="0" w:type="dxa"/>
          </w:tcMar>
        </w:tcPr>
        <w:p w14:paraId="21207FFF" w14:textId="77777777" w:rsidR="00AF5748" w:rsidRDefault="00B70E79">
          <w:r>
            <w:rPr>
              <w:rFonts w:eastAsia="Arial" w:cs="Arial"/>
              <w:color w:val="5F6B73"/>
              <w:sz w:val="18"/>
            </w:rPr>
            <w:t>Závazná přihláška na školu v přírodě | ZŠ Rosovice</w:t>
          </w:r>
        </w:p>
      </w:tc>
      <w:tc>
        <w:tcPr>
          <w:tcW w:w="2674" w:type="dxa"/>
          <w:tcMar>
            <w:top w:w="30" w:type="dxa"/>
            <w:left w:w="0" w:type="dxa"/>
            <w:bottom w:w="0" w:type="dxa"/>
            <w:right w:w="0" w:type="dxa"/>
          </w:tcMar>
        </w:tcPr>
        <w:p w14:paraId="76DB15F3" w14:textId="77777777" w:rsidR="00AF5748" w:rsidRDefault="00B70E79">
          <w:pPr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28A9E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43A6E4D9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3F55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96"/>
      <w:gridCol w:w="3064"/>
    </w:tblGrid>
    <w:tr w:rsidR="00AF5748" w14:paraId="1931A2B3" w14:textId="77777777">
      <w:tc>
        <w:tcPr>
          <w:tcW w:w="6296" w:type="dxa"/>
          <w:tcMar>
            <w:top w:w="0" w:type="dxa"/>
            <w:left w:w="0" w:type="dxa"/>
            <w:bottom w:w="30" w:type="dxa"/>
            <w:right w:w="0" w:type="dxa"/>
          </w:tcMar>
        </w:tcPr>
        <w:p w14:paraId="55C5505B" w14:textId="77777777" w:rsidR="00AF5748" w:rsidRDefault="00B70E79">
          <w:pPr>
            <w:pBdr>
              <w:bottom w:val="single" w:sz="7" w:space="3" w:color="AFC1C7"/>
            </w:pBdr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064" w:type="dxa"/>
          <w:tcMar>
            <w:top w:w="0" w:type="dxa"/>
            <w:left w:w="0" w:type="dxa"/>
            <w:bottom w:w="30" w:type="dxa"/>
            <w:right w:w="0" w:type="dxa"/>
          </w:tcMar>
        </w:tcPr>
        <w:p w14:paraId="0DA8A0E8" w14:textId="77777777" w:rsidR="00AF5748" w:rsidRDefault="00B70E79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ZÁKLADNÍ 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13BE3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4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Reditelka</cp:lastModifiedBy>
  <cp:revision>2</cp:revision>
  <dcterms:created xsi:type="dcterms:W3CDTF">2026-08-09T19:37:00Z</dcterms:created>
  <dcterms:modified xsi:type="dcterms:W3CDTF">2026-08-09T19:37:00Z</dcterms:modified>
  <cp:category/>
</cp:coreProperties>
</file>