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5D65" w14:textId="77777777" w:rsidR="00772244" w:rsidRDefault="003260A1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0AFDAD7B" w14:textId="77777777" w:rsidR="00772244" w:rsidRDefault="003260A1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40F50D98" w14:textId="77777777" w:rsidR="00772244" w:rsidRDefault="003260A1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ŽÁDOST O PŘESTUP ŽÁKA</w:t>
      </w:r>
    </w:p>
    <w:p w14:paraId="141745C1" w14:textId="77777777" w:rsidR="00772244" w:rsidRDefault="003260A1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do Základní školy a Mateřské školy Rosovice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7131"/>
      </w:tblGrid>
      <w:tr w:rsidR="00772244" w14:paraId="6991CEF1" w14:textId="77777777">
        <w:tc>
          <w:tcPr>
            <w:tcW w:w="222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BDBC62B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Adresát</w:t>
            </w:r>
          </w:p>
        </w:tc>
        <w:tc>
          <w:tcPr>
            <w:tcW w:w="713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94E3D49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Ředitelka školy Mgr. et Mgr. Veronika Procházková</w:t>
            </w:r>
            <w:r>
              <w:rPr>
                <w:rFonts w:eastAsia="Arial" w:cs="Arial"/>
                <w:sz w:val="21"/>
              </w:rPr>
              <w:br/>
              <w:t>Rosovice 89, 262 11 Rosovice</w:t>
            </w:r>
          </w:p>
        </w:tc>
      </w:tr>
      <w:tr w:rsidR="00772244" w14:paraId="7E0E853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60" w:type="dxa"/>
            <w:gridSpan w:val="2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19BCE0F3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 xml:space="preserve">Podle § 49 odst. 1 </w:t>
            </w:r>
            <w:r>
              <w:rPr>
                <w:rFonts w:eastAsia="Arial" w:cs="Arial"/>
                <w:b/>
                <w:color w:val="104454"/>
                <w:sz w:val="23"/>
              </w:rPr>
              <w:t>zákona č. 561/2004 Sb. (školský zákon), ve znění pozdějších předpisů, žádám o přestup níže uvedeného žáka do ZŠ a MŠ Rosovice.</w:t>
            </w:r>
          </w:p>
        </w:tc>
      </w:tr>
    </w:tbl>
    <w:p w14:paraId="0E1A99DB" w14:textId="77777777" w:rsidR="00772244" w:rsidRDefault="003260A1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ŽADATELI – ZÁKONNÉM ZÁSTUPCI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6407"/>
      </w:tblGrid>
      <w:tr w:rsidR="00772244" w14:paraId="02C294F3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D8D23A0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A9C8C64" w14:textId="77777777" w:rsidR="00772244" w:rsidRDefault="00772244">
            <w:pPr>
              <w:spacing w:after="0" w:line="250" w:lineRule="auto"/>
            </w:pPr>
          </w:p>
        </w:tc>
      </w:tr>
      <w:tr w:rsidR="00772244" w14:paraId="565B365D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7DD8DFBA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Datum narození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40BDE49" w14:textId="77777777" w:rsidR="00772244" w:rsidRDefault="00772244">
            <w:pPr>
              <w:spacing w:after="0" w:line="250" w:lineRule="auto"/>
            </w:pPr>
          </w:p>
        </w:tc>
      </w:tr>
      <w:tr w:rsidR="00772244" w14:paraId="68D7D074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4416F32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Adresa trvalého pobytu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5D5389BC" w14:textId="77777777" w:rsidR="00772244" w:rsidRDefault="00772244">
            <w:pPr>
              <w:spacing w:after="0" w:line="250" w:lineRule="auto"/>
            </w:pPr>
          </w:p>
        </w:tc>
      </w:tr>
      <w:tr w:rsidR="00772244" w14:paraId="751AC9AD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A64E635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Telefon / e-mail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BE04097" w14:textId="77777777" w:rsidR="00772244" w:rsidRDefault="00772244">
            <w:pPr>
              <w:spacing w:after="0" w:line="250" w:lineRule="auto"/>
            </w:pPr>
          </w:p>
        </w:tc>
      </w:tr>
    </w:tbl>
    <w:p w14:paraId="1FB7F679" w14:textId="77777777" w:rsidR="00772244" w:rsidRDefault="003260A1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 xml:space="preserve">ÚDAJE O </w:t>
      </w:r>
      <w:r>
        <w:rPr>
          <w:rFonts w:eastAsia="Arial" w:cs="Arial"/>
          <w:b/>
          <w:color w:val="FFFFFF"/>
        </w:rPr>
        <w:t>ŽÁKOVI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6407"/>
      </w:tblGrid>
      <w:tr w:rsidR="00772244" w14:paraId="65B96DBF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F7746E9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 žáka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DE8595F" w14:textId="77777777" w:rsidR="00772244" w:rsidRDefault="00772244">
            <w:pPr>
              <w:spacing w:after="0" w:line="250" w:lineRule="auto"/>
            </w:pPr>
          </w:p>
        </w:tc>
      </w:tr>
      <w:tr w:rsidR="00772244" w14:paraId="4B62AAD9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5B4293B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Datum narození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B9E850A" w14:textId="77777777" w:rsidR="00772244" w:rsidRDefault="00772244">
            <w:pPr>
              <w:spacing w:after="0" w:line="250" w:lineRule="auto"/>
            </w:pPr>
          </w:p>
        </w:tc>
      </w:tr>
      <w:tr w:rsidR="00772244" w14:paraId="2281A8FB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34114FC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Adresa trvalého pobytu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2CECC56" w14:textId="77777777" w:rsidR="00772244" w:rsidRDefault="00772244">
            <w:pPr>
              <w:spacing w:after="0" w:line="250" w:lineRule="auto"/>
            </w:pPr>
          </w:p>
        </w:tc>
      </w:tr>
      <w:tr w:rsidR="00772244" w14:paraId="173CBED6" w14:textId="77777777">
        <w:trPr>
          <w:cantSplit/>
          <w:trHeight w:val="312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33C5F53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Současný ročník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E21F18F" w14:textId="77777777" w:rsidR="00772244" w:rsidRDefault="00772244">
            <w:pPr>
              <w:spacing w:after="0" w:line="250" w:lineRule="auto"/>
            </w:pPr>
          </w:p>
        </w:tc>
      </w:tr>
    </w:tbl>
    <w:p w14:paraId="1071E0F3" w14:textId="77777777" w:rsidR="00772244" w:rsidRDefault="003260A1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DOSAVADNÍ ŠKOLA A POŽADOVANÝ TERMÍN PŘESTUPU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772244" w14:paraId="6AC4CE92" w14:textId="77777777">
        <w:trPr>
          <w:cantSplit/>
          <w:trHeight w:val="329"/>
        </w:trPr>
        <w:tc>
          <w:tcPr>
            <w:tcW w:w="3399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7BCF8F82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Název a adresa dosavadní školy</w:t>
            </w:r>
          </w:p>
        </w:tc>
        <w:tc>
          <w:tcPr>
            <w:tcW w:w="5961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4C16822" w14:textId="77777777" w:rsidR="00772244" w:rsidRDefault="00772244">
            <w:pPr>
              <w:spacing w:after="0" w:line="250" w:lineRule="auto"/>
            </w:pPr>
          </w:p>
        </w:tc>
      </w:tr>
      <w:tr w:rsidR="00772244" w14:paraId="60F91D73" w14:textId="77777777">
        <w:trPr>
          <w:cantSplit/>
          <w:trHeight w:val="329"/>
        </w:trPr>
        <w:tc>
          <w:tcPr>
            <w:tcW w:w="3399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B35984C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Požadované datum přestupu</w:t>
            </w:r>
          </w:p>
        </w:tc>
        <w:tc>
          <w:tcPr>
            <w:tcW w:w="5961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72206CC1" w14:textId="77777777" w:rsidR="00772244" w:rsidRDefault="00772244">
            <w:pPr>
              <w:spacing w:after="0" w:line="250" w:lineRule="auto"/>
            </w:pPr>
          </w:p>
        </w:tc>
      </w:tr>
    </w:tbl>
    <w:p w14:paraId="4FEBB000" w14:textId="77777777" w:rsidR="00772244" w:rsidRDefault="003260A1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DOPLŇUJÍCÍ ÚDAJE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72244" w14:paraId="1B1573BB" w14:textId="77777777">
        <w:tc>
          <w:tcPr>
            <w:tcW w:w="9360" w:type="dxa"/>
            <w:shd w:val="clear" w:color="auto" w:fill="F5F8F9"/>
            <w:tcMar>
              <w:top w:w="55" w:type="dxa"/>
              <w:left w:w="130" w:type="dxa"/>
              <w:bottom w:w="45" w:type="dxa"/>
              <w:right w:w="130" w:type="dxa"/>
            </w:tcMar>
            <w:vAlign w:val="center"/>
          </w:tcPr>
          <w:p w14:paraId="1FCBC712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 xml:space="preserve">Důvod přestupu (nepovinný): </w:t>
            </w:r>
            <w:r>
              <w:rPr>
                <w:rFonts w:eastAsia="Arial" w:cs="Arial"/>
                <w:sz w:val="21"/>
              </w:rPr>
              <w:t>____________________________________________________________</w:t>
            </w:r>
          </w:p>
          <w:p w14:paraId="67A0B38F" w14:textId="77777777" w:rsidR="00772244" w:rsidRDefault="003260A1">
            <w:pPr>
              <w:spacing w:after="0"/>
            </w:pPr>
            <w:r>
              <w:rPr>
                <w:rFonts w:eastAsia="Arial" w:cs="Arial"/>
                <w:b/>
                <w:color w:val="104454"/>
                <w:sz w:val="21"/>
              </w:rPr>
              <w:t xml:space="preserve">Informace důležité pro návaznost vzdělávání (nepovinné): </w:t>
            </w:r>
            <w:r>
              <w:rPr>
                <w:rFonts w:eastAsia="Arial" w:cs="Arial"/>
                <w:sz w:val="21"/>
              </w:rPr>
              <w:t>_________________________________</w:t>
            </w:r>
          </w:p>
        </w:tc>
      </w:tr>
    </w:tbl>
    <w:p w14:paraId="21058D4D" w14:textId="77777777" w:rsidR="00772244" w:rsidRDefault="003260A1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A PODPIS ŽADATELE</w:t>
      </w:r>
    </w:p>
    <w:p w14:paraId="6D0A7792" w14:textId="77777777" w:rsidR="00772244" w:rsidRDefault="003260A1">
      <w:pPr>
        <w:spacing w:after="60" w:line="254" w:lineRule="auto"/>
      </w:pPr>
      <w:r>
        <w:rPr>
          <w:rFonts w:eastAsia="Arial" w:cs="Arial"/>
          <w:sz w:val="21"/>
        </w:rPr>
        <w:t xml:space="preserve">Prohlašuji, že uvedené údaje jsou </w:t>
      </w:r>
      <w:r>
        <w:rPr>
          <w:rFonts w:eastAsia="Arial" w:cs="Arial"/>
          <w:sz w:val="21"/>
        </w:rPr>
        <w:t>pravdivé a že jsem oprávněn/a dítě zastupovat. Beru na vědomí, že o přestupu rozhoduje ředitelka školy a že při vyhovění žádosti si školy předají potřebnou dokumentaci žáka.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772244" w14:paraId="5A2FF6C2" w14:textId="77777777">
        <w:tc>
          <w:tcPr>
            <w:tcW w:w="4680" w:type="dxa"/>
            <w:shd w:val="clear" w:color="auto" w:fill="FFFFFF"/>
            <w:tcMar>
              <w:top w:w="75" w:type="dxa"/>
              <w:left w:w="130" w:type="dxa"/>
              <w:bottom w:w="25" w:type="dxa"/>
              <w:right w:w="130" w:type="dxa"/>
            </w:tcMar>
            <w:vAlign w:val="center"/>
          </w:tcPr>
          <w:p w14:paraId="459A0982" w14:textId="47E64E50" w:rsidR="00772244" w:rsidRDefault="003260A1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 xml:space="preserve">V ________________ </w:t>
            </w:r>
            <w:r>
              <w:rPr>
                <w:rFonts w:eastAsia="Arial" w:cs="Arial"/>
                <w:sz w:val="22"/>
              </w:rPr>
              <w:t>dne ______________</w:t>
            </w:r>
          </w:p>
        </w:tc>
        <w:tc>
          <w:tcPr>
            <w:tcW w:w="4680" w:type="dxa"/>
            <w:shd w:val="clear" w:color="auto" w:fill="FFFFFF"/>
            <w:tcMar>
              <w:top w:w="75" w:type="dxa"/>
              <w:left w:w="130" w:type="dxa"/>
              <w:bottom w:w="25" w:type="dxa"/>
              <w:right w:w="130" w:type="dxa"/>
            </w:tcMar>
            <w:vAlign w:val="center"/>
          </w:tcPr>
          <w:p w14:paraId="416BA89A" w14:textId="77777777" w:rsidR="00772244" w:rsidRDefault="003260A1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</w:tc>
      </w:tr>
      <w:tr w:rsidR="00772244" w14:paraId="3CAD2350" w14:textId="77777777">
        <w:tc>
          <w:tcPr>
            <w:tcW w:w="4680" w:type="dxa"/>
            <w:shd w:val="clear" w:color="auto" w:fill="FFFFFF"/>
            <w:tcMar>
              <w:top w:w="15" w:type="dxa"/>
              <w:left w:w="130" w:type="dxa"/>
              <w:bottom w:w="45" w:type="dxa"/>
              <w:right w:w="130" w:type="dxa"/>
            </w:tcMar>
            <w:vAlign w:val="center"/>
          </w:tcPr>
          <w:p w14:paraId="7D1A5002" w14:textId="77777777" w:rsidR="00772244" w:rsidRDefault="00772244">
            <w:pPr>
              <w:spacing w:after="0" w:line="250" w:lineRule="auto"/>
              <w:jc w:val="center"/>
            </w:pPr>
          </w:p>
        </w:tc>
        <w:tc>
          <w:tcPr>
            <w:tcW w:w="4680" w:type="dxa"/>
            <w:shd w:val="clear" w:color="auto" w:fill="FFFFFF"/>
            <w:tcMar>
              <w:top w:w="15" w:type="dxa"/>
              <w:left w:w="130" w:type="dxa"/>
              <w:bottom w:w="45" w:type="dxa"/>
              <w:right w:w="130" w:type="dxa"/>
            </w:tcMar>
            <w:vAlign w:val="center"/>
          </w:tcPr>
          <w:p w14:paraId="757C4D44" w14:textId="77777777" w:rsidR="00772244" w:rsidRDefault="003260A1">
            <w:pPr>
              <w:spacing w:after="0" w:line="250" w:lineRule="auto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žadatele</w:t>
            </w:r>
          </w:p>
        </w:tc>
      </w:tr>
    </w:tbl>
    <w:p w14:paraId="59308668" w14:textId="77777777" w:rsidR="00772244" w:rsidRDefault="003260A1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VYPLNÍ ŠKOLA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454"/>
        <w:gridCol w:w="5906"/>
      </w:tblGrid>
      <w:tr w:rsidR="00772244" w14:paraId="029224D7" w14:textId="77777777">
        <w:trPr>
          <w:cantSplit/>
        </w:trPr>
        <w:tc>
          <w:tcPr>
            <w:tcW w:w="3454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5A13586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Žádost doručena dne</w:t>
            </w:r>
          </w:p>
        </w:tc>
        <w:tc>
          <w:tcPr>
            <w:tcW w:w="5906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48F252F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772244" w14:paraId="0DC49B5D" w14:textId="77777777">
        <w:trPr>
          <w:cantSplit/>
        </w:trPr>
        <w:tc>
          <w:tcPr>
            <w:tcW w:w="3454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B9BF864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Číslo jednací</w:t>
            </w:r>
          </w:p>
        </w:tc>
        <w:tc>
          <w:tcPr>
            <w:tcW w:w="5906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994D537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772244" w14:paraId="76EA152D" w14:textId="77777777">
        <w:trPr>
          <w:cantSplit/>
        </w:trPr>
        <w:tc>
          <w:tcPr>
            <w:tcW w:w="3454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A890657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Rozhodnutí vydáno dne</w:t>
            </w:r>
          </w:p>
        </w:tc>
        <w:tc>
          <w:tcPr>
            <w:tcW w:w="5906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5C5235B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772244" w14:paraId="67A57BF5" w14:textId="77777777">
        <w:trPr>
          <w:cantSplit/>
        </w:trPr>
        <w:tc>
          <w:tcPr>
            <w:tcW w:w="3454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D3B4541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Datum přestupu / zařazení</w:t>
            </w:r>
          </w:p>
        </w:tc>
        <w:tc>
          <w:tcPr>
            <w:tcW w:w="5906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5DC834A" w14:textId="77777777" w:rsidR="00772244" w:rsidRDefault="003260A1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 / ______ ročník</w:t>
            </w:r>
          </w:p>
        </w:tc>
      </w:tr>
    </w:tbl>
    <w:p w14:paraId="52914A2F" w14:textId="77777777" w:rsidR="00772244" w:rsidRDefault="003260A1">
      <w:pPr>
        <w:spacing w:before="40" w:after="0" w:line="254" w:lineRule="auto"/>
        <w:jc w:val="center"/>
      </w:pPr>
      <w:r>
        <w:rPr>
          <w:rFonts w:eastAsia="Arial" w:cs="Arial"/>
          <w:i/>
          <w:color w:val="5F6B73"/>
          <w:sz w:val="18"/>
        </w:rPr>
        <w:t>O přestupu rozhoduje ředitelka školy, do které se žák hlásí. Dokumentaci si školy předají podle § 49 odst. 1 školského zákona.</w:t>
      </w:r>
    </w:p>
    <w:sectPr w:rsidR="00772244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C3986" w14:textId="77777777" w:rsidR="003260A1" w:rsidRDefault="003260A1">
      <w:pPr>
        <w:spacing w:after="0" w:line="240" w:lineRule="auto"/>
      </w:pPr>
      <w:r>
        <w:separator/>
      </w:r>
    </w:p>
  </w:endnote>
  <w:endnote w:type="continuationSeparator" w:id="0">
    <w:p w14:paraId="68BA5B92" w14:textId="77777777" w:rsidR="003260A1" w:rsidRDefault="0032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2035" w14:textId="77777777" w:rsidR="00772244" w:rsidRDefault="00772244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772244" w14:paraId="1FB65BD6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42AC7968" w14:textId="77777777" w:rsidR="00772244" w:rsidRDefault="003260A1">
          <w:r>
            <w:rPr>
              <w:rFonts w:eastAsia="Arial" w:cs="Arial"/>
              <w:color w:val="5F6B73"/>
              <w:sz w:val="18"/>
            </w:rPr>
            <w:t>Žádost o přestup žáka do ZŠ | ZŠ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6DBA50B0" w14:textId="77777777" w:rsidR="00772244" w:rsidRDefault="003260A1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F3A61" w14:textId="77777777" w:rsidR="003260A1" w:rsidRDefault="003260A1">
      <w:pPr>
        <w:spacing w:after="0" w:line="240" w:lineRule="auto"/>
      </w:pPr>
      <w:r>
        <w:separator/>
      </w:r>
    </w:p>
  </w:footnote>
  <w:footnote w:type="continuationSeparator" w:id="0">
    <w:p w14:paraId="334D6EF7" w14:textId="77777777" w:rsidR="003260A1" w:rsidRDefault="0032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C02F" w14:textId="77777777" w:rsidR="00772244" w:rsidRDefault="00772244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772244" w14:paraId="27F630FB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20EDAB82" w14:textId="77777777" w:rsidR="00772244" w:rsidRDefault="003260A1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58D96B4C" w14:textId="77777777" w:rsidR="00772244" w:rsidRDefault="003260A1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ZÁKLADNÍ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1208119">
    <w:abstractNumId w:val="8"/>
  </w:num>
  <w:num w:numId="2" w16cid:durableId="1727799223">
    <w:abstractNumId w:val="6"/>
  </w:num>
  <w:num w:numId="3" w16cid:durableId="2062167399">
    <w:abstractNumId w:val="5"/>
  </w:num>
  <w:num w:numId="4" w16cid:durableId="1437141458">
    <w:abstractNumId w:val="4"/>
  </w:num>
  <w:num w:numId="5" w16cid:durableId="986741924">
    <w:abstractNumId w:val="7"/>
  </w:num>
  <w:num w:numId="6" w16cid:durableId="1701122185">
    <w:abstractNumId w:val="3"/>
  </w:num>
  <w:num w:numId="7" w16cid:durableId="1605112560">
    <w:abstractNumId w:val="2"/>
  </w:num>
  <w:num w:numId="8" w16cid:durableId="1322079269">
    <w:abstractNumId w:val="1"/>
  </w:num>
  <w:num w:numId="9" w16cid:durableId="111929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1451"/>
    <w:rsid w:val="0029639D"/>
    <w:rsid w:val="003260A1"/>
    <w:rsid w:val="00326F90"/>
    <w:rsid w:val="0077224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05B17"/>
  <w14:defaultImageDpi w14:val="300"/>
  <w15:docId w15:val="{F5850E8E-1701-4232-9884-B88636F5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přestup žáka do ZŠ</dc:title>
  <dc:subject>Základní škola a Mateřská škola Rosovice</dc:subject>
  <dc:creator>python-docx</dc:creator>
  <cp:keywords/>
  <dc:description>Legislativa ověřena k 20. 8. 2026.</dc:description>
  <cp:lastModifiedBy>Reditelka</cp:lastModifiedBy>
  <cp:revision>2</cp:revision>
  <dcterms:created xsi:type="dcterms:W3CDTF">2026-08-20T12:33:00Z</dcterms:created>
  <dcterms:modified xsi:type="dcterms:W3CDTF">2026-08-20T12:33:00Z</dcterms:modified>
  <cp:category/>
</cp:coreProperties>
</file>